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THPT ………………</w:t>
            </w:r>
          </w:p>
          <w:p>
            <w:pPr>
              <w:jc w:val="center"/>
            </w:pPr>
            <w:r>
              <w:rPr>
                <w:i/>
              </w:rPr>
              <w:t>(Đề tham khảo)</w:t>
            </w:r>
          </w:p>
        </w:tc>
        <w:tc>
          <w:tcPr>
            <w:tcW w:type="dxa" w:w="5669"/>
          </w:tcPr>
          <w:p>
            <w:pPr>
              <w:jc w:val="center"/>
            </w:pPr>
            <w:r>
              <w:rPr>
                <w:b/>
              </w:rPr>
              <w:t>ĐỀ KIỂM TRA CUỐI KÌ II</w:t>
            </w:r>
          </w:p>
          <w:p>
            <w:pPr>
              <w:jc w:val="center"/>
            </w:pPr>
            <w:r>
              <w:rPr>
                <w:b/>
              </w:rPr>
              <w:t>NĂM HỌC 2026 – 2027</w:t>
            </w:r>
          </w:p>
          <w:p>
            <w:pPr>
              <w:jc w:val="center"/>
            </w:pPr>
            <w:r>
              <w:rPr>
                <w:b w:val="0"/>
              </w:rPr>
              <w:t>MÔN: TIN HỌC 10 (Kết nối tri thức với cuộc sống)</w:t>
            </w:r>
          </w:p>
          <w:p>
            <w:pPr>
              <w:jc w:val="center"/>
            </w:pPr>
            <w:r>
              <w:rPr>
                <w:b w:val="0"/>
              </w:rPr>
              <w:t>Thời gian làm bài: 45 phút, không kể thời gian giao đề</w:t>
            </w:r>
          </w:p>
        </w:tc>
      </w:tr>
    </w:tbl>
    <w:p>
      <w:pPr>
        <w:spacing w:before="160"/>
      </w:pPr>
      <w:r>
        <w:rPr>
          <w:b w:val="0"/>
          <w:i w:val="0"/>
        </w:rPr>
        <w:t>Họ và tên: ……………………………………………… Lớp: ………… Số báo danh: …………</w:t>
      </w:r>
    </w:p>
    <w:p>
      <w:pPr>
        <w:spacing w:before="160"/>
      </w:pPr>
      <w:r>
        <w:rPr>
          <w:b/>
          <w:i w:val="0"/>
        </w:rPr>
        <w:t>PHẦN I. TRẮC NGHIỆM NHIỀU PHƯƠNG ÁN LỰA CHỌN (6,0 điểm)</w:t>
      </w:r>
    </w:p>
    <w:p>
      <w:pPr>
        <w:spacing w:before="0"/>
      </w:pPr>
      <w:r>
        <w:rPr>
          <w:b w:val="0"/>
          <w:i/>
        </w:rPr>
        <w:t>Mỗi câu hỏi chỉ chọn một phương án. Mỗi câu đúng được 0,25 điểm.</w:t>
      </w:r>
    </w:p>
    <w:p>
      <w:pPr>
        <w:keepNext w:val="0"/>
        <w:spacing w:before="80"/>
      </w:pPr>
      <w:r>
        <w:rPr>
          <w:b/>
        </w:rPr>
        <w:t xml:space="preserve">Câu 1. </w:t>
      </w:r>
      <w:r>
        <w:t>Với câu lệnh rẽ nhánh dạng thiếu (chỉ có if, không có else), khi điều kiện có giá trị sai thì</w:t>
      </w:r>
    </w:p>
    <w:p>
      <w:pPr>
        <w:spacing w:before="0"/>
        <w:ind w:left="340"/>
      </w:pPr>
      <w:r>
        <w:rPr>
          <w:b w:val="0"/>
          <w:i w:val="0"/>
        </w:rPr>
        <w:t>A. các lệnh trong khối if bị bỏ qua, chương trình thực hiện tiếp lệnh sau câu lệnh if.</w:t>
      </w:r>
    </w:p>
    <w:p>
      <w:pPr>
        <w:spacing w:before="0"/>
        <w:ind w:left="340"/>
      </w:pPr>
      <w:r>
        <w:rPr>
          <w:b w:val="0"/>
          <w:i w:val="0"/>
        </w:rPr>
        <w:t>B. chương trình dừng lại và thông báo lỗi ngoại lệ.</w:t>
      </w:r>
    </w:p>
    <w:p>
      <w:pPr>
        <w:spacing w:before="0"/>
        <w:ind w:left="340"/>
      </w:pPr>
      <w:r>
        <w:rPr>
          <w:b w:val="0"/>
          <w:i w:val="0"/>
        </w:rPr>
        <w:t>C. các lệnh trong khối if vẫn được thực hiện một lần.</w:t>
      </w:r>
    </w:p>
    <w:p>
      <w:pPr>
        <w:spacing w:before="0"/>
        <w:ind w:left="340"/>
      </w:pPr>
      <w:r>
        <w:rPr>
          <w:b w:val="0"/>
          <w:i w:val="0"/>
        </w:rPr>
        <w:t>D. máy tính quay lại kiểm tra điều kiện cho đến khi điều kiện đúng.</w:t>
      </w:r>
    </w:p>
    <w:p>
      <w:pPr>
        <w:keepNext w:val="0"/>
        <w:spacing w:before="80"/>
      </w:pPr>
      <w:r>
        <w:rPr>
          <w:b/>
        </w:rPr>
        <w:t xml:space="preserve">Câu 2. </w:t>
      </w:r>
      <w:r>
        <w:t>Với m &lt; n, câu lệnh for i in range(m, n): thực hiện khối lệnh lặp bao nhiêu lần?</w:t>
      </w:r>
    </w:p>
    <w:p>
      <w:pPr>
        <w:tabs>
          <w:tab w:pos="340" w:val="left"/>
          <w:tab w:pos="2835" w:val="left"/>
          <w:tab w:pos="5329" w:val="left"/>
          <w:tab w:pos="7824" w:val="left"/>
        </w:tabs>
        <w:spacing w:before="0"/>
      </w:pPr>
      <w:r>
        <w:rPr>
          <w:b w:val="0"/>
          <w:i w:val="0"/>
        </w:rPr>
        <w:tab/>
        <w:t>A. n lần.</w:t>
        <w:tab/>
        <w:t>B. n − m + 1 lần.</w:t>
        <w:tab/>
        <w:t>C. n − m lần.</w:t>
        <w:tab/>
        <w:t>D. m lần.</w:t>
      </w:r>
    </w:p>
    <w:p>
      <w:pPr>
        <w:spacing w:before="80"/>
      </w:pPr>
      <w:r>
        <w:rPr>
          <w:b/>
        </w:rPr>
        <w:t xml:space="preserve">Câu 3. </w:t>
      </w:r>
      <w:r>
        <w:t>Cho đoạn chương trình sau:</w:t>
      </w:r>
    </w:p>
    <w:p>
      <w:pPr>
        <w:spacing w:before="0"/>
        <w:ind w:left="680"/>
      </w:pPr>
      <w:r>
        <w:rPr>
          <w:b w:val="0"/>
          <w:i w:val="0"/>
        </w:rPr>
        <w:t>x = 1</w:t>
      </w:r>
    </w:p>
    <w:p>
      <w:pPr>
        <w:spacing w:before="0"/>
        <w:ind w:left="680"/>
      </w:pPr>
      <w:r>
        <w:rPr>
          <w:b w:val="0"/>
          <w:i w:val="0"/>
        </w:rPr>
        <w:t>while x &lt; 40:</w:t>
      </w:r>
    </w:p>
    <w:p>
      <w:pPr>
        <w:spacing w:before="0"/>
        <w:ind w:left="680"/>
      </w:pPr>
      <w:r>
        <w:rPr>
          <w:b w:val="0"/>
          <w:i w:val="0"/>
        </w:rPr>
        <w:t xml:space="preserve">    x = x * 3</w:t>
      </w:r>
    </w:p>
    <w:p>
      <w:pPr>
        <w:spacing w:before="0"/>
        <w:ind w:left="680"/>
      </w:pPr>
      <w:r>
        <w:rPr>
          <w:b w:val="0"/>
          <w:i w:val="0"/>
        </w:rPr>
        <w:t>print(x)</w:t>
      </w:r>
    </w:p>
    <w:p>
      <w:pPr>
        <w:spacing w:before="0"/>
      </w:pPr>
      <w:r>
        <w:rPr>
          <w:b w:val="0"/>
          <w:i w:val="0"/>
        </w:rPr>
        <w:t>Chương trình in ra</w:t>
      </w:r>
    </w:p>
    <w:p>
      <w:pPr>
        <w:tabs>
          <w:tab w:pos="340" w:val="left"/>
          <w:tab w:pos="2835" w:val="left"/>
          <w:tab w:pos="5329" w:val="left"/>
          <w:tab w:pos="7824" w:val="left"/>
        </w:tabs>
        <w:spacing w:before="0"/>
      </w:pPr>
      <w:r>
        <w:rPr>
          <w:b w:val="0"/>
          <w:i w:val="0"/>
        </w:rPr>
        <w:tab/>
        <w:t>A. 243</w:t>
        <w:tab/>
        <w:t>B. 27</w:t>
        <w:tab/>
        <w:t>C. 40</w:t>
        <w:tab/>
        <w:t>D. 81</w:t>
      </w:r>
    </w:p>
    <w:p>
      <w:pPr>
        <w:spacing w:before="80"/>
      </w:pPr>
      <w:r>
        <w:rPr>
          <w:b/>
        </w:rPr>
        <w:t xml:space="preserve">Câu 4. </w:t>
      </w:r>
      <w:r>
        <w:t>Chương trình sau cần tính tổng các chữ số của số nguyên dương n (ví dụ n = 2026 cho tổng 10):</w:t>
      </w:r>
    </w:p>
    <w:p>
      <w:pPr>
        <w:spacing w:before="0"/>
        <w:ind w:left="680"/>
      </w:pPr>
      <w:r>
        <w:rPr>
          <w:b w:val="0"/>
          <w:i w:val="0"/>
        </w:rPr>
        <w:t>n = int(input())</w:t>
      </w:r>
    </w:p>
    <w:p>
      <w:pPr>
        <w:spacing w:before="0"/>
        <w:ind w:left="680"/>
      </w:pPr>
      <w:r>
        <w:rPr>
          <w:b w:val="0"/>
          <w:i w:val="0"/>
        </w:rPr>
        <w:t>tong = 0</w:t>
      </w:r>
    </w:p>
    <w:p>
      <w:pPr>
        <w:spacing w:before="0"/>
        <w:ind w:left="680"/>
      </w:pPr>
      <w:r>
        <w:rPr>
          <w:b w:val="0"/>
          <w:i w:val="0"/>
        </w:rPr>
        <w:t>while n &gt; 0:</w:t>
      </w:r>
    </w:p>
    <w:p>
      <w:pPr>
        <w:spacing w:before="0"/>
        <w:ind w:left="680"/>
      </w:pPr>
      <w:r>
        <w:rPr>
          <w:b w:val="0"/>
          <w:i w:val="0"/>
        </w:rPr>
        <w:t xml:space="preserve">    tong = tong + n % 10</w:t>
      </w:r>
    </w:p>
    <w:p>
      <w:pPr>
        <w:spacing w:before="0"/>
        <w:ind w:left="680"/>
      </w:pPr>
      <w:r>
        <w:rPr>
          <w:b w:val="0"/>
          <w:i w:val="0"/>
        </w:rPr>
        <w:t xml:space="preserve">    ........</w:t>
      </w:r>
    </w:p>
    <w:p>
      <w:pPr>
        <w:spacing w:before="0"/>
        <w:ind w:left="680"/>
      </w:pPr>
      <w:r>
        <w:rPr>
          <w:b w:val="0"/>
          <w:i w:val="0"/>
        </w:rPr>
        <w:t>print(tong)</w:t>
      </w:r>
    </w:p>
    <w:p>
      <w:pPr>
        <w:spacing w:before="0"/>
      </w:pPr>
      <w:r>
        <w:rPr>
          <w:b w:val="0"/>
          <w:i w:val="0"/>
        </w:rPr>
        <w:t>Lệnh cần điền vào chỗ trống là</w:t>
      </w:r>
    </w:p>
    <w:p>
      <w:pPr>
        <w:tabs>
          <w:tab w:pos="340" w:val="left"/>
          <w:tab w:pos="2835" w:val="left"/>
          <w:tab w:pos="5329" w:val="left"/>
          <w:tab w:pos="7824" w:val="left"/>
        </w:tabs>
        <w:spacing w:before="0"/>
      </w:pPr>
      <w:r>
        <w:rPr>
          <w:b w:val="0"/>
          <w:i w:val="0"/>
        </w:rPr>
        <w:tab/>
        <w:t>A. n = n % 10</w:t>
        <w:tab/>
        <w:t>B. n = n // 10</w:t>
        <w:tab/>
        <w:t>C. n = n - 1</w:t>
        <w:tab/>
        <w:t>D. tong = tong // 10</w:t>
      </w:r>
    </w:p>
    <w:p>
      <w:pPr>
        <w:keepNext w:val="0"/>
        <w:spacing w:before="80"/>
      </w:pPr>
      <w:r>
        <w:rPr>
          <w:b/>
        </w:rPr>
        <w:t xml:space="preserve">Câu 5. </w:t>
      </w:r>
      <w:r>
        <w:t>Lệnh clear() khi dùng với một danh sách có tác dụng</w:t>
      </w:r>
    </w:p>
    <w:p>
      <w:pPr>
        <w:spacing w:before="0"/>
        <w:ind w:left="340"/>
      </w:pPr>
      <w:r>
        <w:rPr>
          <w:b w:val="0"/>
          <w:i w:val="0"/>
        </w:rPr>
        <w:t>A. sắp xếp các phần tử theo thứ tự tăng dần.</w:t>
      </w:r>
    </w:p>
    <w:p>
      <w:pPr>
        <w:spacing w:before="0"/>
        <w:ind w:left="340"/>
      </w:pPr>
      <w:r>
        <w:rPr>
          <w:b w:val="0"/>
          <w:i w:val="0"/>
        </w:rPr>
        <w:t>B. xoá phần tử cuối cùng của danh sách.</w:t>
      </w:r>
    </w:p>
    <w:p>
      <w:pPr>
        <w:spacing w:before="0"/>
        <w:ind w:left="340"/>
      </w:pPr>
      <w:r>
        <w:rPr>
          <w:b w:val="0"/>
          <w:i w:val="0"/>
        </w:rPr>
        <w:t>C. xoá biến danh sách khỏi chương trình.</w:t>
      </w:r>
    </w:p>
    <w:p>
      <w:pPr>
        <w:spacing w:before="0"/>
        <w:ind w:left="340"/>
      </w:pPr>
      <w:r>
        <w:rPr>
          <w:b w:val="0"/>
          <w:i w:val="0"/>
        </w:rPr>
        <w:t>D. xoá toàn bộ các phần tử, danh sách trở thành danh sách rỗng.</w:t>
      </w:r>
    </w:p>
    <w:p>
      <w:pPr>
        <w:spacing w:before="80"/>
      </w:pPr>
      <w:r>
        <w:rPr>
          <w:b/>
        </w:rPr>
        <w:t xml:space="preserve">Câu 6. </w:t>
      </w:r>
      <w:r>
        <w:t>Chương trình sau cần tạo danh sách nong gồm nhiệt độ của những ngày trên 30 độ:</w:t>
      </w:r>
    </w:p>
    <w:p>
      <w:pPr>
        <w:spacing w:before="0"/>
        <w:ind w:left="680"/>
      </w:pPr>
      <w:r>
        <w:rPr>
          <w:b w:val="0"/>
          <w:i w:val="0"/>
        </w:rPr>
        <w:t>ds = [29, 31, 33, 28, 35]</w:t>
      </w:r>
    </w:p>
    <w:p>
      <w:pPr>
        <w:spacing w:before="0"/>
        <w:ind w:left="680"/>
      </w:pPr>
      <w:r>
        <w:rPr>
          <w:b w:val="0"/>
          <w:i w:val="0"/>
        </w:rPr>
        <w:t>nong = []</w:t>
      </w:r>
    </w:p>
    <w:p>
      <w:pPr>
        <w:spacing w:before="0"/>
        <w:ind w:left="680"/>
      </w:pPr>
      <w:r>
        <w:rPr>
          <w:b w:val="0"/>
          <w:i w:val="0"/>
        </w:rPr>
        <w:t>for t in ds:</w:t>
      </w:r>
    </w:p>
    <w:p>
      <w:pPr>
        <w:spacing w:before="0"/>
        <w:ind w:left="680"/>
      </w:pPr>
      <w:r>
        <w:rPr>
          <w:b w:val="0"/>
          <w:i w:val="0"/>
        </w:rPr>
        <w:t xml:space="preserve">    if t &gt; 30:</w:t>
      </w:r>
    </w:p>
    <w:p>
      <w:pPr>
        <w:spacing w:before="0"/>
        <w:ind w:left="680"/>
      </w:pPr>
      <w:r>
        <w:rPr>
          <w:b w:val="0"/>
          <w:i w:val="0"/>
        </w:rPr>
        <w:t xml:space="preserve">        ........</w:t>
      </w:r>
    </w:p>
    <w:p>
      <w:pPr>
        <w:spacing w:before="0"/>
        <w:ind w:left="680"/>
      </w:pPr>
      <w:r>
        <w:rPr>
          <w:b w:val="0"/>
          <w:i w:val="0"/>
        </w:rPr>
        <w:t>print(nong)</w:t>
      </w:r>
    </w:p>
    <w:p>
      <w:pPr>
        <w:spacing w:before="0"/>
      </w:pPr>
      <w:r>
        <w:rPr>
          <w:b w:val="0"/>
          <w:i w:val="0"/>
        </w:rPr>
        <w:t>Lệnh cần điền vào chỗ trống là</w:t>
      </w:r>
    </w:p>
    <w:p>
      <w:pPr>
        <w:tabs>
          <w:tab w:pos="340" w:val="left"/>
          <w:tab w:pos="2835" w:val="left"/>
          <w:tab w:pos="5329" w:val="left"/>
          <w:tab w:pos="7824" w:val="left"/>
        </w:tabs>
        <w:spacing w:before="0"/>
      </w:pPr>
      <w:r>
        <w:rPr>
          <w:b w:val="0"/>
          <w:i w:val="0"/>
        </w:rPr>
        <w:tab/>
        <w:t>A. nong = t</w:t>
        <w:tab/>
        <w:t>B. nong.append(t)</w:t>
        <w:tab/>
        <w:t>C. ds.append(t)</w:t>
        <w:tab/>
        <w:t>D. nong.insert(t)</w:t>
      </w:r>
    </w:p>
    <w:p>
      <w:pPr>
        <w:keepNext w:val="0"/>
        <w:spacing w:before="80"/>
      </w:pPr>
      <w:r>
        <w:rPr>
          <w:b/>
        </w:rPr>
        <w:t xml:space="preserve">Câu 7. </w:t>
      </w:r>
      <w:r>
        <w:t>Biểu thức len("Tin hoc 10") có giá trị là</w:t>
      </w:r>
    </w:p>
    <w:p>
      <w:pPr>
        <w:tabs>
          <w:tab w:pos="340" w:val="left"/>
          <w:tab w:pos="2835" w:val="left"/>
          <w:tab w:pos="5329" w:val="left"/>
          <w:tab w:pos="7824" w:val="left"/>
        </w:tabs>
        <w:spacing w:before="0"/>
      </w:pPr>
      <w:r>
        <w:rPr>
          <w:b w:val="0"/>
          <w:i w:val="0"/>
        </w:rPr>
        <w:tab/>
        <w:t>A. 10</w:t>
        <w:tab/>
        <w:t>B. 8</w:t>
        <w:tab/>
        <w:t>C. 3</w:t>
        <w:tab/>
        <w:t>D. 9</w:t>
      </w:r>
    </w:p>
    <w:p>
      <w:pPr>
        <w:spacing w:before="80"/>
      </w:pPr>
      <w:r>
        <w:rPr>
          <w:b/>
        </w:rPr>
        <w:t xml:space="preserve">Câu 8. </w:t>
      </w:r>
      <w:r>
        <w:t>Chương trình sau kiểm tra địa chỉ thư điện tử nhập vào có chứa kí tự @ hay không:</w:t>
      </w:r>
    </w:p>
    <w:p>
      <w:pPr>
        <w:spacing w:before="0"/>
        <w:ind w:left="680"/>
      </w:pPr>
      <w:r>
        <w:rPr>
          <w:b w:val="0"/>
          <w:i w:val="0"/>
        </w:rPr>
        <w:t>email = input()</w:t>
      </w:r>
    </w:p>
    <w:p>
      <w:pPr>
        <w:spacing w:before="0"/>
        <w:ind w:left="680"/>
      </w:pPr>
      <w:r>
        <w:rPr>
          <w:b w:val="0"/>
          <w:i w:val="0"/>
        </w:rPr>
        <w:t>if ........:</w:t>
      </w:r>
    </w:p>
    <w:p>
      <w:pPr>
        <w:spacing w:before="0"/>
        <w:ind w:left="680"/>
      </w:pPr>
      <w:r>
        <w:rPr>
          <w:b w:val="0"/>
          <w:i w:val="0"/>
        </w:rPr>
        <w:t xml:space="preserve">    print("Có kí tự @")</w:t>
      </w:r>
    </w:p>
    <w:p>
      <w:pPr>
        <w:spacing w:before="0"/>
        <w:ind w:left="680"/>
      </w:pPr>
      <w:r>
        <w:rPr>
          <w:b w:val="0"/>
          <w:i w:val="0"/>
        </w:rPr>
        <w:t>else:</w:t>
      </w:r>
    </w:p>
    <w:p>
      <w:pPr>
        <w:spacing w:before="0"/>
        <w:ind w:left="680"/>
      </w:pPr>
      <w:r>
        <w:rPr>
          <w:b w:val="0"/>
          <w:i w:val="0"/>
        </w:rPr>
        <w:t xml:space="preserve">    print("Thiếu kí tự @")</w:t>
      </w:r>
    </w:p>
    <w:p>
      <w:pPr>
        <w:spacing w:before="0"/>
      </w:pPr>
      <w:r>
        <w:rPr>
          <w:b w:val="0"/>
          <w:i w:val="0"/>
        </w:rPr>
        <w:t>Điều kiện cần điền vào chỗ trống là</w:t>
      </w:r>
    </w:p>
    <w:p>
      <w:pPr>
        <w:tabs>
          <w:tab w:pos="340" w:val="left"/>
          <w:tab w:pos="5216" w:val="left"/>
        </w:tabs>
        <w:spacing w:before="0"/>
      </w:pPr>
      <w:r>
        <w:rPr>
          <w:b w:val="0"/>
          <w:i w:val="0"/>
        </w:rPr>
        <w:tab/>
        <w:t>A. email == "@"</w:t>
        <w:tab/>
        <w:t>B. email.find("@") == 0</w:t>
      </w:r>
    </w:p>
    <w:p>
      <w:pPr>
        <w:tabs>
          <w:tab w:pos="340" w:val="left"/>
          <w:tab w:pos="5216" w:val="left"/>
        </w:tabs>
        <w:spacing w:before="0"/>
      </w:pPr>
      <w:r>
        <w:rPr>
          <w:b w:val="0"/>
          <w:i w:val="0"/>
        </w:rPr>
        <w:tab/>
        <w:t>C. "@" in email</w:t>
        <w:tab/>
        <w:t>D. len(email) &gt; 0</w:t>
      </w:r>
    </w:p>
    <w:p>
      <w:pPr>
        <w:keepNext w:val="0"/>
        <w:spacing w:before="80"/>
      </w:pPr>
      <w:r>
        <w:rPr>
          <w:b/>
        </w:rPr>
        <w:t xml:space="preserve">Câu 9. </w:t>
      </w:r>
      <w:r>
        <w:t>Dòng nào sau đây mở đầu đúng cú pháp định nghĩa hàm chu_vi có hai tham số a, b?</w:t>
      </w:r>
    </w:p>
    <w:p>
      <w:pPr>
        <w:tabs>
          <w:tab w:pos="340" w:val="left"/>
          <w:tab w:pos="5216" w:val="left"/>
        </w:tabs>
        <w:spacing w:before="0"/>
      </w:pPr>
      <w:r>
        <w:rPr>
          <w:b w:val="0"/>
          <w:i w:val="0"/>
        </w:rPr>
        <w:tab/>
        <w:t>A. function chu_vi(a, b):</w:t>
        <w:tab/>
        <w:t>B. def chu_vi(a, b)</w:t>
      </w:r>
    </w:p>
    <w:p>
      <w:pPr>
        <w:tabs>
          <w:tab w:pos="340" w:val="left"/>
          <w:tab w:pos="5216" w:val="left"/>
        </w:tabs>
        <w:spacing w:before="0"/>
      </w:pPr>
      <w:r>
        <w:rPr>
          <w:b w:val="0"/>
          <w:i w:val="0"/>
        </w:rPr>
        <w:tab/>
        <w:t>C. def chu_vi(a, b):</w:t>
        <w:tab/>
        <w:t>D. def chu_vi[a, b]:</w:t>
      </w:r>
    </w:p>
    <w:p>
      <w:pPr>
        <w:keepNext w:val="0"/>
        <w:spacing w:before="80"/>
      </w:pPr>
      <w:r>
        <w:rPr>
          <w:b/>
        </w:rPr>
        <w:t xml:space="preserve">Câu 10. </w:t>
      </w:r>
      <w:r>
        <w:t>Trong lời gọi hàm dien_tich(5, 8), các giá trị 5 và 8 được gọi là</w:t>
      </w:r>
    </w:p>
    <w:p>
      <w:pPr>
        <w:tabs>
          <w:tab w:pos="340" w:val="left"/>
          <w:tab w:pos="5216" w:val="left"/>
        </w:tabs>
        <w:spacing w:before="0"/>
      </w:pPr>
      <w:r>
        <w:rPr>
          <w:b w:val="0"/>
          <w:i w:val="0"/>
        </w:rPr>
        <w:tab/>
        <w:t>A. các đối số.</w:t>
        <w:tab/>
        <w:t>B. các tham số.</w:t>
      </w:r>
    </w:p>
    <w:p>
      <w:pPr>
        <w:tabs>
          <w:tab w:pos="340" w:val="left"/>
          <w:tab w:pos="5216" w:val="left"/>
        </w:tabs>
        <w:spacing w:before="0"/>
      </w:pPr>
      <w:r>
        <w:rPr>
          <w:b w:val="0"/>
          <w:i w:val="0"/>
        </w:rPr>
        <w:tab/>
        <w:t>C. các biến toàn cục.</w:t>
        <w:tab/>
        <w:t>D. các giá trị trả về.</w:t>
      </w:r>
    </w:p>
    <w:p>
      <w:pPr>
        <w:keepNext w:val="0"/>
        <w:spacing w:before="80"/>
      </w:pPr>
      <w:r>
        <w:rPr>
          <w:b/>
        </w:rPr>
        <w:t xml:space="preserve">Câu 11. </w:t>
      </w:r>
      <w:r>
        <w:t>Biến được gán giá trị lần đầu bên trong một hàm (không khai báo global) là</w:t>
      </w:r>
    </w:p>
    <w:p>
      <w:pPr>
        <w:spacing w:before="0"/>
        <w:ind w:left="340"/>
      </w:pPr>
      <w:r>
        <w:rPr>
          <w:b w:val="0"/>
          <w:i w:val="0"/>
        </w:rPr>
        <w:t>A. biến phải được khai báo lại bằng từ khoá def.</w:t>
      </w:r>
    </w:p>
    <w:p>
      <w:pPr>
        <w:spacing w:before="0"/>
        <w:ind w:left="340"/>
      </w:pPr>
      <w:r>
        <w:rPr>
          <w:b w:val="0"/>
          <w:i w:val="0"/>
        </w:rPr>
        <w:t>B. biến toàn cục, dùng được ở mọi nơi trong chương trình.</w:t>
      </w:r>
    </w:p>
    <w:p>
      <w:pPr>
        <w:spacing w:before="0"/>
        <w:ind w:left="340"/>
      </w:pPr>
      <w:r>
        <w:rPr>
          <w:b w:val="0"/>
          <w:i w:val="0"/>
        </w:rPr>
        <w:t>C. biến tự giữ lại giá trị cũ cho lần gọi hàm sau.</w:t>
      </w:r>
    </w:p>
    <w:p>
      <w:pPr>
        <w:spacing w:before="0"/>
        <w:ind w:left="340"/>
      </w:pPr>
      <w:r>
        <w:rPr>
          <w:b w:val="0"/>
          <w:i w:val="0"/>
        </w:rPr>
        <w:t>D. biến cục bộ, chỉ dùng được bên trong hàm đó.</w:t>
      </w:r>
    </w:p>
    <w:p>
      <w:pPr>
        <w:keepNext w:val="0"/>
        <w:spacing w:before="80"/>
      </w:pPr>
      <w:r>
        <w:rPr>
          <w:b/>
        </w:rPr>
        <w:t xml:space="preserve">Câu 12. </w:t>
      </w:r>
      <w:r>
        <w:t>Lợi ích chính của việc chia chương trình thành các hàm là gì?</w:t>
      </w:r>
    </w:p>
    <w:p>
      <w:pPr>
        <w:spacing w:before="0"/>
        <w:ind w:left="340"/>
      </w:pPr>
      <w:r>
        <w:rPr>
          <w:b w:val="0"/>
          <w:i w:val="0"/>
        </w:rPr>
        <w:t>A. Chương trình chia thành hàm chạy nhanh hơn vì máy tính thực hiện các hàm cùng một lúc.</w:t>
      </w:r>
    </w:p>
    <w:p>
      <w:pPr>
        <w:spacing w:before="0"/>
        <w:ind w:left="340"/>
      </w:pPr>
      <w:r>
        <w:rPr>
          <w:b w:val="0"/>
          <w:i w:val="0"/>
        </w:rPr>
        <w:t>B. Chương trình gọn, dễ đọc, dễ sửa; một đoạn lệnh viết một lần và dùng lại được nhiều lần.</w:t>
      </w:r>
    </w:p>
    <w:p>
      <w:pPr>
        <w:spacing w:before="0"/>
        <w:ind w:left="340"/>
      </w:pPr>
      <w:r>
        <w:rPr>
          <w:b w:val="0"/>
          <w:i w:val="0"/>
        </w:rPr>
        <w:t>C. Gọi một hàm nhiều lần làm chương trình chiếm ít bộ nhớ hơn mỗi khi chạy.</w:t>
      </w:r>
    </w:p>
    <w:p>
      <w:pPr>
        <w:spacing w:before="0"/>
        <w:ind w:left="340"/>
      </w:pPr>
      <w:r>
        <w:rPr>
          <w:b w:val="0"/>
          <w:i w:val="0"/>
        </w:rPr>
        <w:t>D. Mỗi hàm được Python tự kiểm tra riêng nên chương trình có hàm không còn lỗi lôgic.</w:t>
      </w:r>
    </w:p>
    <w:p>
      <w:pPr>
        <w:spacing w:before="80"/>
      </w:pPr>
      <w:r>
        <w:rPr>
          <w:b/>
        </w:rPr>
        <w:t xml:space="preserve">Câu 13. </w:t>
      </w:r>
      <w:r>
        <w:t>Cho đoạn chương trình sau:</w:t>
      </w:r>
    </w:p>
    <w:p>
      <w:pPr>
        <w:spacing w:before="0"/>
        <w:ind w:left="680"/>
      </w:pPr>
      <w:r>
        <w:rPr>
          <w:b w:val="0"/>
          <w:i w:val="0"/>
        </w:rPr>
        <w:t>def f(x):</w:t>
      </w:r>
    </w:p>
    <w:p>
      <w:pPr>
        <w:spacing w:before="0"/>
        <w:ind w:left="680"/>
      </w:pPr>
      <w:r>
        <w:rPr>
          <w:b w:val="0"/>
          <w:i w:val="0"/>
        </w:rPr>
        <w:t xml:space="preserve">    return x * x - 1</w:t>
      </w:r>
    </w:p>
    <w:p>
      <w:pPr>
        <w:spacing w:before="0"/>
        <w:ind w:left="680"/>
      </w:pPr>
      <w:r>
        <w:rPr>
          <w:b w:val="0"/>
          <w:i w:val="0"/>
        </w:rPr>
        <w:t>print(f(3) + f(2))</w:t>
      </w:r>
    </w:p>
    <w:p>
      <w:pPr>
        <w:spacing w:before="0"/>
      </w:pPr>
      <w:r>
        <w:rPr>
          <w:b w:val="0"/>
          <w:i w:val="0"/>
        </w:rPr>
        <w:t>Chương trình in ra</w:t>
      </w:r>
    </w:p>
    <w:p>
      <w:pPr>
        <w:tabs>
          <w:tab w:pos="340" w:val="left"/>
          <w:tab w:pos="2835" w:val="left"/>
          <w:tab w:pos="5329" w:val="left"/>
          <w:tab w:pos="7824" w:val="left"/>
        </w:tabs>
        <w:spacing w:before="0"/>
      </w:pPr>
      <w:r>
        <w:rPr>
          <w:b w:val="0"/>
          <w:i w:val="0"/>
        </w:rPr>
        <w:tab/>
        <w:t>A. 13</w:t>
        <w:tab/>
        <w:t>B. 11</w:t>
        <w:tab/>
        <w:t>C. 8</w:t>
        <w:tab/>
        <w:t>D. 24</w:t>
      </w:r>
    </w:p>
    <w:p>
      <w:pPr>
        <w:spacing w:before="80"/>
      </w:pPr>
      <w:r>
        <w:rPr>
          <w:b/>
        </w:rPr>
        <w:t xml:space="preserve">Câu 14. </w:t>
      </w:r>
      <w:r>
        <w:t>Hàm la_so_chan(n) cần trả về True khi n là số chẵn và False khi n là số lẻ:</w:t>
      </w:r>
    </w:p>
    <w:p>
      <w:pPr>
        <w:spacing w:before="0"/>
        <w:ind w:left="680"/>
      </w:pPr>
      <w:r>
        <w:rPr>
          <w:b w:val="0"/>
          <w:i w:val="0"/>
        </w:rPr>
        <w:t>def la_so_chan(n):</w:t>
      </w:r>
    </w:p>
    <w:p>
      <w:pPr>
        <w:spacing w:before="0"/>
        <w:ind w:left="680"/>
      </w:pPr>
      <w:r>
        <w:rPr>
          <w:b w:val="0"/>
          <w:i w:val="0"/>
        </w:rPr>
        <w:t xml:space="preserve">    return ........</w:t>
      </w:r>
    </w:p>
    <w:p>
      <w:pPr>
        <w:spacing w:before="0"/>
      </w:pPr>
      <w:r>
        <w:rPr>
          <w:b w:val="0"/>
          <w:i w:val="0"/>
        </w:rPr>
        <w:t>Biểu thức cần điền vào chỗ trống là</w:t>
      </w:r>
    </w:p>
    <w:p>
      <w:pPr>
        <w:tabs>
          <w:tab w:pos="340" w:val="left"/>
          <w:tab w:pos="2835" w:val="left"/>
          <w:tab w:pos="5329" w:val="left"/>
          <w:tab w:pos="7824" w:val="left"/>
        </w:tabs>
        <w:spacing w:before="0"/>
      </w:pPr>
      <w:r>
        <w:rPr>
          <w:b w:val="0"/>
          <w:i w:val="0"/>
        </w:rPr>
        <w:tab/>
        <w:t>A. print(n % 2 == 0)</w:t>
        <w:tab/>
        <w:t>B. n % 2</w:t>
        <w:tab/>
        <w:t>C. n // 2 == 0</w:t>
        <w:tab/>
        <w:t>D. n % 2 == 0</w:t>
      </w:r>
    </w:p>
    <w:p>
      <w:pPr>
        <w:spacing w:before="80"/>
      </w:pPr>
      <w:r>
        <w:rPr>
          <w:b/>
        </w:rPr>
        <w:t xml:space="preserve">Câu 15. </w:t>
      </w:r>
      <w:r>
        <w:t>Cho đoạn chương trình sau:</w:t>
      </w:r>
    </w:p>
    <w:p>
      <w:pPr>
        <w:spacing w:before="0"/>
        <w:ind w:left="680"/>
      </w:pPr>
      <w:r>
        <w:rPr>
          <w:b w:val="0"/>
          <w:i w:val="0"/>
        </w:rPr>
        <w:t>dem = 0</w:t>
      </w:r>
    </w:p>
    <w:p>
      <w:pPr>
        <w:spacing w:before="0"/>
        <w:ind w:left="680"/>
      </w:pPr>
      <w:r>
        <w:rPr>
          <w:b w:val="0"/>
          <w:i w:val="0"/>
        </w:rPr>
        <w:t>def tang():</w:t>
      </w:r>
    </w:p>
    <w:p>
      <w:pPr>
        <w:spacing w:before="0"/>
        <w:ind w:left="680"/>
      </w:pPr>
      <w:r>
        <w:rPr>
          <w:b w:val="0"/>
          <w:i w:val="0"/>
        </w:rPr>
        <w:t xml:space="preserve">    global dem</w:t>
      </w:r>
    </w:p>
    <w:p>
      <w:pPr>
        <w:spacing w:before="0"/>
        <w:ind w:left="680"/>
      </w:pPr>
      <w:r>
        <w:rPr>
          <w:b w:val="0"/>
          <w:i w:val="0"/>
        </w:rPr>
        <w:t xml:space="preserve">    dem = dem + 1</w:t>
      </w:r>
    </w:p>
    <w:p>
      <w:pPr>
        <w:spacing w:before="0"/>
        <w:ind w:left="680"/>
      </w:pPr>
      <w:r>
        <w:rPr>
          <w:b w:val="0"/>
          <w:i w:val="0"/>
        </w:rPr>
        <w:t>tang()</w:t>
      </w:r>
    </w:p>
    <w:p>
      <w:pPr>
        <w:spacing w:before="0"/>
        <w:ind w:left="680"/>
      </w:pPr>
      <w:r>
        <w:rPr>
          <w:b w:val="0"/>
          <w:i w:val="0"/>
        </w:rPr>
        <w:t>tang()</w:t>
      </w:r>
    </w:p>
    <w:p>
      <w:pPr>
        <w:spacing w:before="0"/>
        <w:ind w:left="680"/>
      </w:pPr>
      <w:r>
        <w:rPr>
          <w:b w:val="0"/>
          <w:i w:val="0"/>
        </w:rPr>
        <w:t>print(dem)</w:t>
      </w:r>
    </w:p>
    <w:p>
      <w:pPr>
        <w:spacing w:before="0"/>
      </w:pPr>
      <w:r>
        <w:rPr>
          <w:b w:val="0"/>
          <w:i w:val="0"/>
        </w:rPr>
        <w:t>Chương trình in ra</w:t>
      </w:r>
    </w:p>
    <w:p>
      <w:pPr>
        <w:tabs>
          <w:tab w:pos="340" w:val="left"/>
          <w:tab w:pos="2835" w:val="left"/>
          <w:tab w:pos="5329" w:val="left"/>
          <w:tab w:pos="7824" w:val="left"/>
        </w:tabs>
        <w:spacing w:before="0"/>
      </w:pPr>
      <w:r>
        <w:rPr>
          <w:b w:val="0"/>
          <w:i w:val="0"/>
        </w:rPr>
        <w:tab/>
        <w:t>A. 1</w:t>
        <w:tab/>
        <w:t>B. 0</w:t>
        <w:tab/>
        <w:t>C. 2</w:t>
        <w:tab/>
        <w:t>D. Thông báo lỗi</w:t>
      </w:r>
    </w:p>
    <w:p>
      <w:pPr>
        <w:keepNext w:val="0"/>
        <w:spacing w:before="80"/>
      </w:pPr>
      <w:r>
        <w:rPr>
          <w:b/>
        </w:rPr>
        <w:t xml:space="preserve">Câu 16. </w:t>
      </w:r>
      <w:r>
        <w:t>Lỗi do câu lệnh viết sai quy tắc của ngôn ngữ lập trình, ví dụ thiếu dấu hai chấm cuối dòng if, được gọi là</w:t>
      </w:r>
    </w:p>
    <w:p>
      <w:pPr>
        <w:tabs>
          <w:tab w:pos="340" w:val="left"/>
          <w:tab w:pos="2835" w:val="left"/>
          <w:tab w:pos="5329" w:val="left"/>
          <w:tab w:pos="7824" w:val="left"/>
        </w:tabs>
        <w:spacing w:before="0"/>
      </w:pPr>
      <w:r>
        <w:rPr>
          <w:b w:val="0"/>
          <w:i w:val="0"/>
        </w:rPr>
        <w:tab/>
        <w:t>A. lỗi cú pháp.</w:t>
        <w:tab/>
        <w:t>B. lỗi ngoại lệ.</w:t>
        <w:tab/>
        <w:t>C. lỗi lôgic.</w:t>
        <w:tab/>
        <w:t>D. lỗi dữ liệu vào.</w:t>
      </w:r>
    </w:p>
    <w:p>
      <w:pPr>
        <w:keepNext w:val="0"/>
        <w:spacing w:before="80"/>
      </w:pPr>
      <w:r>
        <w:rPr>
          <w:b/>
        </w:rPr>
        <w:t xml:space="preserve">Câu 17. </w:t>
      </w:r>
      <w:r>
        <w:t>Chương trình chạy hết, không thông báo lỗi nào nhưng cho kết quả sai so với yêu cầu bài toán. Đây là</w:t>
      </w:r>
    </w:p>
    <w:p>
      <w:pPr>
        <w:tabs>
          <w:tab w:pos="340" w:val="left"/>
          <w:tab w:pos="5216" w:val="left"/>
        </w:tabs>
        <w:spacing w:before="0"/>
      </w:pPr>
      <w:r>
        <w:rPr>
          <w:b w:val="0"/>
          <w:i w:val="0"/>
        </w:rPr>
        <w:tab/>
        <w:t>A. lỗi do nhập dữ liệu sai kiểu.</w:t>
        <w:tab/>
        <w:t>B. lỗi cú pháp.</w:t>
      </w:r>
    </w:p>
    <w:p>
      <w:pPr>
        <w:tabs>
          <w:tab w:pos="340" w:val="left"/>
          <w:tab w:pos="5216" w:val="left"/>
        </w:tabs>
        <w:spacing w:before="0"/>
      </w:pPr>
      <w:r>
        <w:rPr>
          <w:b w:val="0"/>
          <w:i w:val="0"/>
        </w:rPr>
        <w:tab/>
        <w:t>C. lỗi ngoại lệ.</w:t>
        <w:tab/>
        <w:t>D. lỗi lôgic.</w:t>
      </w:r>
    </w:p>
    <w:p>
      <w:pPr>
        <w:keepNext w:val="0"/>
        <w:spacing w:before="80"/>
      </w:pPr>
      <w:r>
        <w:rPr>
          <w:b/>
        </w:rPr>
        <w:t xml:space="preserve">Câu 18. </w:t>
      </w:r>
      <w:r>
        <w:t>Kiểm thử chương trình là</w:t>
      </w:r>
    </w:p>
    <w:p>
      <w:pPr>
        <w:spacing w:before="0"/>
        <w:ind w:left="340"/>
      </w:pPr>
      <w:r>
        <w:rPr>
          <w:b w:val="0"/>
          <w:i w:val="0"/>
        </w:rPr>
        <w:t>A. chạy chương trình một lần với dữ liệu bất kì; nếu không báo lỗi thì chương trình đúng.</w:t>
      </w:r>
    </w:p>
    <w:p>
      <w:pPr>
        <w:spacing w:before="0"/>
        <w:ind w:left="340"/>
      </w:pPr>
      <w:r>
        <w:rPr>
          <w:b w:val="0"/>
          <w:i w:val="0"/>
        </w:rPr>
        <w:t>B. sửa các lỗi cú pháp mà Python thông báo khi chạy chương trình.</w:t>
      </w:r>
    </w:p>
    <w:p>
      <w:pPr>
        <w:spacing w:before="0"/>
        <w:ind w:left="340"/>
      </w:pPr>
      <w:r>
        <w:rPr>
          <w:b w:val="0"/>
          <w:i w:val="0"/>
        </w:rPr>
        <w:t>C. chạy chương trình với các bộ dữ liệu vào được chọn trước để phát hiện lỗi.</w:t>
      </w:r>
    </w:p>
    <w:p>
      <w:pPr>
        <w:spacing w:before="0"/>
        <w:ind w:left="340"/>
      </w:pPr>
      <w:r>
        <w:rPr>
          <w:b w:val="0"/>
          <w:i w:val="0"/>
        </w:rPr>
        <w:t>D. đọc lại từng dòng lệnh để tìm ra chỗ sai rồi sửa lỗi lôgic.</w:t>
      </w:r>
    </w:p>
    <w:p>
      <w:pPr>
        <w:spacing w:before="80"/>
      </w:pPr>
      <w:r>
        <w:rPr>
          <w:b/>
        </w:rPr>
        <w:t xml:space="preserve">Câu 19. </w:t>
      </w:r>
      <w:r>
        <w:t>Cho đoạn chương trình sau:</w:t>
      </w:r>
    </w:p>
    <w:p>
      <w:pPr>
        <w:spacing w:before="0"/>
        <w:ind w:left="680"/>
      </w:pPr>
      <w:r>
        <w:rPr>
          <w:b w:val="0"/>
          <w:i w:val="0"/>
        </w:rPr>
        <w:t>so_ban = 0</w:t>
      </w:r>
    </w:p>
    <w:p>
      <w:pPr>
        <w:spacing w:before="0"/>
        <w:ind w:left="680"/>
      </w:pPr>
      <w:r>
        <w:rPr>
          <w:b w:val="0"/>
          <w:i w:val="0"/>
        </w:rPr>
        <w:t>tb = 120 / so_ban</w:t>
      </w:r>
    </w:p>
    <w:p>
      <w:pPr>
        <w:spacing w:before="0"/>
        <w:ind w:left="680"/>
      </w:pPr>
      <w:r>
        <w:rPr>
          <w:b w:val="0"/>
          <w:i w:val="0"/>
        </w:rPr>
        <w:t>print(tb)</w:t>
      </w:r>
    </w:p>
    <w:p>
      <w:pPr>
        <w:spacing w:before="0"/>
      </w:pPr>
      <w:r>
        <w:rPr>
          <w:b w:val="0"/>
          <w:i w:val="0"/>
        </w:rPr>
        <w:t>Khi chạy, điều gì xảy ra?</w:t>
      </w:r>
    </w:p>
    <w:p>
      <w:pPr>
        <w:spacing w:before="0"/>
        <w:ind w:left="340"/>
      </w:pPr>
      <w:r>
        <w:rPr>
          <w:b w:val="0"/>
          <w:i w:val="0"/>
        </w:rPr>
        <w:t>A. Chương trình dừng với lỗi ngoại lệ ZeroDivisionError vì chia cho 0.</w:t>
      </w:r>
    </w:p>
    <w:p>
      <w:pPr>
        <w:spacing w:before="0"/>
        <w:ind w:left="340"/>
      </w:pPr>
      <w:r>
        <w:rPr>
          <w:b w:val="0"/>
          <w:i w:val="0"/>
        </w:rPr>
        <w:t>B. Python báo lỗi cú pháp vì phép chia viết sai.</w:t>
      </w:r>
    </w:p>
    <w:p>
      <w:pPr>
        <w:spacing w:before="0"/>
        <w:ind w:left="340"/>
      </w:pPr>
      <w:r>
        <w:rPr>
          <w:b w:val="0"/>
          <w:i w:val="0"/>
        </w:rPr>
        <w:t>C. Chương trình chạy hết và in ra 0.</w:t>
      </w:r>
    </w:p>
    <w:p>
      <w:pPr>
        <w:spacing w:before="0"/>
        <w:ind w:left="340"/>
      </w:pPr>
      <w:r>
        <w:rPr>
          <w:b w:val="0"/>
          <w:i w:val="0"/>
        </w:rPr>
        <w:t>D. Chương trình chạy hết và in ra 120.</w:t>
      </w:r>
    </w:p>
    <w:p>
      <w:pPr>
        <w:spacing w:before="80"/>
      </w:pPr>
      <w:r>
        <w:rPr>
          <w:b/>
        </w:rPr>
        <w:t xml:space="preserve">Câu 20. </w:t>
      </w:r>
      <w:r>
        <w:t>Chương trình tính trung bình cộng của hai số:</w:t>
      </w:r>
    </w:p>
    <w:p>
      <w:pPr>
        <w:spacing w:before="0"/>
        <w:ind w:left="680"/>
      </w:pPr>
      <w:r>
        <w:rPr>
          <w:b w:val="0"/>
          <w:i w:val="0"/>
        </w:rPr>
        <w:t>a = 6</w:t>
      </w:r>
    </w:p>
    <w:p>
      <w:pPr>
        <w:spacing w:before="0"/>
        <w:ind w:left="680"/>
      </w:pPr>
      <w:r>
        <w:rPr>
          <w:b w:val="0"/>
          <w:i w:val="0"/>
        </w:rPr>
        <w:t>b = 9</w:t>
      </w:r>
    </w:p>
    <w:p>
      <w:pPr>
        <w:spacing w:before="0"/>
        <w:ind w:left="680"/>
      </w:pPr>
      <w:r>
        <w:rPr>
          <w:b w:val="0"/>
          <w:i w:val="0"/>
        </w:rPr>
        <w:t>tb = a + b / 2</w:t>
      </w:r>
    </w:p>
    <w:p>
      <w:pPr>
        <w:spacing w:before="0"/>
        <w:ind w:left="680"/>
      </w:pPr>
      <w:r>
        <w:rPr>
          <w:b w:val="0"/>
          <w:i w:val="0"/>
        </w:rPr>
        <w:t>print(tb)</w:t>
      </w:r>
    </w:p>
    <w:p>
      <w:pPr>
        <w:spacing w:before="0"/>
      </w:pPr>
      <w:r>
        <w:rPr>
          <w:b w:val="0"/>
          <w:i w:val="0"/>
        </w:rPr>
        <w:t>in ra 10.5 thay vì 7.5. Nguyên nhân là</w:t>
      </w:r>
    </w:p>
    <w:p>
      <w:pPr>
        <w:spacing w:before="0"/>
        <w:ind w:left="340"/>
      </w:pPr>
      <w:r>
        <w:rPr>
          <w:b w:val="0"/>
          <w:i w:val="0"/>
        </w:rPr>
        <w:t>A. các biến a, b phải được nhập bằng lệnh input().</w:t>
      </w:r>
    </w:p>
    <w:p>
      <w:pPr>
        <w:spacing w:before="0"/>
        <w:ind w:left="340"/>
      </w:pPr>
      <w:r>
        <w:rPr>
          <w:b w:val="0"/>
          <w:i w:val="0"/>
        </w:rPr>
        <w:t>B. phép chia được thực hiện trước phép cộng, cần viết (a + b) / 2.</w:t>
      </w:r>
    </w:p>
    <w:p>
      <w:pPr>
        <w:spacing w:before="0"/>
        <w:ind w:left="340"/>
      </w:pPr>
      <w:r>
        <w:rPr>
          <w:b w:val="0"/>
          <w:i w:val="0"/>
        </w:rPr>
        <w:t>C. lệnh print() chỉ in được số nguyên.</w:t>
      </w:r>
    </w:p>
    <w:p>
      <w:pPr>
        <w:spacing w:before="0"/>
        <w:ind w:left="340"/>
      </w:pPr>
      <w:r>
        <w:rPr>
          <w:b w:val="0"/>
          <w:i w:val="0"/>
        </w:rPr>
        <w:t>D. phép chia / trong Python làm tròn kết quả xuống.</w:t>
      </w:r>
    </w:p>
    <w:p>
      <w:pPr>
        <w:spacing w:before="80"/>
      </w:pPr>
      <w:r>
        <w:rPr>
          <w:b/>
        </w:rPr>
        <w:t xml:space="preserve">Câu 21. </w:t>
      </w:r>
      <w:r>
        <w:t>Hàm sau cần trả về số lớn hơn trong hai số:</w:t>
      </w:r>
    </w:p>
    <w:p>
      <w:pPr>
        <w:spacing w:before="0"/>
        <w:ind w:left="680"/>
      </w:pPr>
      <w:r>
        <w:rPr>
          <w:b w:val="0"/>
          <w:i w:val="0"/>
        </w:rPr>
        <w:t>def lon_hon(a, b):</w:t>
      </w:r>
    </w:p>
    <w:p>
      <w:pPr>
        <w:spacing w:before="0"/>
        <w:ind w:left="680"/>
      </w:pPr>
      <w:r>
        <w:rPr>
          <w:b w:val="0"/>
          <w:i w:val="0"/>
        </w:rPr>
        <w:t xml:space="preserve">    if a &gt; b:</w:t>
      </w:r>
    </w:p>
    <w:p>
      <w:pPr>
        <w:spacing w:before="0"/>
        <w:ind w:left="680"/>
      </w:pPr>
      <w:r>
        <w:rPr>
          <w:b w:val="0"/>
          <w:i w:val="0"/>
        </w:rPr>
        <w:t xml:space="preserve">        return a</w:t>
      </w:r>
    </w:p>
    <w:p>
      <w:pPr>
        <w:spacing w:before="0"/>
        <w:ind w:left="680"/>
      </w:pPr>
      <w:r>
        <w:rPr>
          <w:b w:val="0"/>
          <w:i w:val="0"/>
        </w:rPr>
        <w:t xml:space="preserve">    return a</w:t>
      </w:r>
    </w:p>
    <w:p>
      <w:pPr>
        <w:spacing w:before="0"/>
      </w:pPr>
      <w:r>
        <w:rPr>
          <w:b w:val="0"/>
          <w:i w:val="0"/>
        </w:rPr>
        <w:t>Bộ dữ liệu kiểm thử nào sau đây giúp phát hiện lỗi của hàm?</w:t>
      </w:r>
    </w:p>
    <w:p>
      <w:pPr>
        <w:tabs>
          <w:tab w:pos="340" w:val="left"/>
          <w:tab w:pos="5216" w:val="left"/>
        </w:tabs>
        <w:spacing w:before="0"/>
      </w:pPr>
      <w:r>
        <w:rPr>
          <w:b w:val="0"/>
          <w:i w:val="0"/>
        </w:rPr>
        <w:tab/>
        <w:t>A. lon_hon(5, 2) và lon_hon(9, 1)</w:t>
        <w:tab/>
        <w:t>B. lon_hon(4, 4) và lon_hon(1, 6)</w:t>
      </w:r>
    </w:p>
    <w:p>
      <w:pPr>
        <w:tabs>
          <w:tab w:pos="340" w:val="left"/>
          <w:tab w:pos="5216" w:val="left"/>
        </w:tabs>
        <w:spacing w:before="0"/>
      </w:pPr>
      <w:r>
        <w:rPr>
          <w:b w:val="0"/>
          <w:i w:val="0"/>
        </w:rPr>
        <w:tab/>
        <w:t>C. lon_hon(4, 4) và lon_hon(7, 3)</w:t>
        <w:tab/>
        <w:t>D. lon_hon(0, 0) và lon_hon(-1, -5)</w:t>
      </w:r>
    </w:p>
    <w:p>
      <w:pPr>
        <w:keepNext w:val="0"/>
        <w:spacing w:before="80"/>
      </w:pPr>
      <w:r>
        <w:rPr>
          <w:b/>
        </w:rPr>
        <w:t xml:space="preserve">Câu 22. </w:t>
      </w:r>
      <w:r>
        <w:t>Công việc nào sau đây là công việc chính của người làm nghề thiết kế đồ hoạ máy tính?</w:t>
      </w:r>
    </w:p>
    <w:p>
      <w:pPr>
        <w:spacing w:before="0"/>
        <w:ind w:left="340"/>
      </w:pPr>
      <w:r>
        <w:rPr>
          <w:b w:val="0"/>
          <w:i w:val="0"/>
        </w:rPr>
        <w:t>A. Sửa lỗi chức năng đặt hàng của trang web bán hàng.</w:t>
      </w:r>
    </w:p>
    <w:p>
      <w:pPr>
        <w:spacing w:before="0"/>
        <w:ind w:left="340"/>
      </w:pPr>
      <w:r>
        <w:rPr>
          <w:b w:val="0"/>
          <w:i w:val="0"/>
        </w:rPr>
        <w:t>B. Viết mã lệnh để nhân vật trong trò chơi di chuyển theo phím bấm.</w:t>
      </w:r>
    </w:p>
    <w:p>
      <w:pPr>
        <w:spacing w:before="0"/>
        <w:ind w:left="340"/>
      </w:pPr>
      <w:r>
        <w:rPr>
          <w:b w:val="0"/>
          <w:i w:val="0"/>
        </w:rPr>
        <w:t>C. Chụp ảnh sản phẩm bằng máy ảnh cho một cửa hàng trực tuyến.</w:t>
      </w:r>
    </w:p>
    <w:p>
      <w:pPr>
        <w:spacing w:before="0"/>
        <w:ind w:left="340"/>
      </w:pPr>
      <w:r>
        <w:rPr>
          <w:b w:val="0"/>
          <w:i w:val="0"/>
        </w:rPr>
        <w:t>D. Tạo logo, bao bì, áp phích quảng cáo bằng phần mềm đồ hoạ.</w:t>
      </w:r>
    </w:p>
    <w:p>
      <w:pPr>
        <w:keepNext w:val="0"/>
        <w:spacing w:before="80"/>
      </w:pPr>
      <w:r>
        <w:rPr>
          <w:b/>
        </w:rPr>
        <w:t xml:space="preserve">Câu 23. </w:t>
      </w:r>
      <w:r>
        <w:t>Công việc nào sau đây thuộc nghề phát triển phần mềm?</w:t>
      </w:r>
    </w:p>
    <w:p>
      <w:pPr>
        <w:spacing w:before="0"/>
        <w:ind w:left="340"/>
      </w:pPr>
      <w:r>
        <w:rPr>
          <w:b w:val="0"/>
          <w:i w:val="0"/>
        </w:rPr>
        <w:t>A. Viết và kiểm thử ứng dụng đặt lịch khám bệnh trên điện thoại.</w:t>
      </w:r>
    </w:p>
    <w:p>
      <w:pPr>
        <w:spacing w:before="0"/>
        <w:ind w:left="340"/>
      </w:pPr>
      <w:r>
        <w:rPr>
          <w:b w:val="0"/>
          <w:i w:val="0"/>
        </w:rPr>
        <w:t>B. Thiết kế bìa sách và áp phích cho một nhà xuất bản.</w:t>
      </w:r>
    </w:p>
    <w:p>
      <w:pPr>
        <w:spacing w:before="0"/>
        <w:ind w:left="340"/>
      </w:pPr>
      <w:r>
        <w:rPr>
          <w:b w:val="0"/>
          <w:i w:val="0"/>
        </w:rPr>
        <w:t>C. Lắp đặt, bảo trì hệ thống camera cho một toà nhà.</w:t>
      </w:r>
    </w:p>
    <w:p>
      <w:pPr>
        <w:spacing w:before="0"/>
        <w:ind w:left="340"/>
      </w:pPr>
      <w:r>
        <w:rPr>
          <w:b w:val="0"/>
          <w:i w:val="0"/>
        </w:rPr>
        <w:t>D. Nhập số liệu bán hàng vào bảng tính mỗi cuối ngày.</w:t>
      </w:r>
    </w:p>
    <w:p>
      <w:pPr>
        <w:keepNext w:val="0"/>
        <w:spacing w:before="80"/>
      </w:pPr>
      <w:r>
        <w:rPr>
          <w:b/>
        </w:rPr>
        <w:t xml:space="preserve">Câu 24. </w:t>
      </w:r>
      <w:r>
        <w:t>Vì sao người làm nghề phát triển phần mềm cần có kĩ năng làm việc nhóm và đọc hiểu tiếng Anh?</w:t>
      </w:r>
    </w:p>
    <w:p>
      <w:pPr>
        <w:spacing w:before="0"/>
        <w:ind w:left="340"/>
      </w:pPr>
      <w:r>
        <w:rPr>
          <w:b w:val="0"/>
          <w:i w:val="0"/>
        </w:rPr>
        <w:t>A. Câu lệnh Python phải viết thành câu tiếng Anh hoàn chỉnh thì máy mới hiểu.</w:t>
      </w:r>
    </w:p>
    <w:p>
      <w:pPr>
        <w:spacing w:before="0"/>
        <w:ind w:left="340"/>
      </w:pPr>
      <w:r>
        <w:rPr>
          <w:b w:val="0"/>
          <w:i w:val="0"/>
        </w:rPr>
        <w:t>B. Phần mềm muốn bán ở Việt Nam phải có giao diện tiếng Anh do cả nhóm duyệt.</w:t>
      </w:r>
    </w:p>
    <w:p>
      <w:pPr>
        <w:spacing w:before="0"/>
        <w:ind w:left="340"/>
      </w:pPr>
      <w:r>
        <w:rPr>
          <w:b w:val="0"/>
          <w:i w:val="0"/>
        </w:rPr>
        <w:t>C. Phần mềm thường do nhiều người cùng làm; tài liệu, công cụ phần lớn bằng tiếng Anh.</w:t>
      </w:r>
    </w:p>
    <w:p>
      <w:pPr>
        <w:spacing w:before="0"/>
        <w:ind w:left="340"/>
      </w:pPr>
      <w:r>
        <w:rPr>
          <w:b w:val="0"/>
          <w:i w:val="0"/>
        </w:rPr>
        <w:t>D. Phần mềm có giao diện tiếng Anh chạy nhanh hơn phần mềm có giao diện tiếng Việt.</w:t>
      </w:r>
    </w:p>
    <w:p>
      <w:pPr>
        <w:spacing w:before="160"/>
      </w:pPr>
      <w:r>
        <w:rPr>
          <w:b/>
          <w:i w:val="0"/>
        </w:rPr>
        <w:t>PHẦN II. TRẮC NGHIỆM ĐÚNG/SAI (4,0 điểm)</w:t>
      </w:r>
    </w:p>
    <w:p>
      <w:pPr>
        <w:spacing w:before="0"/>
      </w:pPr>
      <w:r>
        <w:rPr>
          <w:b w:val="0"/>
          <w:i/>
        </w:rPr>
        <w:t>Trong mỗi ý a), b), c), d) ở mỗi câu, chọn đúng hoặc sai. Mỗi ý đúng được 0,25 điểm.</w:t>
      </w:r>
    </w:p>
    <w:p>
      <w:pPr>
        <w:spacing w:before="80"/>
      </w:pPr>
      <w:r>
        <w:rPr>
          <w:b/>
        </w:rPr>
        <w:t xml:space="preserve">Câu 25. </w:t>
      </w:r>
      <w:r>
        <w:t>Rạp chiếu phim giảm 10% tổng tiền cho nhóm mua từ 10 vé trở lên. Cho chương trình:</w:t>
      </w:r>
    </w:p>
    <w:p>
      <w:pPr>
        <w:spacing w:before="0"/>
        <w:ind w:left="680"/>
      </w:pPr>
      <w:r>
        <w:rPr>
          <w:b w:val="0"/>
          <w:i w:val="0"/>
        </w:rPr>
        <w:t>def tien_ve(so_ve, gia):</w:t>
      </w:r>
    </w:p>
    <w:p>
      <w:pPr>
        <w:spacing w:before="0"/>
        <w:ind w:left="680"/>
      </w:pPr>
      <w:r>
        <w:rPr>
          <w:b w:val="0"/>
          <w:i w:val="0"/>
        </w:rPr>
        <w:t xml:space="preserve">    tong = so_ve * gia</w:t>
      </w:r>
    </w:p>
    <w:p>
      <w:pPr>
        <w:spacing w:before="0"/>
        <w:ind w:left="680"/>
      </w:pPr>
      <w:r>
        <w:rPr>
          <w:b w:val="0"/>
          <w:i w:val="0"/>
        </w:rPr>
        <w:t xml:space="preserve">    if so_ve &gt;= 10:</w:t>
      </w:r>
    </w:p>
    <w:p>
      <w:pPr>
        <w:spacing w:before="0"/>
        <w:ind w:left="680"/>
      </w:pPr>
      <w:r>
        <w:rPr>
          <w:b w:val="0"/>
          <w:i w:val="0"/>
        </w:rPr>
        <w:t xml:space="preserve">        tong = tong * 0.9</w:t>
      </w:r>
    </w:p>
    <w:p>
      <w:pPr>
        <w:spacing w:before="0"/>
        <w:ind w:left="680"/>
      </w:pPr>
      <w:r>
        <w:rPr>
          <w:b w:val="0"/>
          <w:i w:val="0"/>
        </w:rPr>
        <w:t xml:space="preserve">    return tong</w:t>
      </w:r>
    </w:p>
    <w:p>
      <w:pPr>
        <w:spacing w:before="0"/>
        <w:ind w:left="680"/>
      </w:pPr>
      <w:r>
        <w:rPr>
          <w:b w:val="0"/>
          <w:i w:val="0"/>
        </w:rPr>
        <w:t>print(tien_ve(12, 50000))</w:t>
      </w:r>
    </w:p>
    <w:p>
      <w:pPr>
        <w:spacing w:before="0"/>
        <w:ind w:left="680"/>
      </w:pPr>
      <w:r>
        <w:rPr>
          <w:b w:val="0"/>
          <w:i w:val="0"/>
        </w:rPr>
        <w:t>print(tien_ve(4, 50000))</w:t>
      </w:r>
    </w:p>
    <w:p>
      <w:pPr>
        <w:spacing w:before="0"/>
      </w:pPr>
      <w:r>
        <w:rPr>
          <w:b w:val="0"/>
          <w:i w:val="0"/>
        </w:rPr>
        <w:t>Mỗi nhận định sau đúng hay sai?</w:t>
      </w:r>
    </w:p>
    <w:p>
      <w:pPr>
        <w:spacing w:before="0"/>
        <w:ind w:left="340"/>
      </w:pPr>
      <w:r>
        <w:rPr>
          <w:b w:val="0"/>
          <w:i w:val="0"/>
        </w:rPr>
        <w:t>a) Lệnh return tong đưa giá trị của biến tong về nơi đã gọi hàm tien_ve.</w:t>
      </w:r>
    </w:p>
    <w:p>
      <w:pPr>
        <w:spacing w:before="0"/>
        <w:ind w:left="340"/>
      </w:pPr>
      <w:r>
        <w:rPr>
          <w:b w:val="0"/>
          <w:i w:val="0"/>
        </w:rPr>
        <w:t>b) Dòng đầu tiên chương trình in ra là 540000.0</w:t>
      </w:r>
    </w:p>
    <w:p>
      <w:pPr>
        <w:spacing w:before="0"/>
        <w:ind w:left="340"/>
      </w:pPr>
      <w:r>
        <w:rPr>
          <w:b w:val="0"/>
          <w:i w:val="0"/>
        </w:rPr>
        <w:t>c) Muốn tính tiền 15 vé, giá mỗi vé 45 000 đồng, có thể dùng lệnh print(tien_ve(15, 45000)) và nhận được 607500.0</w:t>
      </w:r>
    </w:p>
    <w:p>
      <w:pPr>
        <w:spacing w:before="0"/>
        <w:ind w:left="340"/>
      </w:pPr>
      <w:r>
        <w:rPr>
          <w:b w:val="0"/>
          <w:i w:val="0"/>
        </w:rPr>
        <w:t>d) Dòng thứ hai chương trình in ra là 180000.0</w:t>
      </w:r>
    </w:p>
    <w:p>
      <w:pPr>
        <w:spacing w:before="80"/>
      </w:pPr>
      <w:r>
        <w:rPr>
          <w:b/>
        </w:rPr>
        <w:t xml:space="preserve">Câu 26. </w:t>
      </w:r>
      <w:r>
        <w:t>Chương trình sau cần tính tổng 1 + 2 + … + n với n nhập từ bàn phím:</w:t>
      </w:r>
    </w:p>
    <w:p>
      <w:pPr>
        <w:spacing w:before="0"/>
        <w:ind w:left="680"/>
      </w:pPr>
      <w:r>
        <w:rPr>
          <w:b w:val="0"/>
          <w:i w:val="0"/>
        </w:rPr>
        <w:t>n = int(input("Nhập n: "))</w:t>
      </w:r>
    </w:p>
    <w:p>
      <w:pPr>
        <w:spacing w:before="0"/>
        <w:ind w:left="680"/>
      </w:pPr>
      <w:r>
        <w:rPr>
          <w:b w:val="0"/>
          <w:i w:val="0"/>
        </w:rPr>
        <w:t>tong = 0</w:t>
      </w:r>
    </w:p>
    <w:p>
      <w:pPr>
        <w:spacing w:before="0"/>
        <w:ind w:left="680"/>
      </w:pPr>
      <w:r>
        <w:rPr>
          <w:b w:val="0"/>
          <w:i w:val="0"/>
        </w:rPr>
        <w:t>for i in range(1, n):</w:t>
      </w:r>
    </w:p>
    <w:p>
      <w:pPr>
        <w:spacing w:before="0"/>
        <w:ind w:left="680"/>
      </w:pPr>
      <w:r>
        <w:rPr>
          <w:b w:val="0"/>
          <w:i w:val="0"/>
        </w:rPr>
        <w:t xml:space="preserve">    tong = tong + i</w:t>
      </w:r>
    </w:p>
    <w:p>
      <w:pPr>
        <w:spacing w:before="0"/>
        <w:ind w:left="680"/>
      </w:pPr>
      <w:r>
        <w:rPr>
          <w:b w:val="0"/>
          <w:i w:val="0"/>
        </w:rPr>
        <w:t>print("Tổng là", tong)</w:t>
      </w:r>
    </w:p>
    <w:p>
      <w:pPr>
        <w:spacing w:before="0"/>
      </w:pPr>
      <w:r>
        <w:rPr>
          <w:b w:val="0"/>
          <w:i w:val="0"/>
        </w:rPr>
        <w:t>Mỗi nhận định sau đúng hay sai?</w:t>
      </w:r>
    </w:p>
    <w:p>
      <w:pPr>
        <w:spacing w:before="0"/>
        <w:ind w:left="340"/>
      </w:pPr>
      <w:r>
        <w:rPr>
          <w:b w:val="0"/>
          <w:i w:val="0"/>
        </w:rPr>
        <w:t>a) Nếu người dùng gõ chữ “mười” thay vì gõ số, chương trình vẫn chạy hết và in ra: Tổng là 0</w:t>
      </w:r>
    </w:p>
    <w:p>
      <w:pPr>
        <w:spacing w:before="0"/>
        <w:ind w:left="340"/>
      </w:pPr>
      <w:r>
        <w:rPr>
          <w:b w:val="0"/>
          <w:i w:val="0"/>
        </w:rPr>
        <w:t>b) Với n = 4, chương trình in ra Tổng là 10, đúng với yêu cầu.</w:t>
      </w:r>
    </w:p>
    <w:p>
      <w:pPr>
        <w:spacing w:before="0"/>
        <w:ind w:left="340"/>
      </w:pPr>
      <w:r>
        <w:rPr>
          <w:b w:val="0"/>
          <w:i w:val="0"/>
        </w:rPr>
        <w:t>c) Chương trình không có lỗi cú pháp.</w:t>
      </w:r>
    </w:p>
    <w:p>
      <w:pPr>
        <w:spacing w:before="0"/>
        <w:ind w:left="340"/>
      </w:pPr>
      <w:r>
        <w:rPr>
          <w:b w:val="0"/>
          <w:i w:val="0"/>
        </w:rPr>
        <w:t>d) Khi kiểm thử chương trình này, nên chọn cả giá trị nhỏ như n = 1 và giá trị lớn như n = 100, rồi so kết quả với công thức n × (n + 1) / 2.</w:t>
      </w:r>
    </w:p>
    <w:p>
      <w:pPr>
        <w:spacing w:before="80"/>
      </w:pPr>
      <w:r>
        <w:rPr>
          <w:b/>
        </w:rPr>
        <w:t xml:space="preserve">Câu 27. </w:t>
      </w:r>
      <w:r>
        <w:t>Hàm dem_nguyen_am(s) cần đếm số nguyên âm a, e, i, o, u trong xâu s. Cho chương trình:</w:t>
      </w:r>
    </w:p>
    <w:p>
      <w:pPr>
        <w:spacing w:before="0"/>
        <w:ind w:left="680"/>
      </w:pPr>
      <w:r>
        <w:rPr>
          <w:b w:val="0"/>
          <w:i w:val="0"/>
        </w:rPr>
        <w:t>def dem_nguyen_am(s):</w:t>
      </w:r>
    </w:p>
    <w:p>
      <w:pPr>
        <w:spacing w:before="0"/>
        <w:ind w:left="680"/>
      </w:pPr>
      <w:r>
        <w:rPr>
          <w:b w:val="0"/>
          <w:i w:val="0"/>
        </w:rPr>
        <w:t xml:space="preserve">    dem = 0</w:t>
      </w:r>
    </w:p>
    <w:p>
      <w:pPr>
        <w:spacing w:before="0"/>
        <w:ind w:left="680"/>
      </w:pPr>
      <w:r>
        <w:rPr>
          <w:b w:val="0"/>
          <w:i w:val="0"/>
        </w:rPr>
        <w:t xml:space="preserve">    for ch in s:</w:t>
      </w:r>
    </w:p>
    <w:p>
      <w:pPr>
        <w:spacing w:before="0"/>
        <w:ind w:left="680"/>
      </w:pPr>
      <w:r>
        <w:rPr>
          <w:b w:val="0"/>
          <w:i w:val="0"/>
        </w:rPr>
        <w:t xml:space="preserve">        if ch in "aeiou":</w:t>
      </w:r>
    </w:p>
    <w:p>
      <w:pPr>
        <w:spacing w:before="0"/>
        <w:ind w:left="680"/>
      </w:pPr>
      <w:r>
        <w:rPr>
          <w:b w:val="0"/>
          <w:i w:val="0"/>
        </w:rPr>
        <w:t xml:space="preserve">            dem = dem + 1</w:t>
      </w:r>
    </w:p>
    <w:p>
      <w:pPr>
        <w:spacing w:before="0"/>
        <w:ind w:left="680"/>
      </w:pPr>
      <w:r>
        <w:rPr>
          <w:b w:val="0"/>
          <w:i w:val="0"/>
        </w:rPr>
        <w:t xml:space="preserve">    return dem</w:t>
      </w:r>
    </w:p>
    <w:p>
      <w:pPr>
        <w:spacing w:before="0"/>
        <w:ind w:left="680"/>
      </w:pPr>
      <w:r>
        <w:rPr>
          <w:b w:val="0"/>
          <w:i w:val="0"/>
        </w:rPr>
        <w:t>ds = ["hello", "python", "AI"]</w:t>
      </w:r>
    </w:p>
    <w:p>
      <w:pPr>
        <w:spacing w:before="0"/>
        <w:ind w:left="680"/>
      </w:pPr>
      <w:r>
        <w:rPr>
          <w:b w:val="0"/>
          <w:i w:val="0"/>
        </w:rPr>
        <w:t>kq = []</w:t>
      </w:r>
    </w:p>
    <w:p>
      <w:pPr>
        <w:spacing w:before="0"/>
        <w:ind w:left="680"/>
      </w:pPr>
      <w:r>
        <w:rPr>
          <w:b w:val="0"/>
          <w:i w:val="0"/>
        </w:rPr>
        <w:t>for tu in ds:</w:t>
      </w:r>
    </w:p>
    <w:p>
      <w:pPr>
        <w:spacing w:before="0"/>
        <w:ind w:left="680"/>
      </w:pPr>
      <w:r>
        <w:rPr>
          <w:b w:val="0"/>
          <w:i w:val="0"/>
        </w:rPr>
        <w:t xml:space="preserve">    kq.append(dem_nguyen_am(tu))</w:t>
      </w:r>
    </w:p>
    <w:p>
      <w:pPr>
        <w:spacing w:before="0"/>
        <w:ind w:left="680"/>
      </w:pPr>
      <w:r>
        <w:rPr>
          <w:b w:val="0"/>
          <w:i w:val="0"/>
        </w:rPr>
        <w:t>print(kq)</w:t>
      </w:r>
    </w:p>
    <w:p>
      <w:pPr>
        <w:spacing w:before="0"/>
      </w:pPr>
      <w:r>
        <w:rPr>
          <w:b w:val="0"/>
          <w:i w:val="0"/>
        </w:rPr>
        <w:t>Mỗi nhận định sau đúng hay sai?</w:t>
      </w:r>
    </w:p>
    <w:p>
      <w:pPr>
        <w:spacing w:before="0"/>
        <w:ind w:left="340"/>
      </w:pPr>
      <w:r>
        <w:rPr>
          <w:b w:val="0"/>
          <w:i w:val="0"/>
        </w:rPr>
        <w:t>a) Chương trình in ra [2, 1, 2].</w:t>
      </w:r>
    </w:p>
    <w:p>
      <w:pPr>
        <w:spacing w:before="0"/>
        <w:ind w:left="340"/>
      </w:pPr>
      <w:r>
        <w:rPr>
          <w:b w:val="0"/>
          <w:i w:val="0"/>
        </w:rPr>
        <w:t>b) Vòng lặp for ch in s duyệt lần lượt từng kí tự của xâu s.</w:t>
      </w:r>
    </w:p>
    <w:p>
      <w:pPr>
        <w:spacing w:before="0"/>
        <w:ind w:left="340"/>
      </w:pPr>
      <w:r>
        <w:rPr>
          <w:b w:val="0"/>
          <w:i w:val="0"/>
        </w:rPr>
        <w:t>c) Khi kiểm thử, nên thêm xâu rỗng "" và xâu không có nguyên âm như "xyz"; với cả hai xâu này hàm trả về 0.</w:t>
      </w:r>
    </w:p>
    <w:p>
      <w:pPr>
        <w:spacing w:before="0"/>
        <w:ind w:left="340"/>
      </w:pPr>
      <w:r>
        <w:rPr>
          <w:b w:val="0"/>
          <w:i w:val="0"/>
        </w:rPr>
        <w:t>d) Với xâu "banana", biểu thức len("banana".split("a")) - 1 có giá trị 3, bằng số chữ a trong xâu.</w:t>
      </w:r>
    </w:p>
    <w:p>
      <w:pPr>
        <w:spacing w:before="80"/>
      </w:pPr>
      <w:r>
        <w:rPr>
          <w:b/>
        </w:rPr>
        <w:t xml:space="preserve">Câu 28. </w:t>
      </w:r>
      <w:r>
        <w:t>Câu lạc bộ Tin học mời một kĩ sư phần mềm và một nhà thiết kế đồ hoạ đến chia sẻ về nghề. Sau buổi đó, nhóm của bạn Long viết chương trình gợi ý tìm hiểu nghề:</w:t>
      </w:r>
    </w:p>
    <w:p>
      <w:pPr>
        <w:spacing w:before="0"/>
        <w:ind w:left="680"/>
      </w:pPr>
      <w:r>
        <w:rPr>
          <w:b w:val="0"/>
          <w:i w:val="0"/>
        </w:rPr>
        <w:t>ve = input("Em thích vẽ, phối màu? (c/k): ")</w:t>
      </w:r>
    </w:p>
    <w:p>
      <w:pPr>
        <w:spacing w:before="0"/>
        <w:ind w:left="680"/>
      </w:pPr>
      <w:r>
        <w:rPr>
          <w:b w:val="0"/>
          <w:i w:val="0"/>
        </w:rPr>
        <w:t>lap_trinh = input("Em thích giải bài toán bằng máy tính? (c/k): ")</w:t>
      </w:r>
    </w:p>
    <w:p>
      <w:pPr>
        <w:spacing w:before="0"/>
        <w:ind w:left="680"/>
      </w:pPr>
      <w:r>
        <w:rPr>
          <w:b w:val="0"/>
          <w:i w:val="0"/>
        </w:rPr>
        <w:t>if ve == "c":</w:t>
      </w:r>
    </w:p>
    <w:p>
      <w:pPr>
        <w:spacing w:before="0"/>
        <w:ind w:left="680"/>
      </w:pPr>
      <w:r>
        <w:rPr>
          <w:b w:val="0"/>
          <w:i w:val="0"/>
        </w:rPr>
        <w:t xml:space="preserve">    print("Tìm hiểu nghề thiết kế đồ hoạ")</w:t>
      </w:r>
    </w:p>
    <w:p>
      <w:pPr>
        <w:spacing w:before="0"/>
        <w:ind w:left="680"/>
      </w:pPr>
      <w:r>
        <w:rPr>
          <w:b w:val="0"/>
          <w:i w:val="0"/>
        </w:rPr>
        <w:t>if lap_trinh == "c":</w:t>
      </w:r>
    </w:p>
    <w:p>
      <w:pPr>
        <w:spacing w:before="0"/>
        <w:ind w:left="680"/>
      </w:pPr>
      <w:r>
        <w:rPr>
          <w:b w:val="0"/>
          <w:i w:val="0"/>
        </w:rPr>
        <w:t xml:space="preserve">    print("Tìm hiểu nghề phát triển phần mềm")</w:t>
      </w:r>
    </w:p>
    <w:p>
      <w:pPr>
        <w:spacing w:before="0"/>
      </w:pPr>
      <w:r>
        <w:rPr>
          <w:b w:val="0"/>
          <w:i w:val="0"/>
        </w:rPr>
        <w:t>Mỗi nhận định sau đúng hay sai?</w:t>
      </w:r>
    </w:p>
    <w:p>
      <w:pPr>
        <w:spacing w:before="0"/>
        <w:ind w:left="340"/>
      </w:pPr>
      <w:r>
        <w:rPr>
          <w:b w:val="0"/>
          <w:i w:val="0"/>
        </w:rPr>
        <w:t>a) Nhu cầu nhân lực phát triển phần mềm tăng vì ngày càng nhiều lĩnh vực như ngân hàng, y tế, giáo dục cần phần mềm riêng cho công việc của mình.</w:t>
      </w:r>
    </w:p>
    <w:p>
      <w:pPr>
        <w:spacing w:before="0"/>
        <w:ind w:left="340"/>
      </w:pPr>
      <w:r>
        <w:rPr>
          <w:b w:val="0"/>
          <w:i w:val="0"/>
        </w:rPr>
        <w:t>b) Người thiết kế đồ hoạ máy tính làm việc với đồ hoạ vectơ; chỉnh sửa ảnh chụp (ảnh điểm ảnh) không thuộc công việc của nghề này.</w:t>
      </w:r>
    </w:p>
    <w:p>
      <w:pPr>
        <w:spacing w:before="0"/>
        <w:ind w:left="340"/>
      </w:pPr>
      <w:r>
        <w:rPr>
          <w:b w:val="0"/>
          <w:i w:val="0"/>
        </w:rPr>
        <w:t>c) Thông tin về ngành Thiết kế đồ hoạ đăng trong các hội nhóm trên mạng xã hội tin cậy ngang với đề án tuyển sinh trên trang thông tin chính thức của trường.</w:t>
      </w:r>
    </w:p>
    <w:p>
      <w:pPr>
        <w:spacing w:before="0"/>
        <w:ind w:left="340"/>
      </w:pPr>
      <w:r>
        <w:rPr>
          <w:b w:val="0"/>
          <w:i w:val="0"/>
        </w:rPr>
        <w:t>d) Nếu một bạn trả lời c cho cả hai câu hỏi thì chương trình in ra cả hai dòng gợi ý.</w:t>
      </w:r>
    </w:p>
    <w:p>
      <w:pPr>
        <w:spacing w:before="200"/>
        <w:jc w:val="center"/>
      </w:pPr>
      <w:r>
        <w:rPr>
          <w:b/>
          <w:i w:val="0"/>
        </w:rPr>
        <w:t>———— HẾT ————</w:t>
        <w:br w:type="page"/>
      </w:r>
    </w:p>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THPT ………………</w:t>
            </w:r>
          </w:p>
          <w:p>
            <w:pPr>
              <w:jc w:val="center"/>
            </w:pPr>
            <w:r>
              <w:rPr>
                <w:i/>
              </w:rPr>
              <w:t>(Đề tham khảo)</w:t>
            </w:r>
          </w:p>
        </w:tc>
        <w:tc>
          <w:tcPr>
            <w:tcW w:type="dxa" w:w="5669"/>
          </w:tcPr>
          <w:p>
            <w:pPr>
              <w:jc w:val="center"/>
            </w:pPr>
            <w:r>
              <w:rPr>
                <w:b/>
              </w:rPr>
              <w:t>ĐÁP ÁN VÀ HƯỚNG DẪN CHẤM</w:t>
            </w:r>
          </w:p>
          <w:p>
            <w:pPr>
              <w:jc w:val="center"/>
            </w:pPr>
            <w:r>
              <w:rPr>
                <w:b/>
              </w:rPr>
              <w:t>ĐỀ KIỂM TRA CUỐI KÌ II</w:t>
            </w:r>
          </w:p>
          <w:p>
            <w:pPr>
              <w:jc w:val="center"/>
            </w:pPr>
            <w:r>
              <w:rPr>
                <w:b/>
              </w:rPr>
              <w:t>NĂM HỌC 2026 – 2027</w:t>
            </w:r>
          </w:p>
          <w:p>
            <w:pPr>
              <w:jc w:val="center"/>
            </w:pPr>
            <w:r>
              <w:rPr>
                <w:b w:val="0"/>
              </w:rPr>
              <w:t>MÔN: TIN HỌC 10 (Kết nối tri thức với cuộc sống)</w:t>
            </w:r>
          </w:p>
          <w:p>
            <w:pPr>
              <w:jc w:val="center"/>
            </w:pPr>
            <w:r>
              <w:rPr>
                <w:b w:val="0"/>
              </w:rPr>
              <w:t>Thời gian làm bài: 45 phút, không kể thời gian giao đề</w:t>
            </w:r>
          </w:p>
        </w:tc>
      </w:tr>
    </w:tbl>
    <w:p>
      <w:pPr>
        <w:spacing w:before="160"/>
      </w:pPr>
      <w:r>
        <w:rPr>
          <w:b/>
          <w:i w:val="0"/>
        </w:rPr>
        <w:t>PHẦN I. TRẮC NGHIỆM NHIỀU PHƯƠNG ÁN LỰA CHỌN (6,0 điểm)</w:t>
      </w: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w:t>
            </w:r>
          </w:p>
        </w:tc>
        <w:tc>
          <w:tcPr>
            <w:tcW w:type="dxa" w:w="709"/>
          </w:tcPr>
          <w:p>
            <w:r>
              <w:t>2</w:t>
            </w:r>
          </w:p>
        </w:tc>
        <w:tc>
          <w:tcPr>
            <w:tcW w:type="dxa" w:w="709"/>
          </w:tcPr>
          <w:p>
            <w:r>
              <w:t>3</w:t>
            </w:r>
          </w:p>
        </w:tc>
        <w:tc>
          <w:tcPr>
            <w:tcW w:type="dxa" w:w="709"/>
          </w:tcPr>
          <w:p>
            <w:r>
              <w:t>4</w:t>
            </w:r>
          </w:p>
        </w:tc>
        <w:tc>
          <w:tcPr>
            <w:tcW w:type="dxa" w:w="709"/>
          </w:tcPr>
          <w:p>
            <w:r>
              <w:t>5</w:t>
            </w:r>
          </w:p>
        </w:tc>
        <w:tc>
          <w:tcPr>
            <w:tcW w:type="dxa" w:w="709"/>
          </w:tcPr>
          <w:p>
            <w:r>
              <w:t>6</w:t>
            </w:r>
          </w:p>
        </w:tc>
        <w:tc>
          <w:tcPr>
            <w:tcW w:type="dxa" w:w="709"/>
          </w:tcPr>
          <w:p>
            <w:r>
              <w:t>7</w:t>
            </w:r>
          </w:p>
        </w:tc>
        <w:tc>
          <w:tcPr>
            <w:tcW w:type="dxa" w:w="709"/>
          </w:tcPr>
          <w:p>
            <w:r>
              <w:t>8</w:t>
            </w:r>
          </w:p>
        </w:tc>
        <w:tc>
          <w:tcPr>
            <w:tcW w:type="dxa" w:w="709"/>
          </w:tcPr>
          <w:p>
            <w:r>
              <w:t>9</w:t>
            </w:r>
          </w:p>
        </w:tc>
        <w:tc>
          <w:tcPr>
            <w:tcW w:type="dxa" w:w="709"/>
          </w:tcPr>
          <w:p>
            <w:r>
              <w:t>10</w:t>
            </w:r>
          </w:p>
        </w:tc>
        <w:tc>
          <w:tcPr>
            <w:tcW w:type="dxa" w:w="709"/>
          </w:tcPr>
          <w:p>
            <w:r>
              <w:t>11</w:t>
            </w:r>
          </w:p>
        </w:tc>
        <w:tc>
          <w:tcPr>
            <w:tcW w:type="dxa" w:w="709"/>
          </w:tcPr>
          <w:p>
            <w:r>
              <w:t>12</w:t>
            </w:r>
          </w:p>
        </w:tc>
      </w:tr>
      <w:tr>
        <w:tc>
          <w:tcPr>
            <w:tcW w:type="dxa" w:w="1077"/>
          </w:tcPr>
          <w:p>
            <w:r>
              <w:t>Đáp án</w:t>
            </w:r>
          </w:p>
        </w:tc>
        <w:tc>
          <w:tcPr>
            <w:tcW w:type="dxa" w:w="709"/>
          </w:tcPr>
          <w:p>
            <w:r>
              <w:t>A</w:t>
            </w:r>
          </w:p>
        </w:tc>
        <w:tc>
          <w:tcPr>
            <w:tcW w:type="dxa" w:w="709"/>
          </w:tcPr>
          <w:p>
            <w:r>
              <w:t>C</w:t>
            </w:r>
          </w:p>
        </w:tc>
        <w:tc>
          <w:tcPr>
            <w:tcW w:type="dxa" w:w="709"/>
          </w:tcPr>
          <w:p>
            <w:r>
              <w:t>D</w:t>
            </w:r>
          </w:p>
        </w:tc>
        <w:tc>
          <w:tcPr>
            <w:tcW w:type="dxa" w:w="709"/>
          </w:tcPr>
          <w:p>
            <w:r>
              <w:t>B</w:t>
            </w:r>
          </w:p>
        </w:tc>
        <w:tc>
          <w:tcPr>
            <w:tcW w:type="dxa" w:w="709"/>
          </w:tcPr>
          <w:p>
            <w:r>
              <w:t>D</w:t>
            </w:r>
          </w:p>
        </w:tc>
        <w:tc>
          <w:tcPr>
            <w:tcW w:type="dxa" w:w="709"/>
          </w:tcPr>
          <w:p>
            <w:r>
              <w:t>B</w:t>
            </w:r>
          </w:p>
        </w:tc>
        <w:tc>
          <w:tcPr>
            <w:tcW w:type="dxa" w:w="709"/>
          </w:tcPr>
          <w:p>
            <w:r>
              <w:t>A</w:t>
            </w:r>
          </w:p>
        </w:tc>
        <w:tc>
          <w:tcPr>
            <w:tcW w:type="dxa" w:w="709"/>
          </w:tcPr>
          <w:p>
            <w:r>
              <w:t>C</w:t>
            </w:r>
          </w:p>
        </w:tc>
        <w:tc>
          <w:tcPr>
            <w:tcW w:type="dxa" w:w="709"/>
          </w:tcPr>
          <w:p>
            <w:r>
              <w:t>C</w:t>
            </w:r>
          </w:p>
        </w:tc>
        <w:tc>
          <w:tcPr>
            <w:tcW w:type="dxa" w:w="709"/>
          </w:tcPr>
          <w:p>
            <w:r>
              <w:t>A</w:t>
            </w:r>
          </w:p>
        </w:tc>
        <w:tc>
          <w:tcPr>
            <w:tcW w:type="dxa" w:w="709"/>
          </w:tcPr>
          <w:p>
            <w:r>
              <w:t>D</w:t>
            </w:r>
          </w:p>
        </w:tc>
        <w:tc>
          <w:tcPr>
            <w:tcW w:type="dxa" w:w="709"/>
          </w:tcPr>
          <w:p>
            <w:r>
              <w:t>B</w:t>
            </w:r>
          </w:p>
        </w:tc>
      </w:tr>
    </w:tbl>
    <w:p>
      <w:pPr>
        <w:spacing w:before="0"/>
      </w:pP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13</w:t>
            </w:r>
          </w:p>
        </w:tc>
        <w:tc>
          <w:tcPr>
            <w:tcW w:type="dxa" w:w="709"/>
          </w:tcPr>
          <w:p>
            <w:r>
              <w:t>14</w:t>
            </w:r>
          </w:p>
        </w:tc>
        <w:tc>
          <w:tcPr>
            <w:tcW w:type="dxa" w:w="709"/>
          </w:tcPr>
          <w:p>
            <w:r>
              <w:t>15</w:t>
            </w:r>
          </w:p>
        </w:tc>
        <w:tc>
          <w:tcPr>
            <w:tcW w:type="dxa" w:w="709"/>
          </w:tcPr>
          <w:p>
            <w:r>
              <w:t>16</w:t>
            </w:r>
          </w:p>
        </w:tc>
        <w:tc>
          <w:tcPr>
            <w:tcW w:type="dxa" w:w="709"/>
          </w:tcPr>
          <w:p>
            <w:r>
              <w:t>17</w:t>
            </w:r>
          </w:p>
        </w:tc>
        <w:tc>
          <w:tcPr>
            <w:tcW w:type="dxa" w:w="709"/>
          </w:tcPr>
          <w:p>
            <w:r>
              <w:t>18</w:t>
            </w:r>
          </w:p>
        </w:tc>
        <w:tc>
          <w:tcPr>
            <w:tcW w:type="dxa" w:w="709"/>
          </w:tcPr>
          <w:p>
            <w:r>
              <w:t>19</w:t>
            </w:r>
          </w:p>
        </w:tc>
        <w:tc>
          <w:tcPr>
            <w:tcW w:type="dxa" w:w="709"/>
          </w:tcPr>
          <w:p>
            <w:r>
              <w:t>20</w:t>
            </w:r>
          </w:p>
        </w:tc>
        <w:tc>
          <w:tcPr>
            <w:tcW w:type="dxa" w:w="709"/>
          </w:tcPr>
          <w:p>
            <w:r>
              <w:t>21</w:t>
            </w:r>
          </w:p>
        </w:tc>
        <w:tc>
          <w:tcPr>
            <w:tcW w:type="dxa" w:w="709"/>
          </w:tcPr>
          <w:p>
            <w:r>
              <w:t>22</w:t>
            </w:r>
          </w:p>
        </w:tc>
        <w:tc>
          <w:tcPr>
            <w:tcW w:type="dxa" w:w="709"/>
          </w:tcPr>
          <w:p>
            <w:r>
              <w:t>23</w:t>
            </w:r>
          </w:p>
        </w:tc>
        <w:tc>
          <w:tcPr>
            <w:tcW w:type="dxa" w:w="709"/>
          </w:tcPr>
          <w:p>
            <w:r>
              <w:t>24</w:t>
            </w:r>
          </w:p>
        </w:tc>
      </w:tr>
      <w:tr>
        <w:tc>
          <w:tcPr>
            <w:tcW w:type="dxa" w:w="1077"/>
          </w:tcPr>
          <w:p>
            <w:r>
              <w:t>Đáp án</w:t>
            </w:r>
          </w:p>
        </w:tc>
        <w:tc>
          <w:tcPr>
            <w:tcW w:type="dxa" w:w="709"/>
          </w:tcPr>
          <w:p>
            <w:r>
              <w:t>B</w:t>
            </w:r>
          </w:p>
        </w:tc>
        <w:tc>
          <w:tcPr>
            <w:tcW w:type="dxa" w:w="709"/>
          </w:tcPr>
          <w:p>
            <w:r>
              <w:t>D</w:t>
            </w:r>
          </w:p>
        </w:tc>
        <w:tc>
          <w:tcPr>
            <w:tcW w:type="dxa" w:w="709"/>
          </w:tcPr>
          <w:p>
            <w:r>
              <w:t>C</w:t>
            </w:r>
          </w:p>
        </w:tc>
        <w:tc>
          <w:tcPr>
            <w:tcW w:type="dxa" w:w="709"/>
          </w:tcPr>
          <w:p>
            <w:r>
              <w:t>A</w:t>
            </w:r>
          </w:p>
        </w:tc>
        <w:tc>
          <w:tcPr>
            <w:tcW w:type="dxa" w:w="709"/>
          </w:tcPr>
          <w:p>
            <w:r>
              <w:t>D</w:t>
            </w:r>
          </w:p>
        </w:tc>
        <w:tc>
          <w:tcPr>
            <w:tcW w:type="dxa" w:w="709"/>
          </w:tcPr>
          <w:p>
            <w:r>
              <w:t>C</w:t>
            </w:r>
          </w:p>
        </w:tc>
        <w:tc>
          <w:tcPr>
            <w:tcW w:type="dxa" w:w="709"/>
          </w:tcPr>
          <w:p>
            <w:r>
              <w:t>A</w:t>
            </w:r>
          </w:p>
        </w:tc>
        <w:tc>
          <w:tcPr>
            <w:tcW w:type="dxa" w:w="709"/>
          </w:tcPr>
          <w:p>
            <w:r>
              <w:t>B</w:t>
            </w:r>
          </w:p>
        </w:tc>
        <w:tc>
          <w:tcPr>
            <w:tcW w:type="dxa" w:w="709"/>
          </w:tcPr>
          <w:p>
            <w:r>
              <w:t>B</w:t>
            </w:r>
          </w:p>
        </w:tc>
        <w:tc>
          <w:tcPr>
            <w:tcW w:type="dxa" w:w="709"/>
          </w:tcPr>
          <w:p>
            <w:r>
              <w:t>D</w:t>
            </w:r>
          </w:p>
        </w:tc>
        <w:tc>
          <w:tcPr>
            <w:tcW w:type="dxa" w:w="709"/>
          </w:tcPr>
          <w:p>
            <w:r>
              <w:t>A</w:t>
            </w:r>
          </w:p>
        </w:tc>
        <w:tc>
          <w:tcPr>
            <w:tcW w:type="dxa" w:w="709"/>
          </w:tcPr>
          <w:p>
            <w:r>
              <w:t>C</w:t>
            </w:r>
          </w:p>
        </w:tc>
      </w:tr>
    </w:tbl>
    <w:p>
      <w:pPr>
        <w:spacing w:before="160"/>
      </w:pPr>
      <w:r>
        <w:rPr>
          <w:b/>
          <w:i w:val="0"/>
        </w:rPr>
        <w:t>PHẦN II. TRẮC NGHIỆM ĐÚNG/SAI (4,0 điểm)</w:t>
      </w:r>
    </w:p>
    <w:tbl>
      <w:tblPr>
        <w:tblStyle w:val="TableGrid"/>
        <w:tblW w:type="auto" w:w="0"/>
        <w:tblLayout w:type="fixed"/>
        <w:tblLook w:firstColumn="1" w:firstRow="1" w:lastColumn="0" w:lastRow="0" w:noHBand="0" w:noVBand="1" w:val="04A0"/>
      </w:tblPr>
      <w:tblGrid>
        <w:gridCol w:w="1984"/>
        <w:gridCol w:w="1984"/>
        <w:gridCol w:w="1984"/>
        <w:gridCol w:w="1984"/>
        <w:gridCol w:w="1984"/>
      </w:tblGrid>
      <w:tr>
        <w:tc>
          <w:tcPr>
            <w:tcW w:type="dxa" w:w="1077"/>
          </w:tcPr>
          <w:p>
            <w:r>
              <w:t>Câu</w:t>
            </w:r>
          </w:p>
        </w:tc>
        <w:tc>
          <w:tcPr>
            <w:tcW w:type="dxa" w:w="2098"/>
          </w:tcPr>
          <w:p>
            <w:r>
              <w:t>a)</w:t>
            </w:r>
          </w:p>
        </w:tc>
        <w:tc>
          <w:tcPr>
            <w:tcW w:type="dxa" w:w="2098"/>
          </w:tcPr>
          <w:p>
            <w:r>
              <w:t>b)</w:t>
            </w:r>
          </w:p>
        </w:tc>
        <w:tc>
          <w:tcPr>
            <w:tcW w:type="dxa" w:w="2098"/>
          </w:tcPr>
          <w:p>
            <w:r>
              <w:t>c)</w:t>
            </w:r>
          </w:p>
        </w:tc>
        <w:tc>
          <w:tcPr>
            <w:tcW w:type="dxa" w:w="2098"/>
          </w:tcPr>
          <w:p>
            <w:r>
              <w:t>d)</w:t>
            </w:r>
          </w:p>
        </w:tc>
      </w:tr>
      <w:tr>
        <w:tc>
          <w:tcPr>
            <w:tcW w:type="dxa" w:w="1077"/>
          </w:tcPr>
          <w:p>
            <w:r>
              <w:t>25</w:t>
            </w:r>
          </w:p>
        </w:tc>
        <w:tc>
          <w:tcPr>
            <w:tcW w:type="dxa" w:w="2098"/>
          </w:tcPr>
          <w:p>
            <w:r>
              <w:t>Đúng</w:t>
            </w:r>
          </w:p>
        </w:tc>
        <w:tc>
          <w:tcPr>
            <w:tcW w:type="dxa" w:w="2098"/>
          </w:tcPr>
          <w:p>
            <w:r>
              <w:t>Đúng</w:t>
            </w:r>
          </w:p>
        </w:tc>
        <w:tc>
          <w:tcPr>
            <w:tcW w:type="dxa" w:w="2098"/>
          </w:tcPr>
          <w:p>
            <w:r>
              <w:t>Đúng</w:t>
            </w:r>
          </w:p>
        </w:tc>
        <w:tc>
          <w:tcPr>
            <w:tcW w:type="dxa" w:w="2098"/>
          </w:tcPr>
          <w:p>
            <w:r>
              <w:t>Sai</w:t>
            </w:r>
          </w:p>
        </w:tc>
      </w:tr>
      <w:tr>
        <w:tc>
          <w:tcPr>
            <w:tcW w:type="dxa" w:w="1077"/>
          </w:tcPr>
          <w:p>
            <w:r>
              <w:t>26</w:t>
            </w:r>
          </w:p>
        </w:tc>
        <w:tc>
          <w:tcPr>
            <w:tcW w:type="dxa" w:w="2098"/>
          </w:tcPr>
          <w:p>
            <w:r>
              <w:t>Sai</w:t>
            </w:r>
          </w:p>
        </w:tc>
        <w:tc>
          <w:tcPr>
            <w:tcW w:type="dxa" w:w="2098"/>
          </w:tcPr>
          <w:p>
            <w:r>
              <w:t>Sai</w:t>
            </w:r>
          </w:p>
        </w:tc>
        <w:tc>
          <w:tcPr>
            <w:tcW w:type="dxa" w:w="2098"/>
          </w:tcPr>
          <w:p>
            <w:r>
              <w:t>Đúng</w:t>
            </w:r>
          </w:p>
        </w:tc>
        <w:tc>
          <w:tcPr>
            <w:tcW w:type="dxa" w:w="2098"/>
          </w:tcPr>
          <w:p>
            <w:r>
              <w:t>Đúng</w:t>
            </w:r>
          </w:p>
        </w:tc>
      </w:tr>
      <w:tr>
        <w:tc>
          <w:tcPr>
            <w:tcW w:type="dxa" w:w="1077"/>
          </w:tcPr>
          <w:p>
            <w:r>
              <w:t>27</w:t>
            </w:r>
          </w:p>
        </w:tc>
        <w:tc>
          <w:tcPr>
            <w:tcW w:type="dxa" w:w="2098"/>
          </w:tcPr>
          <w:p>
            <w:r>
              <w:t>Sai</w:t>
            </w:r>
          </w:p>
        </w:tc>
        <w:tc>
          <w:tcPr>
            <w:tcW w:type="dxa" w:w="2098"/>
          </w:tcPr>
          <w:p>
            <w:r>
              <w:t>Đúng</w:t>
            </w:r>
          </w:p>
        </w:tc>
        <w:tc>
          <w:tcPr>
            <w:tcW w:type="dxa" w:w="2098"/>
          </w:tcPr>
          <w:p>
            <w:r>
              <w:t>Đúng</w:t>
            </w:r>
          </w:p>
        </w:tc>
        <w:tc>
          <w:tcPr>
            <w:tcW w:type="dxa" w:w="2098"/>
          </w:tcPr>
          <w:p>
            <w:r>
              <w:t>Đúng</w:t>
            </w:r>
          </w:p>
        </w:tc>
      </w:tr>
      <w:tr>
        <w:tc>
          <w:tcPr>
            <w:tcW w:type="dxa" w:w="1077"/>
          </w:tcPr>
          <w:p>
            <w:r>
              <w:t>28</w:t>
            </w:r>
          </w:p>
        </w:tc>
        <w:tc>
          <w:tcPr>
            <w:tcW w:type="dxa" w:w="2098"/>
          </w:tcPr>
          <w:p>
            <w:r>
              <w:t>Đúng</w:t>
            </w:r>
          </w:p>
        </w:tc>
        <w:tc>
          <w:tcPr>
            <w:tcW w:type="dxa" w:w="2098"/>
          </w:tcPr>
          <w:p>
            <w:r>
              <w:t>Sai</w:t>
            </w:r>
          </w:p>
        </w:tc>
        <w:tc>
          <w:tcPr>
            <w:tcW w:type="dxa" w:w="2098"/>
          </w:tcPr>
          <w:p>
            <w:r>
              <w:t>Sai</w:t>
            </w:r>
          </w:p>
        </w:tc>
        <w:tc>
          <w:tcPr>
            <w:tcW w:type="dxa" w:w="2098"/>
          </w:tcPr>
          <w:p>
            <w:r>
              <w:t>Đúng</w:t>
            </w:r>
          </w:p>
        </w:tc>
      </w:tr>
    </w:tbl>
    <w:p>
      <w:pPr>
        <w:spacing w:before="0"/>
      </w:pPr>
      <w:r>
        <w:rPr>
          <w:b w:val="0"/>
          <w:i/>
        </w:rPr>
        <w:t>Câu 25: a) Đúng. b) Đúng: 12 × 50 000 = 600 000, nhân 0.9 được 540000.0. c) Đúng: 15 × 45 000 = 675 000, nhân 0.9 được 607500.0. d) Sai: 4 vé không được giảm, in ra 200000.</w:t>
      </w:r>
    </w:p>
    <w:p>
      <w:pPr>
        <w:spacing w:before="0"/>
      </w:pPr>
      <w:r>
        <w:rPr>
          <w:b w:val="0"/>
          <w:i/>
        </w:rPr>
        <w:t>Câu 26: a) Sai: int("mười") phát sinh lỗi ngoại lệ ValueError, chương trình dừng. b) Sai: range(1, 4) chỉ có 1, 2, 3 nên in Tổng là 6; đây là lỗi lôgic, sửa bằng range(1, n + 1). c) Đúng. d) Đúng: bộ kiểm thử nên có cả trường hợp biên và trường hợp lớn, kết quả mong đợi tính bằng công thức.</w:t>
      </w:r>
    </w:p>
    <w:p>
      <w:pPr>
        <w:spacing w:before="0"/>
      </w:pPr>
      <w:r>
        <w:rPr>
          <w:b w:val="0"/>
          <w:i/>
        </w:rPr>
        <w:t>Câu 27: a) Sai: "hello" có e, o (2); "python" có o (1); "AI" viết hoa nên điều kiện ch in "aeiou" không đúng với kí tự nào (0); in ra [2, 1, 0]. b) Đúng. c) Đúng: xâu rỗng không có kí tự nào, "xyz" không có nguyên âm. d) Đúng: "banana".split("a") cho ["b", "n", "n", ""], 4 phần tử; 4 − 1 = 3.</w:t>
      </w:r>
    </w:p>
    <w:p>
      <w:pPr>
        <w:spacing w:before="0"/>
      </w:pPr>
      <w:r>
        <w:rPr>
          <w:b w:val="0"/>
          <w:i/>
        </w:rPr>
        <w:t>Câu 28: a) Đúng. b) Sai: người thiết kế đồ hoạ làm cả với ảnh điểm ảnh như chỉnh sửa, ghép ảnh, không chỉ đồ hoạ vectơ. c) Sai: thông tin trong hội nhóm chưa được kiểm chứng; đề án tuyển sinh trên trang chính thức của trường mới là nguồn tin cậy. d) Đúng: hai câu lệnh if độc lập, cả hai điều kiện đều đúng nên in cả hai dòng.</w:t>
      </w:r>
    </w:p>
    <w:sectPr w:rsidR="00FC693F" w:rsidRPr="0006063C" w:rsidSect="00034616">
      <w:pgSz w:w="11906" w:h="16838"/>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