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3969"/>
          </w:tcPr>
          <w:p>
            <w:pPr>
              <w:jc w:val="center"/>
            </w:pPr>
            <w:r>
              <w:rPr>
                <w:b/>
              </w:rPr>
              <w:t>TRƯỜNG THPT ………………</w:t>
            </w:r>
          </w:p>
          <w:p>
            <w:pPr>
              <w:jc w:val="center"/>
            </w:pPr>
            <w:r>
              <w:rPr>
                <w:i/>
              </w:rPr>
              <w:t>(Đề tham khảo)</w:t>
            </w:r>
          </w:p>
        </w:tc>
        <w:tc>
          <w:tcPr>
            <w:tcW w:type="dxa" w:w="5669"/>
          </w:tcPr>
          <w:p>
            <w:pPr>
              <w:jc w:val="center"/>
            </w:pPr>
            <w:r>
              <w:rPr>
                <w:b/>
              </w:rPr>
              <w:t>ĐỀ KIỂM TRA GIỮA KÌ II</w:t>
            </w:r>
          </w:p>
          <w:p>
            <w:pPr>
              <w:jc w:val="center"/>
            </w:pPr>
            <w:r>
              <w:rPr>
                <w:b/>
              </w:rPr>
              <w:t>NĂM HỌC 2026 – 2027</w:t>
            </w:r>
          </w:p>
          <w:p>
            <w:pPr>
              <w:jc w:val="center"/>
            </w:pPr>
            <w:r>
              <w:rPr>
                <w:b w:val="0"/>
              </w:rPr>
              <w:t>MÔN: TIN HỌC 10 (Kết nối tri thức với cuộc sống)</w:t>
            </w:r>
          </w:p>
          <w:p>
            <w:pPr>
              <w:jc w:val="center"/>
            </w:pPr>
            <w:r>
              <w:rPr>
                <w:b w:val="0"/>
              </w:rPr>
              <w:t>Thời gian làm bài: 45 phút, không kể thời gian giao đề</w:t>
            </w:r>
          </w:p>
        </w:tc>
      </w:tr>
    </w:tbl>
    <w:p>
      <w:pPr>
        <w:spacing w:before="160"/>
      </w:pPr>
      <w:r>
        <w:rPr>
          <w:b w:val="0"/>
          <w:i w:val="0"/>
        </w:rPr>
        <w:t>Họ và tên: ……………………………………………… Lớp: ………… Số báo danh: …………</w:t>
      </w:r>
    </w:p>
    <w:p>
      <w:pPr>
        <w:spacing w:before="160"/>
      </w:pPr>
      <w:r>
        <w:rPr>
          <w:b/>
          <w:i w:val="0"/>
        </w:rPr>
        <w:t>PHẦN I. TRẮC NGHIỆM NHIỀU PHƯƠNG ÁN LỰA CHỌN (6,0 điểm)</w:t>
      </w:r>
    </w:p>
    <w:p>
      <w:pPr>
        <w:spacing w:before="0"/>
      </w:pPr>
      <w:r>
        <w:rPr>
          <w:b w:val="0"/>
          <w:i/>
        </w:rPr>
        <w:t>Mỗi câu hỏi chỉ chọn một phương án. Mỗi câu đúng được 0,25 điểm.</w:t>
      </w:r>
    </w:p>
    <w:p>
      <w:pPr>
        <w:keepNext w:val="0"/>
        <w:spacing w:before="80"/>
      </w:pPr>
      <w:r>
        <w:rPr>
          <w:b/>
        </w:rPr>
        <w:t xml:space="preserve">Câu 1. </w:t>
      </w:r>
      <w:r>
        <w:t>Trong câu lệnh if … else của Python, các lệnh của nhánh else được thực hiện khi nào?</w:t>
      </w:r>
    </w:p>
    <w:p>
      <w:pPr>
        <w:spacing w:before="0"/>
        <w:ind w:left="340"/>
      </w:pPr>
      <w:r>
        <w:rPr>
          <w:b w:val="0"/>
          <w:i w:val="0"/>
        </w:rPr>
        <w:t>A. Khi điều kiện sau if không được đặt trong cặp ngoặc tròn.</w:t>
      </w:r>
    </w:p>
    <w:p>
      <w:pPr>
        <w:spacing w:before="0"/>
        <w:ind w:left="340"/>
      </w:pPr>
      <w:r>
        <w:rPr>
          <w:b w:val="0"/>
          <w:i w:val="0"/>
        </w:rPr>
        <w:t>B. Khi điều kiện sau if có giá trị True.</w:t>
      </w:r>
    </w:p>
    <w:p>
      <w:pPr>
        <w:spacing w:before="0"/>
        <w:ind w:left="340"/>
      </w:pPr>
      <w:r>
        <w:rPr>
          <w:b w:val="0"/>
          <w:i w:val="0"/>
        </w:rPr>
        <w:t>C. Ngay sau khi các lệnh của nhánh if thực hiện xong.</w:t>
      </w:r>
    </w:p>
    <w:p>
      <w:pPr>
        <w:spacing w:before="0"/>
        <w:ind w:left="340"/>
      </w:pPr>
      <w:r>
        <w:rPr>
          <w:b w:val="0"/>
          <w:i w:val="0"/>
        </w:rPr>
        <w:t>D. Khi điều kiện sau if có giá trị False.</w:t>
      </w:r>
    </w:p>
    <w:p>
      <w:pPr>
        <w:keepNext w:val="0"/>
        <w:spacing w:before="80"/>
      </w:pPr>
      <w:r>
        <w:rPr>
          <w:b/>
        </w:rPr>
        <w:t xml:space="preserve">Câu 2. </w:t>
      </w:r>
      <w:r>
        <w:t>Biểu thức lôgic nào trong Python có giá trị True khi số nguyên n chia hết cho 3 nhưng không chia hết cho 5?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A. n % 3 == 0 or n % 5 != 0</w:t>
        <w:tab/>
        <w:t>B. n % 3 == 0 and n % 5 != 0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C. n // 3 == 0 and n // 5 != 0</w:t>
        <w:tab/>
        <w:t>D. n % 3 == 0 and not n % 5 != 0</w:t>
      </w:r>
    </w:p>
    <w:p>
      <w:pPr>
        <w:spacing w:before="80"/>
      </w:pPr>
      <w:r>
        <w:rPr>
          <w:b/>
        </w:rPr>
        <w:t xml:space="preserve">Câu 3. </w:t>
      </w:r>
      <w:r>
        <w:t>Cho đoạn chương trình sau:</w:t>
      </w:r>
    </w:p>
    <w:p>
      <w:pPr>
        <w:spacing w:before="0"/>
        <w:ind w:left="680"/>
      </w:pPr>
      <w:r>
        <w:rPr>
          <w:b w:val="0"/>
          <w:i w:val="0"/>
        </w:rPr>
        <w:t>t = 37.8</w:t>
      </w:r>
    </w:p>
    <w:p>
      <w:pPr>
        <w:spacing w:before="0"/>
        <w:ind w:left="680"/>
      </w:pPr>
      <w:r>
        <w:rPr>
          <w:b w:val="0"/>
          <w:i w:val="0"/>
        </w:rPr>
        <w:t>if t &gt;= 37.5:</w:t>
      </w:r>
    </w:p>
    <w:p>
      <w:pPr>
        <w:spacing w:before="0"/>
        <w:ind w:left="680"/>
      </w:pPr>
      <w:r>
        <w:rPr>
          <w:b w:val="0"/>
          <w:i w:val="0"/>
        </w:rPr>
        <w:t xml:space="preserve">    print("Sốt")</w:t>
      </w:r>
    </w:p>
    <w:p>
      <w:pPr>
        <w:spacing w:before="0"/>
        <w:ind w:left="680"/>
      </w:pPr>
      <w:r>
        <w:rPr>
          <w:b w:val="0"/>
          <w:i w:val="0"/>
        </w:rPr>
        <w:t>else:</w:t>
      </w:r>
    </w:p>
    <w:p>
      <w:pPr>
        <w:spacing w:before="0"/>
        <w:ind w:left="680"/>
      </w:pPr>
      <w:r>
        <w:rPr>
          <w:b w:val="0"/>
          <w:i w:val="0"/>
        </w:rPr>
        <w:t xml:space="preserve">    print("Bình thường")</w:t>
      </w:r>
    </w:p>
    <w:p>
      <w:pPr>
        <w:spacing w:before="0"/>
        <w:ind w:left="680"/>
      </w:pPr>
      <w:r>
        <w:rPr>
          <w:b w:val="0"/>
          <w:i w:val="0"/>
        </w:rPr>
        <w:t>print("Đã đo")</w:t>
      </w:r>
    </w:p>
    <w:p>
      <w:pPr>
        <w:spacing w:before="0"/>
      </w:pPr>
      <w:r>
        <w:rPr>
          <w:b w:val="0"/>
          <w:i w:val="0"/>
        </w:rPr>
        <w:t>Chương trình in ra màn hình những dòng nào?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A. Một dòng: Sốt.</w:t>
        <w:tab/>
        <w:t>B. Hai dòng: Bình thường và Đã đo.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C. Hai dòng: Sốt và Đã đo.</w:t>
        <w:tab/>
        <w:t>D. Ba dòng: Sốt, Bình thường và Đã đo.</w:t>
      </w:r>
    </w:p>
    <w:p>
      <w:pPr>
        <w:spacing w:before="80"/>
      </w:pPr>
      <w:r>
        <w:rPr>
          <w:b/>
        </w:rPr>
        <w:t xml:space="preserve">Câu 4. </w:t>
      </w:r>
      <w:r>
        <w:t>Bãi gửi xe tính phí như sau: gửi không quá 2 giờ trả 3 000 đồng; từ giờ thứ ba trở đi, mỗi giờ trả thêm 2 000 đồng. Chương trình tính phí:</w:t>
      </w:r>
    </w:p>
    <w:p>
      <w:pPr>
        <w:spacing w:before="0"/>
        <w:ind w:left="680"/>
      </w:pPr>
      <w:r>
        <w:rPr>
          <w:b w:val="0"/>
          <w:i w:val="0"/>
        </w:rPr>
        <w:t>gio = int(input())</w:t>
      </w:r>
    </w:p>
    <w:p>
      <w:pPr>
        <w:spacing w:before="0"/>
        <w:ind w:left="680"/>
      </w:pPr>
      <w:r>
        <w:rPr>
          <w:b w:val="0"/>
          <w:i w:val="0"/>
        </w:rPr>
        <w:t>if gio &lt;= 2:</w:t>
      </w:r>
    </w:p>
    <w:p>
      <w:pPr>
        <w:spacing w:before="0"/>
        <w:ind w:left="680"/>
      </w:pPr>
      <w:r>
        <w:rPr>
          <w:b w:val="0"/>
          <w:i w:val="0"/>
        </w:rPr>
        <w:t xml:space="preserve">    phi = 3000</w:t>
      </w:r>
    </w:p>
    <w:p>
      <w:pPr>
        <w:spacing w:before="0"/>
        <w:ind w:left="680"/>
      </w:pPr>
      <w:r>
        <w:rPr>
          <w:b w:val="0"/>
          <w:i w:val="0"/>
        </w:rPr>
        <w:t>else:</w:t>
      </w:r>
    </w:p>
    <w:p>
      <w:pPr>
        <w:spacing w:before="0"/>
        <w:ind w:left="680"/>
      </w:pPr>
      <w:r>
        <w:rPr>
          <w:b w:val="0"/>
          <w:i w:val="0"/>
        </w:rPr>
        <w:t xml:space="preserve">    phi = 3000 + (gio - 2) * 2000</w:t>
      </w:r>
    </w:p>
    <w:p>
      <w:pPr>
        <w:spacing w:before="0"/>
        <w:ind w:left="680"/>
      </w:pPr>
      <w:r>
        <w:rPr>
          <w:b w:val="0"/>
          <w:i w:val="0"/>
        </w:rPr>
        <w:t>print(phi)</w:t>
      </w:r>
    </w:p>
    <w:p>
      <w:pPr>
        <w:spacing w:before="0"/>
      </w:pPr>
      <w:r>
        <w:rPr>
          <w:b w:val="0"/>
          <w:i w:val="0"/>
        </w:rPr>
        <w:t>Nhập 5 thì chương trình in ra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9000</w:t>
        <w:tab/>
        <w:t>B. 13000</w:t>
        <w:tab/>
        <w:t>C. 10000</w:t>
        <w:tab/>
        <w:t>D. 3000</w:t>
      </w:r>
    </w:p>
    <w:p>
      <w:pPr>
        <w:keepNext w:val="0"/>
        <w:spacing w:before="80"/>
      </w:pPr>
      <w:r>
        <w:rPr>
          <w:b/>
        </w:rPr>
        <w:t xml:space="preserve">Câu 5. </w:t>
      </w:r>
      <w:r>
        <w:t>Câu lệnh for nào sau đây cho biến i nhận lần lượt các giá trị 1, 2, 3, 4, 5?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A. for i in range(1, 5):</w:t>
        <w:tab/>
        <w:t>B. for i in range(1, 6):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C. for i in range(5):</w:t>
        <w:tab/>
        <w:t>D. for i in range(0, 6):</w:t>
      </w:r>
    </w:p>
    <w:p>
      <w:pPr>
        <w:keepNext w:val="0"/>
        <w:spacing w:before="80"/>
      </w:pPr>
      <w:r>
        <w:rPr>
          <w:b/>
        </w:rPr>
        <w:t xml:space="preserve">Câu 6. </w:t>
      </w:r>
      <w:r>
        <w:t>Với câu lệnh for i in range(n): (n là số nguyên dương), khối lệnh lặp</w:t>
      </w:r>
    </w:p>
    <w:p>
      <w:pPr>
        <w:spacing w:before="0"/>
        <w:ind w:left="340"/>
      </w:pPr>
      <w:r>
        <w:rPr>
          <w:b w:val="0"/>
          <w:i w:val="0"/>
        </w:rPr>
        <w:t>A. được viết lùi vào so với dòng for và được thực hiện n + 1 lần.</w:t>
      </w:r>
    </w:p>
    <w:p>
      <w:pPr>
        <w:spacing w:before="0"/>
        <w:ind w:left="340"/>
      </w:pPr>
      <w:r>
        <w:rPr>
          <w:b w:val="0"/>
          <w:i w:val="0"/>
        </w:rPr>
        <w:t>B. được viết thẳng hàng với dòng for và được thực hiện n lần.</w:t>
      </w:r>
    </w:p>
    <w:p>
      <w:pPr>
        <w:spacing w:before="0"/>
        <w:ind w:left="340"/>
      </w:pPr>
      <w:r>
        <w:rPr>
          <w:b w:val="0"/>
          <w:i w:val="0"/>
        </w:rPr>
        <w:t>C. được viết lùi vào so với dòng for và được thực hiện n lần.</w:t>
      </w:r>
    </w:p>
    <w:p>
      <w:pPr>
        <w:spacing w:before="0"/>
        <w:ind w:left="340"/>
      </w:pPr>
      <w:r>
        <w:rPr>
          <w:b w:val="0"/>
          <w:i w:val="0"/>
        </w:rPr>
        <w:t>D. được đặt trong cặp ngoặc tròn ngay sau range(n).</w:t>
      </w:r>
    </w:p>
    <w:p>
      <w:pPr>
        <w:spacing w:before="80"/>
      </w:pPr>
      <w:r>
        <w:rPr>
          <w:b/>
        </w:rPr>
        <w:t xml:space="preserve">Câu 7. </w:t>
      </w:r>
      <w:r>
        <w:t>Cho đoạn chương trình sau:</w:t>
      </w:r>
    </w:p>
    <w:p>
      <w:pPr>
        <w:spacing w:before="0"/>
        <w:ind w:left="680"/>
      </w:pPr>
      <w:r>
        <w:rPr>
          <w:b w:val="0"/>
          <w:i w:val="0"/>
        </w:rPr>
        <w:t>s = 0</w:t>
      </w:r>
    </w:p>
    <w:p>
      <w:pPr>
        <w:spacing w:before="0"/>
        <w:ind w:left="680"/>
      </w:pPr>
      <w:r>
        <w:rPr>
          <w:b w:val="0"/>
          <w:i w:val="0"/>
        </w:rPr>
        <w:t>for k in range(1, 6):</w:t>
      </w:r>
    </w:p>
    <w:p>
      <w:pPr>
        <w:spacing w:before="0"/>
        <w:ind w:left="680"/>
      </w:pPr>
      <w:r>
        <w:rPr>
          <w:b w:val="0"/>
          <w:i w:val="0"/>
        </w:rPr>
        <w:t xml:space="preserve">    s = s + k * k</w:t>
      </w:r>
    </w:p>
    <w:p>
      <w:pPr>
        <w:spacing w:before="0"/>
        <w:ind w:left="680"/>
      </w:pPr>
      <w:r>
        <w:rPr>
          <w:b w:val="0"/>
          <w:i w:val="0"/>
        </w:rPr>
        <w:t>print(s)</w:t>
      </w:r>
    </w:p>
    <w:p>
      <w:pPr>
        <w:spacing w:before="0"/>
      </w:pPr>
      <w:r>
        <w:rPr>
          <w:b w:val="0"/>
          <w:i w:val="0"/>
        </w:rPr>
        <w:t>Chương trình in ra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55</w:t>
        <w:tab/>
        <w:t>B. 15</w:t>
        <w:tab/>
        <w:t>C. 30</w:t>
        <w:tab/>
        <w:t>D. 91</w:t>
      </w:r>
    </w:p>
    <w:p>
      <w:pPr>
        <w:spacing w:before="80"/>
      </w:pPr>
      <w:r>
        <w:rPr>
          <w:b/>
        </w:rPr>
        <w:t xml:space="preserve">Câu 8. </w:t>
      </w:r>
      <w:r>
        <w:t>Bạn Hà viết chương trình đếm các số chia hết cho 7 trong các số từ 1 đến 50:</w:t>
      </w:r>
    </w:p>
    <w:p>
      <w:pPr>
        <w:spacing w:before="0"/>
        <w:ind w:left="680"/>
      </w:pPr>
      <w:r>
        <w:rPr>
          <w:b w:val="0"/>
          <w:i w:val="0"/>
        </w:rPr>
        <w:t>dem = 0</w:t>
      </w:r>
    </w:p>
    <w:p>
      <w:pPr>
        <w:spacing w:before="0"/>
        <w:ind w:left="680"/>
      </w:pPr>
      <w:r>
        <w:rPr>
          <w:b w:val="0"/>
          <w:i w:val="0"/>
        </w:rPr>
        <w:t>for i in range(1, 51):</w:t>
      </w:r>
    </w:p>
    <w:p>
      <w:pPr>
        <w:spacing w:before="0"/>
        <w:ind w:left="680"/>
      </w:pPr>
      <w:r>
        <w:rPr>
          <w:b w:val="0"/>
          <w:i w:val="0"/>
        </w:rPr>
        <w:t xml:space="preserve">    ........</w:t>
      </w:r>
    </w:p>
    <w:p>
      <w:pPr>
        <w:spacing w:before="0"/>
        <w:ind w:left="680"/>
      </w:pPr>
      <w:r>
        <w:rPr>
          <w:b w:val="0"/>
          <w:i w:val="0"/>
        </w:rPr>
        <w:t xml:space="preserve">        dem = dem + 1</w:t>
      </w:r>
    </w:p>
    <w:p>
      <w:pPr>
        <w:spacing w:before="0"/>
        <w:ind w:left="680"/>
      </w:pPr>
      <w:r>
        <w:rPr>
          <w:b w:val="0"/>
          <w:i w:val="0"/>
        </w:rPr>
        <w:t>print(dem)</w:t>
      </w:r>
    </w:p>
    <w:p>
      <w:pPr>
        <w:spacing w:before="0"/>
      </w:pPr>
      <w:r>
        <w:rPr>
          <w:b w:val="0"/>
          <w:i w:val="0"/>
        </w:rPr>
        <w:t>Dòng lệnh cần điền vào chỗ trống là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if i == 7:</w:t>
        <w:tab/>
        <w:t>B. if i // 7 == 1:</w:t>
        <w:tab/>
        <w:t>C. if i % 7 != 0:</w:t>
        <w:tab/>
        <w:t>D. if i % 7 == 0:</w:t>
      </w:r>
    </w:p>
    <w:p>
      <w:pPr>
        <w:keepNext w:val="0"/>
        <w:spacing w:before="80"/>
      </w:pPr>
      <w:r>
        <w:rPr>
          <w:b/>
        </w:rPr>
        <w:t xml:space="preserve">Câu 9. </w:t>
      </w:r>
      <w:r>
        <w:t>Với câu lệnh while &lt;điều kiện&gt;: &lt;khối lệnh&gt;, máy tính sẽ</w:t>
      </w:r>
    </w:p>
    <w:p>
      <w:pPr>
        <w:spacing w:before="0"/>
        <w:ind w:left="340"/>
      </w:pPr>
      <w:r>
        <w:rPr>
          <w:b w:val="0"/>
          <w:i w:val="0"/>
        </w:rPr>
        <w:t>A. kiểm tra điều kiện, nếu điều kiện đúng thì thực hiện khối lệnh rồi quay lại kiểm tra; điều kiện sai thì thoát khỏi vòng lặp.</w:t>
      </w:r>
    </w:p>
    <w:p>
      <w:pPr>
        <w:spacing w:before="0"/>
        <w:ind w:left="340"/>
      </w:pPr>
      <w:r>
        <w:rPr>
          <w:b w:val="0"/>
          <w:i w:val="0"/>
        </w:rPr>
        <w:t>B. kiểm tra điều kiện một lần; nếu đúng thì thực hiện khối lệnh một lần rồi kết thúc câu lệnh.</w:t>
      </w:r>
    </w:p>
    <w:p>
      <w:pPr>
        <w:spacing w:before="0"/>
        <w:ind w:left="340"/>
      </w:pPr>
      <w:r>
        <w:rPr>
          <w:b w:val="0"/>
          <w:i w:val="0"/>
        </w:rPr>
        <w:t>C. lặp lại khối lệnh khi điều kiện sai, dừng lại khi điều kiện đúng.</w:t>
      </w:r>
    </w:p>
    <w:p>
      <w:pPr>
        <w:spacing w:before="0"/>
        <w:ind w:left="340"/>
      </w:pPr>
      <w:r>
        <w:rPr>
          <w:b w:val="0"/>
          <w:i w:val="0"/>
        </w:rPr>
        <w:t>D. thực hiện khối lệnh một lần trước, sau đó mới kiểm tra điều kiện để quyết định có lặp tiếp không.</w:t>
      </w:r>
    </w:p>
    <w:p>
      <w:pPr>
        <w:keepNext w:val="0"/>
        <w:spacing w:before="80"/>
      </w:pPr>
      <w:r>
        <w:rPr>
          <w:b/>
        </w:rPr>
        <w:t xml:space="preserve">Câu 10. </w:t>
      </w:r>
      <w:r>
        <w:t>Dòng nào sau đây là dòng mở đầu đúng cú pháp của một vòng lặp while trong Python?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while n &gt; 0 do</w:t>
        <w:tab/>
        <w:t>B. while (n &gt; 0)</w:t>
        <w:tab/>
        <w:t>C. while n &gt; 0:</w:t>
        <w:tab/>
        <w:t>D. while: n &gt; 0</w:t>
      </w:r>
    </w:p>
    <w:p>
      <w:pPr>
        <w:keepNext w:val="0"/>
        <w:spacing w:before="80"/>
      </w:pPr>
      <w:r>
        <w:rPr>
          <w:b/>
        </w:rPr>
        <w:t xml:space="preserve">Câu 11. </w:t>
      </w:r>
      <w:r>
        <w:t>Công việc nào sau đây cần dùng vòng lặp với số lần chưa biết trước?</w:t>
      </w:r>
    </w:p>
    <w:p>
      <w:pPr>
        <w:spacing w:before="0"/>
        <w:ind w:left="340"/>
      </w:pPr>
      <w:r>
        <w:rPr>
          <w:b w:val="0"/>
          <w:i w:val="0"/>
        </w:rPr>
        <w:t>A. In bảng nhân 5 từ 5 × 1 đến 5 × 10.</w:t>
      </w:r>
    </w:p>
    <w:p>
      <w:pPr>
        <w:spacing w:before="0"/>
        <w:ind w:left="340"/>
      </w:pPr>
      <w:r>
        <w:rPr>
          <w:b w:val="0"/>
          <w:i w:val="0"/>
        </w:rPr>
        <w:t>B. In ra 10 lần dòng chữ “Chào mừng năm học mới”.</w:t>
      </w:r>
    </w:p>
    <w:p>
      <w:pPr>
        <w:spacing w:before="0"/>
        <w:ind w:left="340"/>
      </w:pPr>
      <w:r>
        <w:rPr>
          <w:b w:val="0"/>
          <w:i w:val="0"/>
        </w:rPr>
        <w:t>C. Tính tổng các số nguyên từ 1 đến 100.</w:t>
      </w:r>
    </w:p>
    <w:p>
      <w:pPr>
        <w:spacing w:before="0"/>
        <w:ind w:left="340"/>
      </w:pPr>
      <w:r>
        <w:rPr>
          <w:b w:val="0"/>
          <w:i w:val="0"/>
        </w:rPr>
        <w:t>D. Nhập điểm liên tục cho đến khi người dùng nhập một số âm thì dừng.</w:t>
      </w:r>
    </w:p>
    <w:p>
      <w:pPr>
        <w:spacing w:before="80"/>
      </w:pPr>
      <w:r>
        <w:rPr>
          <w:b/>
        </w:rPr>
        <w:t xml:space="preserve">Câu 12. </w:t>
      </w:r>
      <w:r>
        <w:t>Một bể chứa 500 lít nước, mỗi giờ dùng hết 45 lít. Chương trình đếm số giờ cho đến khi nước trong bể còn dưới 100 lít:</w:t>
      </w:r>
    </w:p>
    <w:p>
      <w:pPr>
        <w:spacing w:before="0"/>
        <w:ind w:left="680"/>
      </w:pPr>
      <w:r>
        <w:rPr>
          <w:b w:val="0"/>
          <w:i w:val="0"/>
        </w:rPr>
        <w:t>nuoc = 500</w:t>
      </w:r>
    </w:p>
    <w:p>
      <w:pPr>
        <w:spacing w:before="0"/>
        <w:ind w:left="680"/>
      </w:pPr>
      <w:r>
        <w:rPr>
          <w:b w:val="0"/>
          <w:i w:val="0"/>
        </w:rPr>
        <w:t>gio = 0</w:t>
      </w:r>
    </w:p>
    <w:p>
      <w:pPr>
        <w:spacing w:before="0"/>
        <w:ind w:left="680"/>
      </w:pPr>
      <w:r>
        <w:rPr>
          <w:b w:val="0"/>
          <w:i w:val="0"/>
        </w:rPr>
        <w:t>while ........:</w:t>
      </w:r>
    </w:p>
    <w:p>
      <w:pPr>
        <w:spacing w:before="0"/>
        <w:ind w:left="680"/>
      </w:pPr>
      <w:r>
        <w:rPr>
          <w:b w:val="0"/>
          <w:i w:val="0"/>
        </w:rPr>
        <w:t xml:space="preserve">    nuoc = nuoc - 45</w:t>
      </w:r>
    </w:p>
    <w:p>
      <w:pPr>
        <w:spacing w:before="0"/>
        <w:ind w:left="680"/>
      </w:pPr>
      <w:r>
        <w:rPr>
          <w:b w:val="0"/>
          <w:i w:val="0"/>
        </w:rPr>
        <w:t xml:space="preserve">    gio = gio + 1</w:t>
      </w:r>
    </w:p>
    <w:p>
      <w:pPr>
        <w:spacing w:before="0"/>
        <w:ind w:left="680"/>
      </w:pPr>
      <w:r>
        <w:rPr>
          <w:b w:val="0"/>
          <w:i w:val="0"/>
        </w:rPr>
        <w:t>print(gio)</w:t>
      </w:r>
    </w:p>
    <w:p>
      <w:pPr>
        <w:spacing w:before="0"/>
      </w:pPr>
      <w:r>
        <w:rPr>
          <w:b w:val="0"/>
          <w:i w:val="0"/>
        </w:rPr>
        <w:t>Điều kiện cần điền vào chỗ trống là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nuoc &lt; 100</w:t>
        <w:tab/>
        <w:t>B. nuoc &gt;= 100</w:t>
        <w:tab/>
        <w:t>C. nuoc &gt; 0</w:t>
        <w:tab/>
        <w:t>D. gio &lt; 100</w:t>
      </w:r>
    </w:p>
    <w:p>
      <w:pPr>
        <w:keepNext w:val="0"/>
        <w:spacing w:before="80"/>
      </w:pPr>
      <w:r>
        <w:rPr>
          <w:b/>
        </w:rPr>
        <w:t xml:space="preserve">Câu 13. </w:t>
      </w:r>
      <w:r>
        <w:t>Trong Python, chỉ số của phần tử đầu tiên trong một danh sách là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1</w:t>
        <w:tab/>
        <w:t>B. 0</w:t>
        <w:tab/>
        <w:t>C. -1</w:t>
        <w:tab/>
        <w:t>D. len(danh sách)</w:t>
      </w:r>
    </w:p>
    <w:p>
      <w:pPr>
        <w:keepNext w:val="0"/>
        <w:spacing w:before="80"/>
      </w:pPr>
      <w:r>
        <w:rPr>
          <w:b/>
        </w:rPr>
        <w:t xml:space="preserve">Câu 14. </w:t>
      </w:r>
      <w:r>
        <w:t>Với danh sách diem, lệnh diem.remove(8) có tác dụng</w:t>
      </w:r>
    </w:p>
    <w:p>
      <w:pPr>
        <w:spacing w:before="0"/>
        <w:ind w:left="340"/>
      </w:pPr>
      <w:r>
        <w:rPr>
          <w:b w:val="0"/>
          <w:i w:val="0"/>
        </w:rPr>
        <w:t>A. xoá phần tử đầu tiên có giá trị 8 khỏi danh sách diem.</w:t>
      </w:r>
    </w:p>
    <w:p>
      <w:pPr>
        <w:spacing w:before="0"/>
        <w:ind w:left="340"/>
      </w:pPr>
      <w:r>
        <w:rPr>
          <w:b w:val="0"/>
          <w:i w:val="0"/>
        </w:rPr>
        <w:t>B. xoá phần tử có chỉ số 8 của danh sách diem.</w:t>
      </w:r>
    </w:p>
    <w:p>
      <w:pPr>
        <w:spacing w:before="0"/>
        <w:ind w:left="340"/>
      </w:pPr>
      <w:r>
        <w:rPr>
          <w:b w:val="0"/>
          <w:i w:val="0"/>
        </w:rPr>
        <w:t>C. xoá mọi phần tử có giá trị 8 khỏi danh sách diem.</w:t>
      </w:r>
    </w:p>
    <w:p>
      <w:pPr>
        <w:spacing w:before="0"/>
        <w:ind w:left="340"/>
      </w:pPr>
      <w:r>
        <w:rPr>
          <w:b w:val="0"/>
          <w:i w:val="0"/>
        </w:rPr>
        <w:t>D. xoá 8 phần tử đầu tiên của danh sách diem.</w:t>
      </w:r>
    </w:p>
    <w:p>
      <w:pPr>
        <w:keepNext w:val="0"/>
        <w:spacing w:before="80"/>
      </w:pPr>
      <w:r>
        <w:rPr>
          <w:b/>
        </w:rPr>
        <w:t xml:space="preserve">Câu 15. </w:t>
      </w:r>
      <w:r>
        <w:t>Biểu thức "cam" in ["táo", "cam", "xoài"] có giá trị là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"cam"</w:t>
        <w:tab/>
        <w:t>B. False</w:t>
        <w:tab/>
        <w:t>C. 1</w:t>
        <w:tab/>
        <w:t>D. True</w:t>
      </w:r>
    </w:p>
    <w:p>
      <w:pPr>
        <w:spacing w:before="80"/>
      </w:pPr>
      <w:r>
        <w:rPr>
          <w:b/>
        </w:rPr>
        <w:t xml:space="preserve">Câu 16. </w:t>
      </w:r>
      <w:r>
        <w:t>Cho đoạn chương trình sau:</w:t>
      </w:r>
    </w:p>
    <w:p>
      <w:pPr>
        <w:spacing w:before="0"/>
        <w:ind w:left="680"/>
      </w:pPr>
      <w:r>
        <w:rPr>
          <w:b w:val="0"/>
          <w:i w:val="0"/>
        </w:rPr>
        <w:t>ds = [5, 3, 8]</w:t>
      </w:r>
    </w:p>
    <w:p>
      <w:pPr>
        <w:spacing w:before="0"/>
        <w:ind w:left="680"/>
      </w:pPr>
      <w:r>
        <w:rPr>
          <w:b w:val="0"/>
          <w:i w:val="0"/>
        </w:rPr>
        <w:t>ds.insert(1, 6)</w:t>
      </w:r>
    </w:p>
    <w:p>
      <w:pPr>
        <w:spacing w:before="0"/>
        <w:ind w:left="680"/>
      </w:pPr>
      <w:r>
        <w:rPr>
          <w:b w:val="0"/>
          <w:i w:val="0"/>
        </w:rPr>
        <w:t>ds.append(2)</w:t>
      </w:r>
    </w:p>
    <w:p>
      <w:pPr>
        <w:spacing w:before="0"/>
        <w:ind w:left="680"/>
      </w:pPr>
      <w:r>
        <w:rPr>
          <w:b w:val="0"/>
          <w:i w:val="0"/>
        </w:rPr>
        <w:t>print(ds)</w:t>
      </w:r>
    </w:p>
    <w:p>
      <w:pPr>
        <w:spacing w:before="0"/>
      </w:pPr>
      <w:r>
        <w:rPr>
          <w:b w:val="0"/>
          <w:i w:val="0"/>
        </w:rPr>
        <w:t>Chương trình in ra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[5, 3, 6, 8, 2]</w:t>
        <w:tab/>
        <w:t>B. [6, 5, 3, 8, 2]</w:t>
        <w:tab/>
        <w:t>C. [5, 6, 3, 8, 2]</w:t>
        <w:tab/>
        <w:t>D. [2, 5, 6, 3, 8]</w:t>
      </w:r>
    </w:p>
    <w:p>
      <w:pPr>
        <w:spacing w:before="80"/>
      </w:pPr>
      <w:r>
        <w:rPr>
          <w:b/>
        </w:rPr>
        <w:t xml:space="preserve">Câu 17. </w:t>
      </w:r>
      <w:r>
        <w:t>Cho đoạn chương trình sau:</w:t>
      </w:r>
    </w:p>
    <w:p>
      <w:pPr>
        <w:spacing w:before="0"/>
        <w:ind w:left="680"/>
      </w:pPr>
      <w:r>
        <w:rPr>
          <w:b w:val="0"/>
          <w:i w:val="0"/>
        </w:rPr>
        <w:t>a = [4, -2, 7, -5, 3]</w:t>
      </w:r>
    </w:p>
    <w:p>
      <w:pPr>
        <w:spacing w:before="0"/>
        <w:ind w:left="680"/>
      </w:pPr>
      <w:r>
        <w:rPr>
          <w:b w:val="0"/>
          <w:i w:val="0"/>
        </w:rPr>
        <w:t>t = 0</w:t>
      </w:r>
    </w:p>
    <w:p>
      <w:pPr>
        <w:spacing w:before="0"/>
        <w:ind w:left="680"/>
      </w:pPr>
      <w:r>
        <w:rPr>
          <w:b w:val="0"/>
          <w:i w:val="0"/>
        </w:rPr>
        <w:t>for x in a:</w:t>
      </w:r>
    </w:p>
    <w:p>
      <w:pPr>
        <w:spacing w:before="0"/>
        <w:ind w:left="680"/>
      </w:pPr>
      <w:r>
        <w:rPr>
          <w:b w:val="0"/>
          <w:i w:val="0"/>
        </w:rPr>
        <w:t xml:space="preserve">    if x &lt; 0:</w:t>
      </w:r>
    </w:p>
    <w:p>
      <w:pPr>
        <w:spacing w:before="0"/>
        <w:ind w:left="680"/>
      </w:pPr>
      <w:r>
        <w:rPr>
          <w:b w:val="0"/>
          <w:i w:val="0"/>
        </w:rPr>
        <w:t xml:space="preserve">        t = t + x</w:t>
      </w:r>
    </w:p>
    <w:p>
      <w:pPr>
        <w:spacing w:before="0"/>
        <w:ind w:left="680"/>
      </w:pPr>
      <w:r>
        <w:rPr>
          <w:b w:val="0"/>
          <w:i w:val="0"/>
        </w:rPr>
        <w:t>print(t)</w:t>
      </w:r>
    </w:p>
    <w:p>
      <w:pPr>
        <w:spacing w:before="0"/>
      </w:pPr>
      <w:r>
        <w:rPr>
          <w:b w:val="0"/>
          <w:i w:val="0"/>
        </w:rPr>
        <w:t>Chương trình in ra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7</w:t>
        <w:tab/>
        <w:t>B. 14</w:t>
        <w:tab/>
        <w:t>C. -7</w:t>
        <w:tab/>
        <w:t>D. -2</w:t>
      </w:r>
    </w:p>
    <w:p>
      <w:pPr>
        <w:spacing w:before="80"/>
      </w:pPr>
      <w:r>
        <w:rPr>
          <w:b/>
        </w:rPr>
        <w:t xml:space="preserve">Câu 18. </w:t>
      </w:r>
      <w:r>
        <w:t>Chương trình sau cần in ra điểm cao nhất trong danh sách ds:</w:t>
      </w:r>
    </w:p>
    <w:p>
      <w:pPr>
        <w:spacing w:before="0"/>
        <w:ind w:left="680"/>
      </w:pPr>
      <w:r>
        <w:rPr>
          <w:b w:val="0"/>
          <w:i w:val="0"/>
        </w:rPr>
        <w:t>ds = [6, 9, 4, 9, 7]</w:t>
      </w:r>
    </w:p>
    <w:p>
      <w:pPr>
        <w:spacing w:before="0"/>
        <w:ind w:left="680"/>
      </w:pPr>
      <w:r>
        <w:rPr>
          <w:b w:val="0"/>
          <w:i w:val="0"/>
        </w:rPr>
        <w:t>lon = ds[0]</w:t>
      </w:r>
    </w:p>
    <w:p>
      <w:pPr>
        <w:spacing w:before="0"/>
        <w:ind w:left="680"/>
      </w:pPr>
      <w:r>
        <w:rPr>
          <w:b w:val="0"/>
          <w:i w:val="0"/>
        </w:rPr>
        <w:t>for x in ds:</w:t>
      </w:r>
    </w:p>
    <w:p>
      <w:pPr>
        <w:spacing w:before="0"/>
        <w:ind w:left="680"/>
      </w:pPr>
      <w:r>
        <w:rPr>
          <w:b w:val="0"/>
          <w:i w:val="0"/>
        </w:rPr>
        <w:t xml:space="preserve">    if ........:</w:t>
      </w:r>
    </w:p>
    <w:p>
      <w:pPr>
        <w:spacing w:before="0"/>
        <w:ind w:left="680"/>
      </w:pPr>
      <w:r>
        <w:rPr>
          <w:b w:val="0"/>
          <w:i w:val="0"/>
        </w:rPr>
        <w:t xml:space="preserve">        lon = x</w:t>
      </w:r>
    </w:p>
    <w:p>
      <w:pPr>
        <w:spacing w:before="0"/>
        <w:ind w:left="680"/>
      </w:pPr>
      <w:r>
        <w:rPr>
          <w:b w:val="0"/>
          <w:i w:val="0"/>
        </w:rPr>
        <w:t>print(lon)</w:t>
      </w:r>
    </w:p>
    <w:p>
      <w:pPr>
        <w:spacing w:before="0"/>
      </w:pPr>
      <w:r>
        <w:rPr>
          <w:b w:val="0"/>
          <w:i w:val="0"/>
        </w:rPr>
        <w:t>Điều kiện cần điền vào chỗ trống là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x &lt; lon</w:t>
        <w:tab/>
        <w:t>B. x &gt; lon</w:t>
        <w:tab/>
        <w:t>C. x == lon</w:t>
        <w:tab/>
        <w:t>D. x &gt;= ds[0]</w:t>
      </w:r>
    </w:p>
    <w:p>
      <w:pPr>
        <w:keepNext w:val="0"/>
        <w:spacing w:before="80"/>
      </w:pPr>
      <w:r>
        <w:rPr>
          <w:b/>
        </w:rPr>
        <w:t xml:space="preserve">Câu 19. </w:t>
      </w:r>
      <w:r>
        <w:t>Cho s = "Python". Kí tự s[2] là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"t"</w:t>
        <w:tab/>
        <w:t>B. "y"</w:t>
        <w:tab/>
        <w:t>C. "h"</w:t>
        <w:tab/>
        <w:t>D. "P"</w:t>
      </w:r>
    </w:p>
    <w:p>
      <w:pPr>
        <w:keepNext w:val="0"/>
        <w:spacing w:before="80"/>
      </w:pPr>
      <w:r>
        <w:rPr>
          <w:b/>
        </w:rPr>
        <w:t xml:space="preserve">Câu 20. </w:t>
      </w:r>
      <w:r>
        <w:t>Lệnh "-".join(["2026", "11", "03"]) cho kết quả là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A. ["2026", "-", "11", "-", "03"]</w:t>
        <w:tab/>
        <w:t>B. "20261103"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C. "-2026-11-03-"</w:t>
        <w:tab/>
        <w:t>D. "2026-11-03"</w:t>
      </w:r>
    </w:p>
    <w:p>
      <w:pPr>
        <w:keepNext w:val="0"/>
        <w:spacing w:before="80"/>
      </w:pPr>
      <w:r>
        <w:rPr>
          <w:b/>
        </w:rPr>
        <w:t xml:space="preserve">Câu 21. </w:t>
      </w:r>
      <w:r>
        <w:t>Lệnh "lop 10A1".find("10") cho kết quả là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3</w:t>
        <w:tab/>
        <w:t>B. 5</w:t>
        <w:tab/>
        <w:t>C. -1</w:t>
        <w:tab/>
        <w:t>D. 4</w:t>
      </w:r>
    </w:p>
    <w:p>
      <w:pPr>
        <w:spacing w:before="80"/>
      </w:pPr>
      <w:r>
        <w:rPr>
          <w:b/>
        </w:rPr>
        <w:t xml:space="preserve">Câu 22. </w:t>
      </w:r>
      <w:r>
        <w:t>Cho đoạn chương trình sau:</w:t>
      </w:r>
    </w:p>
    <w:p>
      <w:pPr>
        <w:spacing w:before="0"/>
        <w:ind w:left="680"/>
      </w:pPr>
      <w:r>
        <w:rPr>
          <w:b w:val="0"/>
          <w:i w:val="0"/>
        </w:rPr>
        <w:t>s = "lop 10a1"</w:t>
      </w:r>
    </w:p>
    <w:p>
      <w:pPr>
        <w:spacing w:before="0"/>
        <w:ind w:left="680"/>
      </w:pPr>
      <w:r>
        <w:rPr>
          <w:b w:val="0"/>
          <w:i w:val="0"/>
        </w:rPr>
        <w:t>dem = 0</w:t>
      </w:r>
    </w:p>
    <w:p>
      <w:pPr>
        <w:spacing w:before="0"/>
        <w:ind w:left="680"/>
      </w:pPr>
      <w:r>
        <w:rPr>
          <w:b w:val="0"/>
          <w:i w:val="0"/>
        </w:rPr>
        <w:t>for ch in s:</w:t>
      </w:r>
    </w:p>
    <w:p>
      <w:pPr>
        <w:spacing w:before="0"/>
        <w:ind w:left="680"/>
      </w:pPr>
      <w:r>
        <w:rPr>
          <w:b w:val="0"/>
          <w:i w:val="0"/>
        </w:rPr>
        <w:t xml:space="preserve">    if ch in "0123456789":</w:t>
      </w:r>
    </w:p>
    <w:p>
      <w:pPr>
        <w:spacing w:before="0"/>
        <w:ind w:left="680"/>
      </w:pPr>
      <w:r>
        <w:rPr>
          <w:b w:val="0"/>
          <w:i w:val="0"/>
        </w:rPr>
        <w:t xml:space="preserve">        dem = dem + 1</w:t>
      </w:r>
    </w:p>
    <w:p>
      <w:pPr>
        <w:spacing w:before="0"/>
        <w:ind w:left="680"/>
      </w:pPr>
      <w:r>
        <w:rPr>
          <w:b w:val="0"/>
          <w:i w:val="0"/>
        </w:rPr>
        <w:t>print(dem)</w:t>
      </w:r>
    </w:p>
    <w:p>
      <w:pPr>
        <w:spacing w:before="0"/>
      </w:pPr>
      <w:r>
        <w:rPr>
          <w:b w:val="0"/>
          <w:i w:val="0"/>
        </w:rPr>
        <w:t>Chương trình in ra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3</w:t>
        <w:tab/>
        <w:t>B. 2</w:t>
        <w:tab/>
        <w:t>C. 8</w:t>
        <w:tab/>
        <w:t>D. 4</w:t>
      </w:r>
    </w:p>
    <w:p>
      <w:pPr>
        <w:keepNext w:val="0"/>
        <w:spacing w:before="80"/>
      </w:pPr>
      <w:r>
        <w:rPr>
          <w:b/>
        </w:rPr>
        <w:t xml:space="preserve">Câu 23. </w:t>
      </w:r>
      <w:r>
        <w:t>Xâu s chứa một câu, các từ cách nhau đúng một dấu cách. Lệnh nào in ra số từ của câu đó?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A. print(s.split())</w:t>
        <w:tab/>
        <w:t>B. print(len(s))</w:t>
      </w:r>
    </w:p>
    <w:p>
      <w:pPr>
        <w:tabs>
          <w:tab w:pos="340" w:val="left"/>
          <w:tab w:pos="5216" w:val="left"/>
        </w:tabs>
        <w:spacing w:before="0"/>
      </w:pPr>
      <w:r>
        <w:rPr>
          <w:b w:val="0"/>
          <w:i w:val="0"/>
        </w:rPr>
        <w:tab/>
        <w:t>C. print(len(s.split()))</w:t>
        <w:tab/>
        <w:t>D. print(s.find(" "))</w:t>
      </w:r>
    </w:p>
    <w:p>
      <w:pPr>
        <w:spacing w:before="80"/>
      </w:pPr>
      <w:r>
        <w:rPr>
          <w:b/>
        </w:rPr>
        <w:t xml:space="preserve">Câu 24. </w:t>
      </w:r>
      <w:r>
        <w:t>Cho đoạn chương trình tạo chữ viết tắt:</w:t>
      </w:r>
    </w:p>
    <w:p>
      <w:pPr>
        <w:spacing w:before="0"/>
        <w:ind w:left="680"/>
      </w:pPr>
      <w:r>
        <w:rPr>
          <w:b w:val="0"/>
          <w:i w:val="0"/>
        </w:rPr>
        <w:t>s = "cau lac bo tin hoc"</w:t>
      </w:r>
    </w:p>
    <w:p>
      <w:pPr>
        <w:spacing w:before="0"/>
        <w:ind w:left="680"/>
      </w:pPr>
      <w:r>
        <w:rPr>
          <w:b w:val="0"/>
          <w:i w:val="0"/>
        </w:rPr>
        <w:t>kq = ""</w:t>
      </w:r>
    </w:p>
    <w:p>
      <w:pPr>
        <w:spacing w:before="0"/>
        <w:ind w:left="680"/>
      </w:pPr>
      <w:r>
        <w:rPr>
          <w:b w:val="0"/>
          <w:i w:val="0"/>
        </w:rPr>
        <w:t>for tu in s.split():</w:t>
      </w:r>
    </w:p>
    <w:p>
      <w:pPr>
        <w:spacing w:before="0"/>
        <w:ind w:left="680"/>
      </w:pPr>
      <w:r>
        <w:rPr>
          <w:b w:val="0"/>
          <w:i w:val="0"/>
        </w:rPr>
        <w:t xml:space="preserve">    kq = kq + tu[0]</w:t>
      </w:r>
    </w:p>
    <w:p>
      <w:pPr>
        <w:spacing w:before="0"/>
        <w:ind w:left="680"/>
      </w:pPr>
      <w:r>
        <w:rPr>
          <w:b w:val="0"/>
          <w:i w:val="0"/>
        </w:rPr>
        <w:t>print(kq)</w:t>
      </w:r>
    </w:p>
    <w:p>
      <w:pPr>
        <w:spacing w:before="0"/>
      </w:pPr>
      <w:r>
        <w:rPr>
          <w:b w:val="0"/>
          <w:i w:val="0"/>
        </w:rPr>
        <w:t>Chương trình in ra</w:t>
      </w:r>
    </w:p>
    <w:p>
      <w:pPr>
        <w:tabs>
          <w:tab w:pos="340" w:val="left"/>
          <w:tab w:pos="2835" w:val="left"/>
          <w:tab w:pos="5329" w:val="left"/>
          <w:tab w:pos="7824" w:val="left"/>
        </w:tabs>
        <w:spacing w:before="0"/>
      </w:pPr>
      <w:r>
        <w:rPr>
          <w:b w:val="0"/>
          <w:i w:val="0"/>
        </w:rPr>
        <w:tab/>
        <w:t>A. cau</w:t>
        <w:tab/>
        <w:t>B. clbth</w:t>
        <w:tab/>
        <w:t>C. c l b t h</w:t>
        <w:tab/>
        <w:t>D. CLBTH</w:t>
      </w:r>
    </w:p>
    <w:p>
      <w:pPr>
        <w:spacing w:before="160"/>
      </w:pPr>
      <w:r>
        <w:rPr>
          <w:b/>
          <w:i w:val="0"/>
        </w:rPr>
        <w:t>PHẦN II. TRẮC NGHIỆM ĐÚNG/SAI (4,0 điểm)</w:t>
      </w:r>
    </w:p>
    <w:p>
      <w:pPr>
        <w:spacing w:before="0"/>
      </w:pPr>
      <w:r>
        <w:rPr>
          <w:b w:val="0"/>
          <w:i/>
        </w:rPr>
        <w:t>Trong mỗi ý a), b), c), d) ở mỗi câu, chọn đúng hoặc sai. Mỗi ý đúng được 0,25 điểm.</w:t>
      </w:r>
    </w:p>
    <w:p>
      <w:pPr>
        <w:spacing w:before="80"/>
      </w:pPr>
      <w:r>
        <w:rPr>
          <w:b/>
        </w:rPr>
        <w:t xml:space="preserve">Câu 25. </w:t>
      </w:r>
      <w:r>
        <w:t>Giáo viên chia lớp thành các nhóm, mỗi nhóm nhiều nhất 4 học sinh, số nhóm ít nhất có thể. Chương trình tính số nhóm:</w:t>
      </w:r>
    </w:p>
    <w:p>
      <w:pPr>
        <w:spacing w:before="0"/>
        <w:ind w:left="680"/>
      </w:pPr>
      <w:r>
        <w:rPr>
          <w:b w:val="0"/>
          <w:i w:val="0"/>
        </w:rPr>
        <w:t>n = int(input("Nhập số học sinh: "))</w:t>
      </w:r>
    </w:p>
    <w:p>
      <w:pPr>
        <w:spacing w:before="0"/>
        <w:ind w:left="680"/>
      </w:pPr>
      <w:r>
        <w:rPr>
          <w:b w:val="0"/>
          <w:i w:val="0"/>
        </w:rPr>
        <w:t>if n % 4 == 0:</w:t>
      </w:r>
    </w:p>
    <w:p>
      <w:pPr>
        <w:spacing w:before="0"/>
        <w:ind w:left="680"/>
      </w:pPr>
      <w:r>
        <w:rPr>
          <w:b w:val="0"/>
          <w:i w:val="0"/>
        </w:rPr>
        <w:t xml:space="preserve">    so_nhom = n // 4</w:t>
      </w:r>
    </w:p>
    <w:p>
      <w:pPr>
        <w:spacing w:before="0"/>
        <w:ind w:left="680"/>
      </w:pPr>
      <w:r>
        <w:rPr>
          <w:b w:val="0"/>
          <w:i w:val="0"/>
        </w:rPr>
        <w:t>else:</w:t>
      </w:r>
    </w:p>
    <w:p>
      <w:pPr>
        <w:spacing w:before="0"/>
        <w:ind w:left="680"/>
      </w:pPr>
      <w:r>
        <w:rPr>
          <w:b w:val="0"/>
          <w:i w:val="0"/>
        </w:rPr>
        <w:t xml:space="preserve">    so_nhom = n // 4 + 1</w:t>
      </w:r>
    </w:p>
    <w:p>
      <w:pPr>
        <w:spacing w:before="0"/>
        <w:ind w:left="680"/>
      </w:pPr>
      <w:r>
        <w:rPr>
          <w:b w:val="0"/>
          <w:i w:val="0"/>
        </w:rPr>
        <w:t>print("Số nhóm:", so_nhom)</w:t>
      </w:r>
    </w:p>
    <w:p>
      <w:pPr>
        <w:spacing w:before="0"/>
      </w:pPr>
      <w:r>
        <w:rPr>
          <w:b w:val="0"/>
          <w:i w:val="0"/>
        </w:rPr>
        <w:t>Mỗi nhận định sau đúng hay sai?</w:t>
      </w:r>
    </w:p>
    <w:p>
      <w:pPr>
        <w:spacing w:before="0"/>
        <w:ind w:left="340"/>
      </w:pPr>
      <w:r>
        <w:rPr>
          <w:b w:val="0"/>
          <w:i w:val="0"/>
        </w:rPr>
        <w:t>a) Câu lệnh rẽ nhánh trong chương trình là dạng if … else (dạng đủ).</w:t>
      </w:r>
    </w:p>
    <w:p>
      <w:pPr>
        <w:spacing w:before="0"/>
        <w:ind w:left="340"/>
      </w:pPr>
      <w:r>
        <w:rPr>
          <w:b w:val="0"/>
          <w:i w:val="0"/>
        </w:rPr>
        <w:t>b) Nhập 32 thì chương trình in ra: Số nhóm: 9</w:t>
      </w:r>
    </w:p>
    <w:p>
      <w:pPr>
        <w:spacing w:before="0"/>
        <w:ind w:left="340"/>
      </w:pPr>
      <w:r>
        <w:rPr>
          <w:b w:val="0"/>
          <w:i w:val="0"/>
        </w:rPr>
        <w:t>c) Có thể thay toàn bộ câu lệnh if … else bằng lệnh so_nhom = (n + 3) // 4 mà kết quả vẫn đúng với mọi số nguyên dương n.</w:t>
      </w:r>
    </w:p>
    <w:p>
      <w:pPr>
        <w:spacing w:before="0"/>
        <w:ind w:left="340"/>
      </w:pPr>
      <w:r>
        <w:rPr>
          <w:b w:val="0"/>
          <w:i w:val="0"/>
        </w:rPr>
        <w:t>d) Muốn in thêm số thứ tự các nhóm từ 1 đến so_nhom, có thể dùng vòng lặp for i in range(1, so_nhom):</w:t>
      </w:r>
    </w:p>
    <w:p>
      <w:pPr>
        <w:spacing w:before="80"/>
      </w:pPr>
      <w:r>
        <w:rPr>
          <w:b/>
        </w:rPr>
        <w:t xml:space="preserve">Câu 26. </w:t>
      </w:r>
      <w:r>
        <w:t>Mỗi tuần bạn Mai bỏ ống tiết kiệm 20 000 đồng. Xét hai đoạn chương trình:</w:t>
      </w:r>
    </w:p>
    <w:p>
      <w:pPr>
        <w:spacing w:before="0"/>
      </w:pPr>
      <w:r>
        <w:rPr>
          <w:b w:val="0"/>
          <w:i w:val="0"/>
        </w:rPr>
        <w:t>Đoạn 1:</w:t>
      </w:r>
    </w:p>
    <w:p>
      <w:pPr>
        <w:spacing w:before="0"/>
        <w:ind w:left="680"/>
      </w:pPr>
      <w:r>
        <w:rPr>
          <w:b w:val="0"/>
          <w:i w:val="0"/>
        </w:rPr>
        <w:t>tien = 0</w:t>
      </w:r>
    </w:p>
    <w:p>
      <w:pPr>
        <w:spacing w:before="0"/>
        <w:ind w:left="680"/>
      </w:pPr>
      <w:r>
        <w:rPr>
          <w:b w:val="0"/>
          <w:i w:val="0"/>
        </w:rPr>
        <w:t>for tuan in range(1, 9):</w:t>
      </w:r>
    </w:p>
    <w:p>
      <w:pPr>
        <w:spacing w:before="0"/>
        <w:ind w:left="680"/>
      </w:pPr>
      <w:r>
        <w:rPr>
          <w:b w:val="0"/>
          <w:i w:val="0"/>
        </w:rPr>
        <w:t xml:space="preserve">    tien = tien + 20000</w:t>
      </w:r>
    </w:p>
    <w:p>
      <w:pPr>
        <w:spacing w:before="0"/>
        <w:ind w:left="680"/>
      </w:pPr>
      <w:r>
        <w:rPr>
          <w:b w:val="0"/>
          <w:i w:val="0"/>
        </w:rPr>
        <w:t>print(tien)</w:t>
      </w:r>
    </w:p>
    <w:p>
      <w:pPr>
        <w:spacing w:before="0"/>
      </w:pPr>
      <w:r>
        <w:rPr>
          <w:b w:val="0"/>
          <w:i w:val="0"/>
        </w:rPr>
        <w:t>Đoạn 2:</w:t>
      </w:r>
    </w:p>
    <w:p>
      <w:pPr>
        <w:spacing w:before="0"/>
        <w:ind w:left="680"/>
      </w:pPr>
      <w:r>
        <w:rPr>
          <w:b w:val="0"/>
          <w:i w:val="0"/>
        </w:rPr>
        <w:t>tien = 0</w:t>
      </w:r>
    </w:p>
    <w:p>
      <w:pPr>
        <w:spacing w:before="0"/>
        <w:ind w:left="680"/>
      </w:pPr>
      <w:r>
        <w:rPr>
          <w:b w:val="0"/>
          <w:i w:val="0"/>
        </w:rPr>
        <w:t>tuan = 0</w:t>
      </w:r>
    </w:p>
    <w:p>
      <w:pPr>
        <w:spacing w:before="0"/>
        <w:ind w:left="680"/>
      </w:pPr>
      <w:r>
        <w:rPr>
          <w:b w:val="0"/>
          <w:i w:val="0"/>
        </w:rPr>
        <w:t>while tien &lt; 150000:</w:t>
      </w:r>
    </w:p>
    <w:p>
      <w:pPr>
        <w:spacing w:before="0"/>
        <w:ind w:left="680"/>
      </w:pPr>
      <w:r>
        <w:rPr>
          <w:b w:val="0"/>
          <w:i w:val="0"/>
        </w:rPr>
        <w:t xml:space="preserve">    tien = tien + 20000</w:t>
      </w:r>
    </w:p>
    <w:p>
      <w:pPr>
        <w:spacing w:before="0"/>
        <w:ind w:left="680"/>
      </w:pPr>
      <w:r>
        <w:rPr>
          <w:b w:val="0"/>
          <w:i w:val="0"/>
        </w:rPr>
        <w:t xml:space="preserve">    tuan = tuan + 1</w:t>
      </w:r>
    </w:p>
    <w:p>
      <w:pPr>
        <w:spacing w:before="0"/>
        <w:ind w:left="680"/>
      </w:pPr>
      <w:r>
        <w:rPr>
          <w:b w:val="0"/>
          <w:i w:val="0"/>
        </w:rPr>
        <w:t>print(tuan)</w:t>
      </w:r>
    </w:p>
    <w:p>
      <w:pPr>
        <w:spacing w:before="0"/>
      </w:pPr>
      <w:r>
        <w:rPr>
          <w:b w:val="0"/>
          <w:i w:val="0"/>
        </w:rPr>
        <w:t>Mỗi nhận định sau đúng hay sai?</w:t>
      </w:r>
    </w:p>
    <w:p>
      <w:pPr>
        <w:spacing w:before="0"/>
        <w:ind w:left="340"/>
      </w:pPr>
      <w:r>
        <w:rPr>
          <w:b w:val="0"/>
          <w:i w:val="0"/>
        </w:rPr>
        <w:t>a) Đoạn 1 thực hiện lệnh tien = tien + 20000 đúng 8 lần.</w:t>
      </w:r>
    </w:p>
    <w:p>
      <w:pPr>
        <w:spacing w:before="0"/>
        <w:ind w:left="340"/>
      </w:pPr>
      <w:r>
        <w:rPr>
          <w:b w:val="0"/>
          <w:i w:val="0"/>
        </w:rPr>
        <w:t>b) Đoạn 2 dùng vòng lặp với số lần chưa biết trước; vòng lặp dừng khi điều kiện tien &lt; 150000 có giá trị sai.</w:t>
      </w:r>
    </w:p>
    <w:p>
      <w:pPr>
        <w:spacing w:before="0"/>
        <w:ind w:left="340"/>
      </w:pPr>
      <w:r>
        <w:rPr>
          <w:b w:val="0"/>
          <w:i w:val="0"/>
        </w:rPr>
        <w:t>c) Đoạn 2 in ra 8.</w:t>
      </w:r>
    </w:p>
    <w:p>
      <w:pPr>
        <w:spacing w:before="0"/>
        <w:ind w:left="340"/>
      </w:pPr>
      <w:r>
        <w:rPr>
          <w:b w:val="0"/>
          <w:i w:val="0"/>
        </w:rPr>
        <w:t>d) Muốn đoạn 1 tính số tiền sau 12 tuần, chỉ cần sửa range(1, 9) thành range(1, 12).</w:t>
      </w:r>
    </w:p>
    <w:p>
      <w:pPr>
        <w:spacing w:before="80"/>
      </w:pPr>
      <w:r>
        <w:rPr>
          <w:b/>
        </w:rPr>
        <w:t xml:space="preserve">Câu 27. </w:t>
      </w:r>
      <w:r>
        <w:t>Cho chương trình tìm vị trí điểm 10 đầu tiên trong danh sách điểm:</w:t>
      </w:r>
    </w:p>
    <w:p>
      <w:pPr>
        <w:spacing w:before="0"/>
        <w:ind w:left="680"/>
      </w:pPr>
      <w:r>
        <w:rPr>
          <w:b w:val="0"/>
          <w:i w:val="0"/>
        </w:rPr>
        <w:t>diem = [7, 9, 5, 10, 8]</w:t>
      </w:r>
    </w:p>
    <w:p>
      <w:pPr>
        <w:spacing w:before="0"/>
        <w:ind w:left="680"/>
      </w:pPr>
      <w:r>
        <w:rPr>
          <w:b w:val="0"/>
          <w:i w:val="0"/>
        </w:rPr>
        <w:t>i = 0</w:t>
      </w:r>
    </w:p>
    <w:p>
      <w:pPr>
        <w:spacing w:before="0"/>
        <w:ind w:left="680"/>
      </w:pPr>
      <w:r>
        <w:rPr>
          <w:b w:val="0"/>
          <w:i w:val="0"/>
        </w:rPr>
        <w:t>while i &lt; len(diem) and diem[i] != 10:</w:t>
      </w:r>
    </w:p>
    <w:p>
      <w:pPr>
        <w:spacing w:before="0"/>
        <w:ind w:left="680"/>
      </w:pPr>
      <w:r>
        <w:rPr>
          <w:b w:val="0"/>
          <w:i w:val="0"/>
        </w:rPr>
        <w:t xml:space="preserve">    i = i + 1</w:t>
      </w:r>
    </w:p>
    <w:p>
      <w:pPr>
        <w:spacing w:before="0"/>
        <w:ind w:left="680"/>
      </w:pPr>
      <w:r>
        <w:rPr>
          <w:b w:val="0"/>
          <w:i w:val="0"/>
        </w:rPr>
        <w:t>print(i)</w:t>
      </w:r>
    </w:p>
    <w:p>
      <w:pPr>
        <w:spacing w:before="0"/>
      </w:pPr>
      <w:r>
        <w:rPr>
          <w:b w:val="0"/>
          <w:i w:val="0"/>
        </w:rPr>
        <w:t>Mỗi nhận định sau đúng hay sai?</w:t>
      </w:r>
    </w:p>
    <w:p>
      <w:pPr>
        <w:spacing w:before="0"/>
        <w:ind w:left="340"/>
      </w:pPr>
      <w:r>
        <w:rPr>
          <w:b w:val="0"/>
          <w:i w:val="0"/>
        </w:rPr>
        <w:t>a) Nếu thêm lệnh diem.remove(10) ngay sau dòng khởi tạo danh sách thì chương trình in ra 5.</w:t>
      </w:r>
    </w:p>
    <w:p>
      <w:pPr>
        <w:spacing w:before="0"/>
        <w:ind w:left="340"/>
      </w:pPr>
      <w:r>
        <w:rPr>
          <w:b w:val="0"/>
          <w:i w:val="0"/>
        </w:rPr>
        <w:t>b) Chương trình in ra 3, là chỉ số của phần tử có giá trị 10 đầu tiên trong danh sách.</w:t>
      </w:r>
    </w:p>
    <w:p>
      <w:pPr>
        <w:spacing w:before="0"/>
        <w:ind w:left="340"/>
      </w:pPr>
      <w:r>
        <w:rPr>
          <w:b w:val="0"/>
          <w:i w:val="0"/>
        </w:rPr>
        <w:t>c) diem[4] là phần tử cuối cùng của danh sách và có giá trị 8.</w:t>
      </w:r>
    </w:p>
    <w:p>
      <w:pPr>
        <w:spacing w:before="0"/>
        <w:ind w:left="340"/>
      </w:pPr>
      <w:r>
        <w:rPr>
          <w:b w:val="0"/>
          <w:i w:val="0"/>
        </w:rPr>
        <w:t>d) Muốn đếm số bạn đạt từ 8 điểm trở lên, có thể duyệt danh sách bằng for x in diem: và tăng biến đếm khi x &gt;= 8; với danh sách trên, kết quả là 2.</w:t>
      </w:r>
    </w:p>
    <w:p>
      <w:pPr>
        <w:spacing w:before="80"/>
      </w:pPr>
      <w:r>
        <w:rPr>
          <w:b/>
        </w:rPr>
        <w:t xml:space="preserve">Câu 28. </w:t>
      </w:r>
      <w:r>
        <w:t>Cho đoạn chương trình xử lí một câu khẩu hiệu (viết không dấu):</w:t>
      </w:r>
    </w:p>
    <w:p>
      <w:pPr>
        <w:spacing w:before="0"/>
        <w:ind w:left="680"/>
      </w:pPr>
      <w:r>
        <w:rPr>
          <w:b w:val="0"/>
          <w:i w:val="0"/>
        </w:rPr>
        <w:t>s = "hoc tap tot, ren luyen tot"</w:t>
      </w:r>
    </w:p>
    <w:p>
      <w:pPr>
        <w:spacing w:before="0"/>
        <w:ind w:left="680"/>
      </w:pPr>
      <w:r>
        <w:rPr>
          <w:b w:val="0"/>
          <w:i w:val="0"/>
        </w:rPr>
        <w:t>tu = s.split()</w:t>
      </w:r>
    </w:p>
    <w:p>
      <w:pPr>
        <w:spacing w:before="0"/>
        <w:ind w:left="680"/>
      </w:pPr>
      <w:r>
        <w:rPr>
          <w:b w:val="0"/>
          <w:i w:val="0"/>
        </w:rPr>
        <w:t>print(len(tu))</w:t>
      </w:r>
    </w:p>
    <w:p>
      <w:pPr>
        <w:spacing w:before="0"/>
        <w:ind w:left="680"/>
      </w:pPr>
      <w:r>
        <w:rPr>
          <w:b w:val="0"/>
          <w:i w:val="0"/>
        </w:rPr>
        <w:t>print(s.find("tot"))</w:t>
      </w:r>
    </w:p>
    <w:p>
      <w:pPr>
        <w:spacing w:before="0"/>
        <w:ind w:left="680"/>
      </w:pPr>
      <w:r>
        <w:rPr>
          <w:b w:val="0"/>
          <w:i w:val="0"/>
        </w:rPr>
        <w:t>print(" ".join(tu) == s)</w:t>
      </w:r>
    </w:p>
    <w:p>
      <w:pPr>
        <w:spacing w:before="0"/>
      </w:pPr>
      <w:r>
        <w:rPr>
          <w:b w:val="0"/>
          <w:i w:val="0"/>
        </w:rPr>
        <w:t>Mỗi nhận định sau đúng hay sai?</w:t>
      </w:r>
    </w:p>
    <w:p>
      <w:pPr>
        <w:spacing w:before="0"/>
        <w:ind w:left="340"/>
      </w:pPr>
      <w:r>
        <w:rPr>
          <w:b w:val="0"/>
          <w:i w:val="0"/>
        </w:rPr>
        <w:t>a) Lệnh print(len(tu)) in ra 6.</w:t>
      </w:r>
    </w:p>
    <w:p>
      <w:pPr>
        <w:spacing w:before="0"/>
        <w:ind w:left="340"/>
      </w:pPr>
      <w:r>
        <w:rPr>
          <w:b w:val="0"/>
          <w:i w:val="0"/>
        </w:rPr>
        <w:t>b) Lệnh print(s.find("tot")) in ra 23 vì find() cho vị trí xuất hiện cuối cùng của xâu con.</w:t>
      </w:r>
    </w:p>
    <w:p>
      <w:pPr>
        <w:spacing w:before="0"/>
        <w:ind w:left="340"/>
      </w:pPr>
      <w:r>
        <w:rPr>
          <w:b w:val="0"/>
          <w:i w:val="0"/>
        </w:rPr>
        <w:t>c) Lệnh cuối cùng in ra True.</w:t>
      </w:r>
    </w:p>
    <w:p>
      <w:pPr>
        <w:spacing w:before="0"/>
        <w:ind w:left="340"/>
      </w:pPr>
      <w:r>
        <w:rPr>
          <w:b w:val="0"/>
          <w:i w:val="0"/>
        </w:rPr>
        <w:t>d) Sau khi thực hiện thêm lệnh tu.remove("tot"), danh sách tu còn 5 phần tử và phần tử cuối cùng là "luyen".</w:t>
      </w:r>
    </w:p>
    <w:p>
      <w:pPr>
        <w:spacing w:before="200"/>
        <w:jc w:val="center"/>
      </w:pPr>
      <w:r>
        <w:rPr>
          <w:b/>
          <w:i w:val="0"/>
        </w:rPr>
        <w:t>———— HẾT ————</w:t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3969"/>
          </w:tcPr>
          <w:p>
            <w:pPr>
              <w:jc w:val="center"/>
            </w:pPr>
            <w:r>
              <w:rPr>
                <w:b/>
              </w:rPr>
              <w:t>TRƯỜNG THPT ………………</w:t>
            </w:r>
          </w:p>
          <w:p>
            <w:pPr>
              <w:jc w:val="center"/>
            </w:pPr>
            <w:r>
              <w:rPr>
                <w:i/>
              </w:rPr>
              <w:t>(Đề tham khảo)</w:t>
            </w:r>
          </w:p>
        </w:tc>
        <w:tc>
          <w:tcPr>
            <w:tcW w:type="dxa" w:w="5669"/>
          </w:tcPr>
          <w:p>
            <w:pPr>
              <w:jc w:val="center"/>
            </w:pPr>
            <w:r>
              <w:rPr>
                <w:b/>
              </w:rPr>
              <w:t>ĐÁP ÁN VÀ HƯỚNG DẪN CHẤM</w:t>
            </w:r>
          </w:p>
          <w:p>
            <w:pPr>
              <w:jc w:val="center"/>
            </w:pPr>
            <w:r>
              <w:rPr>
                <w:b/>
              </w:rPr>
              <w:t>ĐỀ KIỂM TRA GIỮA KÌ II</w:t>
            </w:r>
          </w:p>
          <w:p>
            <w:pPr>
              <w:jc w:val="center"/>
            </w:pPr>
            <w:r>
              <w:rPr>
                <w:b/>
              </w:rPr>
              <w:t>NĂM HỌC 2026 – 2027</w:t>
            </w:r>
          </w:p>
          <w:p>
            <w:pPr>
              <w:jc w:val="center"/>
            </w:pPr>
            <w:r>
              <w:rPr>
                <w:b w:val="0"/>
              </w:rPr>
              <w:t>MÔN: TIN HỌC 10 (Kết nối tri thức với cuộc sống)</w:t>
            </w:r>
          </w:p>
          <w:p>
            <w:pPr>
              <w:jc w:val="center"/>
            </w:pPr>
            <w:r>
              <w:rPr>
                <w:b w:val="0"/>
              </w:rPr>
              <w:t>Thời gian làm bài: 45 phút, không kể thời gian giao đề</w:t>
            </w:r>
          </w:p>
        </w:tc>
      </w:tr>
    </w:tbl>
    <w:p>
      <w:pPr>
        <w:spacing w:before="160"/>
      </w:pPr>
      <w:r>
        <w:rPr>
          <w:b/>
          <w:i w:val="0"/>
        </w:rPr>
        <w:t>PHẦN I. TRẮC NGHIỆM NHIỀU PHƯƠNG ÁN LỰA CHỌN (6,0 điểm)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</w:tblGrid>
      <w:tr>
        <w:tc>
          <w:tcPr>
            <w:tcW w:type="dxa" w:w="1077"/>
          </w:tcPr>
          <w:p>
            <w:r>
              <w:t>Câu</w:t>
            </w:r>
          </w:p>
        </w:tc>
        <w:tc>
          <w:tcPr>
            <w:tcW w:type="dxa" w:w="709"/>
          </w:tcPr>
          <w:p>
            <w:r>
              <w:t>1</w:t>
            </w:r>
          </w:p>
        </w:tc>
        <w:tc>
          <w:tcPr>
            <w:tcW w:type="dxa" w:w="709"/>
          </w:tcPr>
          <w:p>
            <w:r>
              <w:t>2</w:t>
            </w:r>
          </w:p>
        </w:tc>
        <w:tc>
          <w:tcPr>
            <w:tcW w:type="dxa" w:w="709"/>
          </w:tcPr>
          <w:p>
            <w:r>
              <w:t>3</w:t>
            </w:r>
          </w:p>
        </w:tc>
        <w:tc>
          <w:tcPr>
            <w:tcW w:type="dxa" w:w="709"/>
          </w:tcPr>
          <w:p>
            <w:r>
              <w:t>4</w:t>
            </w:r>
          </w:p>
        </w:tc>
        <w:tc>
          <w:tcPr>
            <w:tcW w:type="dxa" w:w="709"/>
          </w:tcPr>
          <w:p>
            <w:r>
              <w:t>5</w:t>
            </w:r>
          </w:p>
        </w:tc>
        <w:tc>
          <w:tcPr>
            <w:tcW w:type="dxa" w:w="709"/>
          </w:tcPr>
          <w:p>
            <w:r>
              <w:t>6</w:t>
            </w:r>
          </w:p>
        </w:tc>
        <w:tc>
          <w:tcPr>
            <w:tcW w:type="dxa" w:w="709"/>
          </w:tcPr>
          <w:p>
            <w:r>
              <w:t>7</w:t>
            </w:r>
          </w:p>
        </w:tc>
        <w:tc>
          <w:tcPr>
            <w:tcW w:type="dxa" w:w="709"/>
          </w:tcPr>
          <w:p>
            <w:r>
              <w:t>8</w:t>
            </w:r>
          </w:p>
        </w:tc>
        <w:tc>
          <w:tcPr>
            <w:tcW w:type="dxa" w:w="709"/>
          </w:tcPr>
          <w:p>
            <w:r>
              <w:t>9</w:t>
            </w:r>
          </w:p>
        </w:tc>
        <w:tc>
          <w:tcPr>
            <w:tcW w:type="dxa" w:w="709"/>
          </w:tcPr>
          <w:p>
            <w:r>
              <w:t>10</w:t>
            </w:r>
          </w:p>
        </w:tc>
        <w:tc>
          <w:tcPr>
            <w:tcW w:type="dxa" w:w="709"/>
          </w:tcPr>
          <w:p>
            <w:r>
              <w:t>11</w:t>
            </w:r>
          </w:p>
        </w:tc>
        <w:tc>
          <w:tcPr>
            <w:tcW w:type="dxa" w:w="709"/>
          </w:tcPr>
          <w:p>
            <w:r>
              <w:t>12</w:t>
            </w:r>
          </w:p>
        </w:tc>
      </w:tr>
      <w:tr>
        <w:tc>
          <w:tcPr>
            <w:tcW w:type="dxa" w:w="1077"/>
          </w:tcPr>
          <w:p>
            <w:r>
              <w:t>Đáp án</w:t>
            </w:r>
          </w:p>
        </w:tc>
        <w:tc>
          <w:tcPr>
            <w:tcW w:type="dxa" w:w="709"/>
          </w:tcPr>
          <w:p>
            <w:r>
              <w:t>D</w:t>
            </w:r>
          </w:p>
        </w:tc>
        <w:tc>
          <w:tcPr>
            <w:tcW w:type="dxa" w:w="709"/>
          </w:tcPr>
          <w:p>
            <w:r>
              <w:t>B</w:t>
            </w:r>
          </w:p>
        </w:tc>
        <w:tc>
          <w:tcPr>
            <w:tcW w:type="dxa" w:w="709"/>
          </w:tcPr>
          <w:p>
            <w:r>
              <w:t>C</w:t>
            </w:r>
          </w:p>
        </w:tc>
        <w:tc>
          <w:tcPr>
            <w:tcW w:type="dxa" w:w="709"/>
          </w:tcPr>
          <w:p>
            <w:r>
              <w:t>A</w:t>
            </w:r>
          </w:p>
        </w:tc>
        <w:tc>
          <w:tcPr>
            <w:tcW w:type="dxa" w:w="709"/>
          </w:tcPr>
          <w:p>
            <w:r>
              <w:t>B</w:t>
            </w:r>
          </w:p>
        </w:tc>
        <w:tc>
          <w:tcPr>
            <w:tcW w:type="dxa" w:w="709"/>
          </w:tcPr>
          <w:p>
            <w:r>
              <w:t>C</w:t>
            </w:r>
          </w:p>
        </w:tc>
        <w:tc>
          <w:tcPr>
            <w:tcW w:type="dxa" w:w="709"/>
          </w:tcPr>
          <w:p>
            <w:r>
              <w:t>A</w:t>
            </w:r>
          </w:p>
        </w:tc>
        <w:tc>
          <w:tcPr>
            <w:tcW w:type="dxa" w:w="709"/>
          </w:tcPr>
          <w:p>
            <w:r>
              <w:t>D</w:t>
            </w:r>
          </w:p>
        </w:tc>
        <w:tc>
          <w:tcPr>
            <w:tcW w:type="dxa" w:w="709"/>
          </w:tcPr>
          <w:p>
            <w:r>
              <w:t>A</w:t>
            </w:r>
          </w:p>
        </w:tc>
        <w:tc>
          <w:tcPr>
            <w:tcW w:type="dxa" w:w="709"/>
          </w:tcPr>
          <w:p>
            <w:r>
              <w:t>C</w:t>
            </w:r>
          </w:p>
        </w:tc>
        <w:tc>
          <w:tcPr>
            <w:tcW w:type="dxa" w:w="709"/>
          </w:tcPr>
          <w:p>
            <w:r>
              <w:t>D</w:t>
            </w:r>
          </w:p>
        </w:tc>
        <w:tc>
          <w:tcPr>
            <w:tcW w:type="dxa" w:w="709"/>
          </w:tcPr>
          <w:p>
            <w:r>
              <w:t>B</w:t>
            </w:r>
          </w:p>
        </w:tc>
      </w:tr>
    </w:tbl>
    <w:p>
      <w:pPr>
        <w:spacing w:before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</w:tblGrid>
      <w:tr>
        <w:tc>
          <w:tcPr>
            <w:tcW w:type="dxa" w:w="1077"/>
          </w:tcPr>
          <w:p>
            <w:r>
              <w:t>Câu</w:t>
            </w:r>
          </w:p>
        </w:tc>
        <w:tc>
          <w:tcPr>
            <w:tcW w:type="dxa" w:w="709"/>
          </w:tcPr>
          <w:p>
            <w:r>
              <w:t>13</w:t>
            </w:r>
          </w:p>
        </w:tc>
        <w:tc>
          <w:tcPr>
            <w:tcW w:type="dxa" w:w="709"/>
          </w:tcPr>
          <w:p>
            <w:r>
              <w:t>14</w:t>
            </w:r>
          </w:p>
        </w:tc>
        <w:tc>
          <w:tcPr>
            <w:tcW w:type="dxa" w:w="709"/>
          </w:tcPr>
          <w:p>
            <w:r>
              <w:t>15</w:t>
            </w:r>
          </w:p>
        </w:tc>
        <w:tc>
          <w:tcPr>
            <w:tcW w:type="dxa" w:w="709"/>
          </w:tcPr>
          <w:p>
            <w:r>
              <w:t>16</w:t>
            </w:r>
          </w:p>
        </w:tc>
        <w:tc>
          <w:tcPr>
            <w:tcW w:type="dxa" w:w="709"/>
          </w:tcPr>
          <w:p>
            <w:r>
              <w:t>17</w:t>
            </w:r>
          </w:p>
        </w:tc>
        <w:tc>
          <w:tcPr>
            <w:tcW w:type="dxa" w:w="709"/>
          </w:tcPr>
          <w:p>
            <w:r>
              <w:t>18</w:t>
            </w:r>
          </w:p>
        </w:tc>
        <w:tc>
          <w:tcPr>
            <w:tcW w:type="dxa" w:w="709"/>
          </w:tcPr>
          <w:p>
            <w:r>
              <w:t>19</w:t>
            </w:r>
          </w:p>
        </w:tc>
        <w:tc>
          <w:tcPr>
            <w:tcW w:type="dxa" w:w="709"/>
          </w:tcPr>
          <w:p>
            <w:r>
              <w:t>20</w:t>
            </w:r>
          </w:p>
        </w:tc>
        <w:tc>
          <w:tcPr>
            <w:tcW w:type="dxa" w:w="709"/>
          </w:tcPr>
          <w:p>
            <w:r>
              <w:t>21</w:t>
            </w:r>
          </w:p>
        </w:tc>
        <w:tc>
          <w:tcPr>
            <w:tcW w:type="dxa" w:w="709"/>
          </w:tcPr>
          <w:p>
            <w:r>
              <w:t>22</w:t>
            </w:r>
          </w:p>
        </w:tc>
        <w:tc>
          <w:tcPr>
            <w:tcW w:type="dxa" w:w="709"/>
          </w:tcPr>
          <w:p>
            <w:r>
              <w:t>23</w:t>
            </w:r>
          </w:p>
        </w:tc>
        <w:tc>
          <w:tcPr>
            <w:tcW w:type="dxa" w:w="709"/>
          </w:tcPr>
          <w:p>
            <w:r>
              <w:t>24</w:t>
            </w:r>
          </w:p>
        </w:tc>
      </w:tr>
      <w:tr>
        <w:tc>
          <w:tcPr>
            <w:tcW w:type="dxa" w:w="1077"/>
          </w:tcPr>
          <w:p>
            <w:r>
              <w:t>Đáp án</w:t>
            </w:r>
          </w:p>
        </w:tc>
        <w:tc>
          <w:tcPr>
            <w:tcW w:type="dxa" w:w="709"/>
          </w:tcPr>
          <w:p>
            <w:r>
              <w:t>B</w:t>
            </w:r>
          </w:p>
        </w:tc>
        <w:tc>
          <w:tcPr>
            <w:tcW w:type="dxa" w:w="709"/>
          </w:tcPr>
          <w:p>
            <w:r>
              <w:t>A</w:t>
            </w:r>
          </w:p>
        </w:tc>
        <w:tc>
          <w:tcPr>
            <w:tcW w:type="dxa" w:w="709"/>
          </w:tcPr>
          <w:p>
            <w:r>
              <w:t>D</w:t>
            </w:r>
          </w:p>
        </w:tc>
        <w:tc>
          <w:tcPr>
            <w:tcW w:type="dxa" w:w="709"/>
          </w:tcPr>
          <w:p>
            <w:r>
              <w:t>C</w:t>
            </w:r>
          </w:p>
        </w:tc>
        <w:tc>
          <w:tcPr>
            <w:tcW w:type="dxa" w:w="709"/>
          </w:tcPr>
          <w:p>
            <w:r>
              <w:t>C</w:t>
            </w:r>
          </w:p>
        </w:tc>
        <w:tc>
          <w:tcPr>
            <w:tcW w:type="dxa" w:w="709"/>
          </w:tcPr>
          <w:p>
            <w:r>
              <w:t>B</w:t>
            </w:r>
          </w:p>
        </w:tc>
        <w:tc>
          <w:tcPr>
            <w:tcW w:type="dxa" w:w="709"/>
          </w:tcPr>
          <w:p>
            <w:r>
              <w:t>A</w:t>
            </w:r>
          </w:p>
        </w:tc>
        <w:tc>
          <w:tcPr>
            <w:tcW w:type="dxa" w:w="709"/>
          </w:tcPr>
          <w:p>
            <w:r>
              <w:t>D</w:t>
            </w:r>
          </w:p>
        </w:tc>
        <w:tc>
          <w:tcPr>
            <w:tcW w:type="dxa" w:w="709"/>
          </w:tcPr>
          <w:p>
            <w:r>
              <w:t>D</w:t>
            </w:r>
          </w:p>
        </w:tc>
        <w:tc>
          <w:tcPr>
            <w:tcW w:type="dxa" w:w="709"/>
          </w:tcPr>
          <w:p>
            <w:r>
              <w:t>A</w:t>
            </w:r>
          </w:p>
        </w:tc>
        <w:tc>
          <w:tcPr>
            <w:tcW w:type="dxa" w:w="709"/>
          </w:tcPr>
          <w:p>
            <w:r>
              <w:t>C</w:t>
            </w:r>
          </w:p>
        </w:tc>
        <w:tc>
          <w:tcPr>
            <w:tcW w:type="dxa" w:w="709"/>
          </w:tcPr>
          <w:p>
            <w:r>
              <w:t>B</w:t>
            </w:r>
          </w:p>
        </w:tc>
      </w:tr>
    </w:tbl>
    <w:p>
      <w:pPr>
        <w:spacing w:before="160"/>
      </w:pPr>
      <w:r>
        <w:rPr>
          <w:b/>
          <w:i w:val="0"/>
        </w:rPr>
        <w:t>PHẦN II. TRẮC NGHIỆM ĐÚNG/SAI (4,0 điểm)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1984"/>
        <w:gridCol w:w="1984"/>
        <w:gridCol w:w="1984"/>
        <w:gridCol w:w="1984"/>
      </w:tblGrid>
      <w:tr>
        <w:tc>
          <w:tcPr>
            <w:tcW w:type="dxa" w:w="1077"/>
          </w:tcPr>
          <w:p>
            <w:r>
              <w:t>Câu</w:t>
            </w:r>
          </w:p>
        </w:tc>
        <w:tc>
          <w:tcPr>
            <w:tcW w:type="dxa" w:w="2098"/>
          </w:tcPr>
          <w:p>
            <w:r>
              <w:t>a)</w:t>
            </w:r>
          </w:p>
        </w:tc>
        <w:tc>
          <w:tcPr>
            <w:tcW w:type="dxa" w:w="2098"/>
          </w:tcPr>
          <w:p>
            <w:r>
              <w:t>b)</w:t>
            </w:r>
          </w:p>
        </w:tc>
        <w:tc>
          <w:tcPr>
            <w:tcW w:type="dxa" w:w="2098"/>
          </w:tcPr>
          <w:p>
            <w:r>
              <w:t>c)</w:t>
            </w:r>
          </w:p>
        </w:tc>
        <w:tc>
          <w:tcPr>
            <w:tcW w:type="dxa" w:w="2098"/>
          </w:tcPr>
          <w:p>
            <w:r>
              <w:t>d)</w:t>
            </w:r>
          </w:p>
        </w:tc>
      </w:tr>
      <w:tr>
        <w:tc>
          <w:tcPr>
            <w:tcW w:type="dxa" w:w="1077"/>
          </w:tcPr>
          <w:p>
            <w:r>
              <w:t>25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Sai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Sai</w:t>
            </w:r>
          </w:p>
        </w:tc>
      </w:tr>
      <w:tr>
        <w:tc>
          <w:tcPr>
            <w:tcW w:type="dxa" w:w="1077"/>
          </w:tcPr>
          <w:p>
            <w:r>
              <w:t>26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Sai</w:t>
            </w:r>
          </w:p>
        </w:tc>
      </w:tr>
      <w:tr>
        <w:tc>
          <w:tcPr>
            <w:tcW w:type="dxa" w:w="1077"/>
          </w:tcPr>
          <w:p>
            <w:r>
              <w:t>27</w:t>
            </w:r>
          </w:p>
        </w:tc>
        <w:tc>
          <w:tcPr>
            <w:tcW w:type="dxa" w:w="2098"/>
          </w:tcPr>
          <w:p>
            <w:r>
              <w:t>Sai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Sai</w:t>
            </w:r>
          </w:p>
        </w:tc>
      </w:tr>
      <w:tr>
        <w:tc>
          <w:tcPr>
            <w:tcW w:type="dxa" w:w="1077"/>
          </w:tcPr>
          <w:p>
            <w:r>
              <w:t>28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Sai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  <w:tc>
          <w:tcPr>
            <w:tcW w:type="dxa" w:w="2098"/>
          </w:tcPr>
          <w:p>
            <w:r>
              <w:t>Đúng</w:t>
            </w:r>
          </w:p>
        </w:tc>
      </w:tr>
    </w:tbl>
    <w:p>
      <w:pPr>
        <w:spacing w:before="0"/>
      </w:pPr>
      <w:r>
        <w:rPr>
          <w:b w:val="0"/>
          <w:i/>
        </w:rPr>
        <w:t>Câu 25: a) Đúng. b) Sai: 32 % 4 == 0 nên so_nhom = 32 // 4 = 8. c) Đúng: (n + 3) // 4 là số nhóm ít nhất khi mỗi nhóm nhiều nhất 4 bạn, ví dụ n = 30 cho 8, n = 32 cho 8. d) Sai: range(1, so_nhom) dừng ở so_nhom − 1, phải viết range(1, so_nhom + 1).</w:t>
      </w:r>
    </w:p>
    <w:p>
      <w:pPr>
        <w:spacing w:before="0"/>
      </w:pPr>
      <w:r>
        <w:rPr>
          <w:b w:val="0"/>
          <w:i/>
        </w:rPr>
        <w:t>Câu 26: a) Đúng: range(1, 9) có 8 giá trị (1 đến 8). b) Đúng. c) Đúng: sau 7 tuần có 140 000 &lt; 150 000 nên lặp tiếp; sau 8 tuần có 160 000, dừng, tuan = 8. d) Sai: range(1, 12) chỉ có 11 giá trị, phải sửa thành range(1, 13).</w:t>
      </w:r>
    </w:p>
    <w:p>
      <w:pPr>
        <w:spacing w:before="0"/>
      </w:pPr>
      <w:r>
        <w:rPr>
          <w:b w:val="0"/>
          <w:i/>
        </w:rPr>
        <w:t>Câu 27: a) Sai: sau khi xoá, danh sách [7, 9, 5, 8] không có 10, i tăng đến len(diem) = 4 thì dừng, in ra 4. b) Đúng: i tăng từ 0 đến 3 thì diem[3] = 10, điều kiện sai, dừng. c) Đúng. d) Sai: có 9, 10, 8 nên kết quả là 3.</w:t>
      </w:r>
    </w:p>
    <w:p>
      <w:pPr>
        <w:spacing w:before="0"/>
      </w:pPr>
      <w:r>
        <w:rPr>
          <w:b w:val="0"/>
          <w:i/>
        </w:rPr>
        <w:t>Câu 28: a) Đúng: các từ là "hoc", "tap", "tot,", "ren", "luyen", "tot". b) Sai: find() cho vị trí xuất hiện đầu tiên là 8. c) Đúng: các từ cách nhau đúng một dấu cách nên nối lại bằng dấu cách được đúng xâu s. d) Đúng: remove xoá phần tử đầu tiên bằng đúng "tot" (phần tử cuối); "tot," có dấu phẩy là phần tử khác.</w:t>
      </w: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