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Bạn Mai ghi lịch tập văn nghệ của lớp vào một cuốn sổ tay. Trong tình huống này, cuốn sổ tay là</w:t>
      </w:r>
    </w:p>
    <w:p>
      <w:pPr>
        <w:tabs>
          <w:tab w:pos="340" w:val="left"/>
          <w:tab w:pos="5216" w:val="left"/>
        </w:tabs>
        <w:spacing w:before="0"/>
      </w:pPr>
      <w:r>
        <w:rPr>
          <w:b w:val="0"/>
          <w:i w:val="0"/>
        </w:rPr>
        <w:tab/>
        <w:t>A. thông tin.</w:t>
        <w:tab/>
        <w:t>B. vật mang tin.</w:t>
      </w:r>
    </w:p>
    <w:p>
      <w:pPr>
        <w:tabs>
          <w:tab w:pos="340" w:val="left"/>
          <w:tab w:pos="5216" w:val="left"/>
        </w:tabs>
        <w:spacing w:before="0"/>
      </w:pPr>
      <w:r>
        <w:rPr>
          <w:b w:val="0"/>
          <w:i w:val="0"/>
        </w:rPr>
        <w:tab/>
        <w:t>C. dữ liệu.</w:t>
        <w:tab/>
        <w:t>D. thiết bị xử lí thông tin.</w:t>
      </w:r>
    </w:p>
    <w:p>
      <w:pPr>
        <w:keepNext w:val="0"/>
        <w:spacing w:before="80"/>
      </w:pPr>
      <w:r>
        <w:rPr>
          <w:b/>
        </w:rPr>
        <w:t xml:space="preserve">Câu 2. </w:t>
      </w:r>
      <w:r>
        <w:t>Phát biểu nào sau đây đúng về thông tin?</w:t>
      </w:r>
    </w:p>
    <w:p>
      <w:pPr>
        <w:spacing w:before="0"/>
        <w:ind w:left="340"/>
      </w:pPr>
      <w:r>
        <w:rPr>
          <w:b w:val="0"/>
          <w:i w:val="0"/>
        </w:rPr>
        <w:t>A. Thông tin là phần mềm giúp máy tính hoạt động.</w:t>
      </w:r>
    </w:p>
    <w:p>
      <w:pPr>
        <w:spacing w:before="0"/>
        <w:ind w:left="340"/>
      </w:pPr>
      <w:r>
        <w:rPr>
          <w:b w:val="0"/>
          <w:i w:val="0"/>
        </w:rPr>
        <w:t>B. Thông tin là những con số, chữ viết được lưu trong máy tính.</w:t>
      </w:r>
    </w:p>
    <w:p>
      <w:pPr>
        <w:spacing w:before="0"/>
        <w:ind w:left="340"/>
      </w:pPr>
      <w:r>
        <w:rPr>
          <w:b w:val="0"/>
          <w:i w:val="0"/>
        </w:rPr>
        <w:t>C. Thông tin là tờ giấy, cuốn sách, thẻ nhớ dùng để ghi chép.</w:t>
      </w:r>
    </w:p>
    <w:p>
      <w:pPr>
        <w:spacing w:before="0"/>
        <w:ind w:left="340"/>
      </w:pPr>
      <w:r>
        <w:rPr>
          <w:b w:val="0"/>
          <w:i w:val="0"/>
        </w:rPr>
        <w:t>D. Thông tin là những gì đem lại hiểu biết cho con người về thế giới xung quanh và về chính bản thân mình.</w:t>
      </w:r>
    </w:p>
    <w:p>
      <w:pPr>
        <w:keepNext w:val="0"/>
        <w:spacing w:before="80"/>
      </w:pPr>
      <w:r>
        <w:rPr>
          <w:b/>
        </w:rPr>
        <w:t xml:space="preserve">Câu 3. </w:t>
      </w:r>
      <w:r>
        <w:t>Trước buổi cắm trại, lớp 6A xem dự báo thời tiết: “Thứ Bảy mưa rào cả ngày, Chủ nhật trời nắng nhẹ”. Cả lớp quyết định dời buổi cắm trại sang Chủ nhật. Tình huống này cho thấy điều gì?</w:t>
      </w:r>
    </w:p>
    <w:p>
      <w:pPr>
        <w:spacing w:before="0"/>
        <w:ind w:left="340"/>
      </w:pPr>
      <w:r>
        <w:rPr>
          <w:b w:val="0"/>
          <w:i w:val="0"/>
        </w:rPr>
        <w:t>A. Thông tin giúp con người đưa ra lựa chọn phù hợp.</w:t>
      </w:r>
    </w:p>
    <w:p>
      <w:pPr>
        <w:spacing w:before="0"/>
        <w:ind w:left="340"/>
      </w:pPr>
      <w:r>
        <w:rPr>
          <w:b w:val="0"/>
          <w:i w:val="0"/>
        </w:rPr>
        <w:t>B. Thông tin trên bản tin luôn chính xác tuyệt đối.</w:t>
      </w:r>
    </w:p>
    <w:p>
      <w:pPr>
        <w:spacing w:before="0"/>
        <w:ind w:left="340"/>
      </w:pPr>
      <w:r>
        <w:rPr>
          <w:b w:val="0"/>
          <w:i w:val="0"/>
        </w:rPr>
        <w:t>C. Thông tin chỉ có ích khi được lưu trong máy tính.</w:t>
      </w:r>
    </w:p>
    <w:p>
      <w:pPr>
        <w:spacing w:before="0"/>
        <w:ind w:left="340"/>
      </w:pPr>
      <w:r>
        <w:rPr>
          <w:b w:val="0"/>
          <w:i w:val="0"/>
        </w:rPr>
        <w:t>D. Thông tin chỉ cần cho những người làm dự báo thời tiết.</w:t>
      </w:r>
    </w:p>
    <w:p>
      <w:pPr>
        <w:keepNext w:val="0"/>
        <w:spacing w:before="80"/>
      </w:pPr>
      <w:r>
        <w:rPr>
          <w:b/>
        </w:rPr>
        <w:t xml:space="preserve">Câu 4. </w:t>
      </w:r>
      <w:r>
        <w:t>Khi em xem một bộ phim hoạt hình trên máy tính, màn hình và loa làm nhiệm vụ gì?</w:t>
      </w:r>
    </w:p>
    <w:p>
      <w:pPr>
        <w:spacing w:before="0"/>
        <w:ind w:left="340"/>
      </w:pPr>
      <w:r>
        <w:rPr>
          <w:b w:val="0"/>
          <w:i w:val="0"/>
        </w:rPr>
        <w:t>A. Nhận lệnh của em để đưa vào máy tính.</w:t>
      </w:r>
    </w:p>
    <w:p>
      <w:pPr>
        <w:spacing w:before="0"/>
        <w:ind w:left="340"/>
      </w:pPr>
      <w:r>
        <w:rPr>
          <w:b w:val="0"/>
          <w:i w:val="0"/>
        </w:rPr>
        <w:t>B. Lưu giữ bộ phim lâu dài trong máy tính.</w:t>
      </w:r>
    </w:p>
    <w:p>
      <w:pPr>
        <w:spacing w:before="0"/>
        <w:ind w:left="340"/>
      </w:pPr>
      <w:r>
        <w:rPr>
          <w:b w:val="0"/>
          <w:i w:val="0"/>
        </w:rPr>
        <w:t>C. Đưa hình ảnh, âm thanh từ máy tính ra cho em xem và nghe.</w:t>
      </w:r>
    </w:p>
    <w:p>
      <w:pPr>
        <w:spacing w:before="0"/>
        <w:ind w:left="340"/>
      </w:pPr>
      <w:r>
        <w:rPr>
          <w:b w:val="0"/>
          <w:i w:val="0"/>
        </w:rPr>
        <w:t>D. Tính toán, biến đổi dữ liệu của bộ phim.</w:t>
      </w:r>
    </w:p>
    <w:p>
      <w:pPr>
        <w:keepNext w:val="0"/>
        <w:spacing w:before="80"/>
      </w:pPr>
      <w:r>
        <w:rPr>
          <w:b/>
        </w:rPr>
        <w:t xml:space="preserve">Câu 5. </w:t>
      </w:r>
      <w:r>
        <w:t>Khi em lưu số điện thoại của bạn mới vào danh bạ điện thoại, em đang thực hiện hoạt động nào của quá trình xử lí thông tin?</w:t>
      </w:r>
    </w:p>
    <w:p>
      <w:pPr>
        <w:tabs>
          <w:tab w:pos="340" w:val="left"/>
          <w:tab w:pos="5216" w:val="left"/>
        </w:tabs>
        <w:spacing w:before="0"/>
      </w:pPr>
      <w:r>
        <w:rPr>
          <w:b w:val="0"/>
          <w:i w:val="0"/>
        </w:rPr>
        <w:tab/>
        <w:t>A. Thu nhận thông tin.</w:t>
        <w:tab/>
        <w:t>B. Xử lí thông tin.</w:t>
      </w:r>
    </w:p>
    <w:p>
      <w:pPr>
        <w:tabs>
          <w:tab w:pos="340" w:val="left"/>
          <w:tab w:pos="5216" w:val="left"/>
        </w:tabs>
        <w:spacing w:before="0"/>
      </w:pPr>
      <w:r>
        <w:rPr>
          <w:b w:val="0"/>
          <w:i w:val="0"/>
        </w:rPr>
        <w:tab/>
        <w:t>C. Lưu trữ thông tin.</w:t>
        <w:tab/>
        <w:t>D. Truyền thông tin.</w:t>
      </w:r>
    </w:p>
    <w:p>
      <w:pPr>
        <w:keepNext w:val="0"/>
        <w:spacing w:before="80"/>
      </w:pPr>
      <w:r>
        <w:rPr>
          <w:b/>
        </w:rPr>
        <w:t xml:space="preserve">Câu 6. </w:t>
      </w:r>
      <w:r>
        <w:t>Ở một chiếc máy giặt tự động, người dùng bấm nút chọn chế độ “Giặt nhanh”; máy tự tính lượng nước, thời gian giặt rồi hiện lên màn hình nhỏ dòng chữ “Còn 25 phút”. Bảng nút bấm của máy giặt có vai trò giống thành phần nào của máy tính?</w:t>
      </w:r>
    </w:p>
    <w:p>
      <w:pPr>
        <w:tabs>
          <w:tab w:pos="340" w:val="left"/>
          <w:tab w:pos="2835" w:val="left"/>
          <w:tab w:pos="5329" w:val="left"/>
          <w:tab w:pos="7824" w:val="left"/>
        </w:tabs>
        <w:spacing w:before="0"/>
      </w:pPr>
      <w:r>
        <w:rPr>
          <w:b w:val="0"/>
          <w:i w:val="0"/>
        </w:rPr>
        <w:tab/>
        <w:t>A. Thiết bị vào.</w:t>
        <w:tab/>
        <w:t>B. Bộ xử lí.</w:t>
        <w:tab/>
        <w:t>C. Bộ nhớ.</w:t>
        <w:tab/>
        <w:t>D. Thiết bị ra.</w:t>
      </w:r>
    </w:p>
    <w:p>
      <w:pPr>
        <w:keepNext w:val="0"/>
        <w:spacing w:before="80"/>
      </w:pPr>
      <w:r>
        <w:rPr>
          <w:b/>
        </w:rPr>
        <w:t xml:space="preserve">Câu 7. </w:t>
      </w:r>
      <w:r>
        <w:t>Dung lượng nhớ của một thiết bị lưu trữ (như USB, thẻ nhớ) cho biết điều gì?</w:t>
      </w:r>
    </w:p>
    <w:p>
      <w:pPr>
        <w:spacing w:before="0"/>
        <w:ind w:left="340"/>
      </w:pPr>
      <w:r>
        <w:rPr>
          <w:b w:val="0"/>
          <w:i w:val="0"/>
        </w:rPr>
        <w:t>A. Tốc độ xử lí của máy tính.</w:t>
      </w:r>
    </w:p>
    <w:p>
      <w:pPr>
        <w:spacing w:before="0"/>
        <w:ind w:left="340"/>
      </w:pPr>
      <w:r>
        <w:rPr>
          <w:b w:val="0"/>
          <w:i w:val="0"/>
        </w:rPr>
        <w:t>B. Số chương trình đang chạy trên máy tính.</w:t>
      </w:r>
    </w:p>
    <w:p>
      <w:pPr>
        <w:spacing w:before="0"/>
        <w:ind w:left="340"/>
      </w:pPr>
      <w:r>
        <w:rPr>
          <w:b w:val="0"/>
          <w:i w:val="0"/>
        </w:rPr>
        <w:t>C. Khối lượng của thiết bị.</w:t>
      </w:r>
    </w:p>
    <w:p>
      <w:pPr>
        <w:spacing w:before="0"/>
        <w:ind w:left="340"/>
      </w:pPr>
      <w:r>
        <w:rPr>
          <w:b w:val="0"/>
          <w:i w:val="0"/>
        </w:rPr>
        <w:t>D. Lượng dữ liệu tối đa mà thiết bị có thể lưu trữ.</w:t>
      </w:r>
    </w:p>
    <w:p>
      <w:pPr>
        <w:keepNext w:val="0"/>
        <w:spacing w:before="80"/>
      </w:pPr>
      <w:r>
        <w:rPr>
          <w:b/>
        </w:rPr>
        <w:t xml:space="preserve">Câu 8. </w:t>
      </w:r>
      <w:r>
        <w:t>Một hàng gồm 8 ô vuông; ô màu đen được ghi là 1, ô màu trắng được ghi là 0. Thứ tự các ô trong hàng là: đen, trắng, trắng, đen, đen, trắng, đen, trắng. Dãy bit biểu diễn hàng ô đó là</w:t>
      </w:r>
    </w:p>
    <w:p>
      <w:pPr>
        <w:tabs>
          <w:tab w:pos="340" w:val="left"/>
          <w:tab w:pos="2835" w:val="left"/>
          <w:tab w:pos="5329" w:val="left"/>
          <w:tab w:pos="7824" w:val="left"/>
        </w:tabs>
        <w:spacing w:before="0"/>
      </w:pPr>
      <w:r>
        <w:rPr>
          <w:b w:val="0"/>
          <w:i w:val="0"/>
        </w:rPr>
        <w:tab/>
        <w:t>A. 01100101.</w:t>
        <w:tab/>
        <w:t>B. 10011010.</w:t>
        <w:tab/>
        <w:t>C. 10011001.</w:t>
        <w:tab/>
        <w:t>D. 10010110.</w:t>
      </w:r>
    </w:p>
    <w:p>
      <w:pPr>
        <w:keepNext w:val="0"/>
        <w:spacing w:before="80"/>
      </w:pPr>
      <w:r>
        <w:rPr>
          <w:b/>
        </w:rPr>
        <w:t xml:space="preserve">Câu 9. </w:t>
      </w:r>
      <w:r>
        <w:t>Mạng máy tính gồm ba thành phần chủ yếu: thiết bị đầu cuối, thiết bị kết nối và</w:t>
      </w:r>
    </w:p>
    <w:p>
      <w:pPr>
        <w:tabs>
          <w:tab w:pos="340" w:val="left"/>
          <w:tab w:pos="2835" w:val="left"/>
          <w:tab w:pos="5329" w:val="left"/>
          <w:tab w:pos="7824" w:val="left"/>
        </w:tabs>
        <w:spacing w:before="0"/>
      </w:pPr>
      <w:r>
        <w:rPr>
          <w:b w:val="0"/>
          <w:i w:val="0"/>
        </w:rPr>
        <w:tab/>
        <w:t>A. phần mềm mạng.</w:t>
        <w:tab/>
        <w:t>B. máy chiếu.</w:t>
        <w:tab/>
        <w:t>C. hệ thống điện.</w:t>
        <w:tab/>
        <w:t>D. bàn phím.</w:t>
      </w:r>
    </w:p>
    <w:p>
      <w:pPr>
        <w:keepNext w:val="0"/>
        <w:spacing w:before="80"/>
      </w:pPr>
      <w:r>
        <w:rPr>
          <w:b/>
        </w:rPr>
        <w:t xml:space="preserve">Câu 10. </w:t>
      </w:r>
      <w:r>
        <w:t>Nhà bạn Nam có một máy in đặt ở phòng khách. Sau khi có mạng không dây, mọi người trong nhà đều in được tài liệu từ điện thoại và máy tính ở các phòng khác. Đây là lợi ích nào của mạng máy tính?</w:t>
      </w:r>
    </w:p>
    <w:p>
      <w:pPr>
        <w:tabs>
          <w:tab w:pos="340" w:val="left"/>
          <w:tab w:pos="5216" w:val="left"/>
        </w:tabs>
        <w:spacing w:before="0"/>
      </w:pPr>
      <w:r>
        <w:rPr>
          <w:b w:val="0"/>
          <w:i w:val="0"/>
        </w:rPr>
        <w:tab/>
        <w:t>A. Tiết kiệm điện năng.</w:t>
        <w:tab/>
        <w:t>B. Làm máy tính chạy nhanh hơn.</w:t>
      </w:r>
    </w:p>
    <w:p>
      <w:pPr>
        <w:tabs>
          <w:tab w:pos="340" w:val="left"/>
          <w:tab w:pos="5216" w:val="left"/>
        </w:tabs>
        <w:spacing w:before="0"/>
      </w:pPr>
      <w:r>
        <w:rPr>
          <w:b w:val="0"/>
          <w:i w:val="0"/>
        </w:rPr>
        <w:tab/>
        <w:t>C. Dùng chung thiết bị.</w:t>
        <w:tab/>
        <w:t>D. Tự động diệt virus cho máy tính.</w:t>
      </w:r>
    </w:p>
    <w:p>
      <w:pPr>
        <w:keepNext w:val="0"/>
        <w:spacing w:before="80"/>
      </w:pPr>
      <w:r>
        <w:rPr>
          <w:b/>
        </w:rPr>
        <w:t xml:space="preserve">Câu 11. </w:t>
      </w:r>
      <w:r>
        <w:t>Không một tổ chức hay cá nhân nào nắm quyền điều khiển toàn bộ Internet. Đây là đặc điểm nào của Internet?</w:t>
      </w:r>
    </w:p>
    <w:p>
      <w:pPr>
        <w:tabs>
          <w:tab w:pos="340" w:val="left"/>
          <w:tab w:pos="5216" w:val="left"/>
        </w:tabs>
        <w:spacing w:before="0"/>
      </w:pPr>
      <w:r>
        <w:rPr>
          <w:b w:val="0"/>
          <w:i w:val="0"/>
        </w:rPr>
        <w:tab/>
        <w:t>A. Tính toàn cầu.</w:t>
        <w:tab/>
        <w:t>B. Tính không chủ sở hữu.</w:t>
      </w:r>
    </w:p>
    <w:p>
      <w:pPr>
        <w:tabs>
          <w:tab w:pos="340" w:val="left"/>
          <w:tab w:pos="5216" w:val="left"/>
        </w:tabs>
        <w:spacing w:before="0"/>
      </w:pPr>
      <w:r>
        <w:rPr>
          <w:b w:val="0"/>
          <w:i w:val="0"/>
        </w:rPr>
        <w:tab/>
        <w:t>C. Tính dễ tiếp cận.</w:t>
        <w:tab/>
        <w:t>D. Tính tương tác.</w:t>
      </w:r>
    </w:p>
    <w:p>
      <w:pPr>
        <w:keepNext w:val="0"/>
        <w:spacing w:before="80"/>
      </w:pPr>
      <w:r>
        <w:rPr>
          <w:b/>
        </w:rPr>
        <w:t xml:space="preserve">Câu 12. </w:t>
      </w:r>
      <w:r>
        <w:t>Việc nào sau đây là sử dụng Internet KHÔNG hợp lí?</w:t>
      </w:r>
    </w:p>
    <w:p>
      <w:pPr>
        <w:spacing w:before="0"/>
        <w:ind w:left="340"/>
      </w:pPr>
      <w:r>
        <w:rPr>
          <w:b w:val="0"/>
          <w:i w:val="0"/>
        </w:rPr>
        <w:t>A. Tra từ điển trực tuyến khi làm bài tập tiếng Anh.</w:t>
      </w:r>
    </w:p>
    <w:p>
      <w:pPr>
        <w:spacing w:before="0"/>
        <w:ind w:left="340"/>
      </w:pPr>
      <w:r>
        <w:rPr>
          <w:b w:val="0"/>
          <w:i w:val="0"/>
        </w:rPr>
        <w:t>B. Xem video hướng dẫn gấp hạc giấy cho tiết Mĩ thuật.</w:t>
      </w:r>
    </w:p>
    <w:p>
      <w:pPr>
        <w:spacing w:before="0"/>
        <w:ind w:left="340"/>
      </w:pPr>
      <w:r>
        <w:rPr>
          <w:b w:val="0"/>
          <w:i w:val="0"/>
        </w:rPr>
        <w:t>C. Gọi video để hỏi thăm ông bà ở quê.</w:t>
      </w:r>
    </w:p>
    <w:p>
      <w:pPr>
        <w:spacing w:before="0"/>
        <w:ind w:left="340"/>
      </w:pPr>
      <w:r>
        <w:rPr>
          <w:b w:val="0"/>
          <w:i w:val="0"/>
        </w:rPr>
        <w:t>D. Chơi trò chơi trực tuyến đến khuya, bỏ cả bữa tối.</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Lớp 6B khảo sát “Món ăn sáng yêu thích”. Bạn Hà phát phiếu cho 36 bạn rồi nhập kết quả vào máy tính; máy tính đếm số phiếu và vẽ biểu đồ. Nhìn biểu đồ, cả lớp biết bánh mì được chọn nhiều nhất. Mỗi nhận định sau đúng hay sai?</w:t>
      </w:r>
    </w:p>
    <w:p>
      <w:pPr>
        <w:spacing w:before="0"/>
        <w:ind w:left="340"/>
      </w:pPr>
      <w:r>
        <w:rPr>
          <w:b w:val="0"/>
          <w:i w:val="0"/>
        </w:rPr>
        <w:t>a) Việc máy tính đếm số phiếu và vẽ biểu đồ thuộc hoạt động lưu trữ thông tin.</w:t>
      </w:r>
    </w:p>
    <w:p>
      <w:pPr>
        <w:spacing w:before="0"/>
        <w:ind w:left="340"/>
      </w:pPr>
      <w:r>
        <w:rPr>
          <w:b w:val="0"/>
          <w:i w:val="0"/>
        </w:rPr>
        <w:t>b) Các lựa chọn ghi trên 36 phiếu là dữ liệu; điều “bánh mì được chọn nhiều nhất” mà cả lớp biết được là thông tin.</w:t>
      </w:r>
    </w:p>
    <w:p>
      <w:pPr>
        <w:spacing w:before="0"/>
        <w:ind w:left="340"/>
      </w:pPr>
      <w:r>
        <w:rPr>
          <w:b w:val="0"/>
          <w:i w:val="0"/>
        </w:rPr>
        <w:t>c) Trong máy tính, kết quả khảo sát được lưu dưới dạng dãy bit.</w:t>
      </w:r>
    </w:p>
    <w:p>
      <w:pPr>
        <w:spacing w:before="0"/>
        <w:ind w:left="340"/>
      </w:pPr>
      <w:r>
        <w:rPr>
          <w:b w:val="0"/>
          <w:i w:val="0"/>
        </w:rPr>
        <w:t>d) Tệp kết quả có dung lượng 3 KB, tức là chỉ khoảng 3 000 bit.</w:t>
      </w:r>
    </w:p>
    <w:p>
      <w:pPr>
        <w:keepNext w:val="0"/>
        <w:spacing w:before="80"/>
      </w:pPr>
      <w:r>
        <w:rPr>
          <w:b/>
        </w:rPr>
        <w:t xml:space="preserve">Câu 14. </w:t>
      </w:r>
      <w:r>
        <w:t>Phòng tin học của trường có 30 máy tính để bàn nối với một bộ chuyển mạch (switch) bằng dây cáp mạng. Một bộ định tuyến không dây giúp máy tính xách tay của thầy giáo kết nối với mạng của phòng. Phòng tin học được kết nối Internet. Mỗi nhận định sau đúng hay sai?</w:t>
      </w:r>
    </w:p>
    <w:p>
      <w:pPr>
        <w:spacing w:before="0"/>
        <w:ind w:left="340"/>
      </w:pPr>
      <w:r>
        <w:rPr>
          <w:b w:val="0"/>
          <w:i w:val="0"/>
        </w:rPr>
        <w:t>a) Các máy tính để bàn của học sinh là thiết bị đầu cuối.</w:t>
      </w:r>
    </w:p>
    <w:p>
      <w:pPr>
        <w:spacing w:before="0"/>
        <w:ind w:left="340"/>
      </w:pPr>
      <w:r>
        <w:rPr>
          <w:b w:val="0"/>
          <w:i w:val="0"/>
        </w:rPr>
        <w:t>b) Nếu dây cáp nối một máy tính để bàn với bộ chuyển mạch bị đứt thì máy tính xách tay của thầy giáo cũng không dùng được mạng.</w:t>
      </w:r>
    </w:p>
    <w:p>
      <w:pPr>
        <w:spacing w:before="0"/>
        <w:ind w:left="340"/>
      </w:pPr>
      <w:r>
        <w:rPr>
          <w:b w:val="0"/>
          <w:i w:val="0"/>
        </w:rPr>
        <w:t>c) Để truy cập được Internet, mạng của phòng tin học cần được kết nối qua một nhà cung cấp dịch vụ Internet.</w:t>
      </w:r>
    </w:p>
    <w:p>
      <w:pPr>
        <w:spacing w:before="0"/>
        <w:ind w:left="340"/>
      </w:pPr>
      <w:r>
        <w:rPr>
          <w:b w:val="0"/>
          <w:i w:val="0"/>
        </w:rPr>
        <w:t>d) Lớp muốn học chung trực tuyến với một lớp ở tỉnh khác. Chỉ cần mạng có dây trong phòng tin học, không cần Internet, hai lớp vẫn gọi video được cho nhau.</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Dữ liệu có thể được thể hiện dưới dạng những con số, văn bản, hình ảnh và một dạng nữa mà em nghe được bằng tai. Đó là dạng nào? (Trả lời bằng một cụm từ.)</w:t>
      </w:r>
    </w:p>
    <w:p>
      <w:pPr>
        <w:keepNext w:val="0"/>
        <w:spacing w:before="80"/>
      </w:pPr>
      <w:r>
        <w:rPr>
          <w:b/>
        </w:rPr>
        <w:t xml:space="preserve">Câu 16. </w:t>
      </w:r>
      <w:r>
        <w:t>Cho các việc em làm khi giải một bài toán trên lớp: (1) nghe cô giáo đọc đề bài; (2) nhẩm tính kết quả; (3) ghi kết quả vào vở; (4) đọc to kết quả cho cả lớp nghe; (5) nhìn lên bảng để đọc đề. Có bao nhiêu việc thuộc hoạt động thu nhận thông tin? (Chỉ ghi số.)</w:t>
      </w:r>
    </w:p>
    <w:p>
      <w:pPr>
        <w:keepNext w:val="0"/>
        <w:spacing w:before="80"/>
      </w:pPr>
      <w:r>
        <w:rPr>
          <w:b/>
        </w:rPr>
        <w:t xml:space="preserve">Câu 17. </w:t>
      </w:r>
      <w:r>
        <w:t>Một USB còn trống 3 GB. Mỗi video bài giảng có dung lượng 256 MB. USB đó chứa thêm được nhiều nhất bao nhiêu video như vậy? (Quy ước 1 GB = 1 024 MB; chỉ ghi số.)</w:t>
      </w:r>
    </w:p>
    <w:p>
      <w:pPr>
        <w:keepNext w:val="0"/>
        <w:spacing w:before="80"/>
      </w:pPr>
      <w:r>
        <w:rPr>
          <w:b/>
        </w:rPr>
        <w:t xml:space="preserve">Câu 18. </w:t>
      </w:r>
      <w:r>
        <w:t>Mạng của thư viện trường gồm: 1 bộ chuyển mạch, 1 bộ định tuyến không dây, 12 máy tính để bàn, 2 máy in và 3 máy tính xách tay. Mạng này có bao nhiêu thiết bị đầu cuối?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Trên bảng tin của trường có dòng chữ: “Thứ Sáu tuần này, học sinh mặc đồng phục thể dục để tham gia Hội khoẻ Phù Đổng”. Bạn Lan đọc được và tối hôm đó chuẩn bị sẵn bộ đồng phục thể dục. (1,0 điểm)</w:t>
      </w:r>
    </w:p>
    <w:p>
      <w:pPr>
        <w:spacing w:before="0"/>
      </w:pPr>
      <w:r>
        <w:rPr>
          <w:b w:val="0"/>
          <w:i w:val="0"/>
        </w:rPr>
        <w:t>a) Trong tình huống trên, đâu là dữ liệu, đâu là vật mang tin, đâu là thông tin?</w:t>
      </w:r>
    </w:p>
    <w:p>
      <w:pPr>
        <w:spacing w:before="0"/>
      </w:pPr>
      <w:r>
        <w:rPr>
          <w:b w:val="0"/>
          <w:i w:val="0"/>
        </w:rPr>
        <w:t>b) Thông tin đó giúp gì cho bạn Lan?</w:t>
      </w:r>
    </w:p>
    <w:p>
      <w:pPr>
        <w:spacing w:before="80"/>
      </w:pPr>
      <w:r>
        <w:rPr>
          <w:b/>
        </w:rPr>
        <w:t xml:space="preserve">Câu 20. </w:t>
      </w:r>
      <w:r>
        <w:t>Bạn Hùng nghỉ học. Minh dùng điện thoại thông minh chụp ảnh phần bài tập về nhà trên bảng, cắt bớt phần thừa của ảnh cho gọn rồi gửi ảnh qua ứng dụng nhắn tin cho Hùng; ảnh vẫn được lưu lại trong điện thoại của Minh. Hãy chỉ ra các hoạt động thu nhận, xử lí, lưu trữ, truyền thông tin trong tình huống trên và bộ phận (thiết bị) của điện thoại thực hiện mỗi hoạt động. (1,0 điểm)</w:t>
      </w:r>
    </w:p>
    <w:p>
      <w:pPr>
        <w:spacing w:before="80"/>
      </w:pPr>
      <w:r>
        <w:rPr>
          <w:b/>
        </w:rPr>
        <w:t xml:space="preserve">Câu 21. </w:t>
      </w:r>
      <w:r>
        <w:t>a) Bit là gì? Một byte gồm bao nhiêu bit? (1,0 điểm)</w:t>
      </w:r>
    </w:p>
    <w:p>
      <w:pPr>
        <w:spacing w:before="0"/>
      </w:pPr>
      <w:r>
        <w:rPr>
          <w:b w:val="0"/>
          <w:i w:val="0"/>
        </w:rPr>
        <w:t>b) Hãy sắp xếp các đơn vị đo dung lượng sau theo thứ tự từ nhỏ đến lớn: MB, byte, TB, KB, GB.</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A</w:t>
            </w:r>
          </w:p>
        </w:tc>
        <w:tc>
          <w:tcPr>
            <w:tcW w:type="dxa" w:w="709"/>
          </w:tcPr>
          <w:p>
            <w:r>
              <w:t>C</w:t>
            </w:r>
          </w:p>
        </w:tc>
        <w:tc>
          <w:tcPr>
            <w:tcW w:type="dxa" w:w="709"/>
          </w:tcPr>
          <w:p>
            <w:r>
              <w:t>B</w:t>
            </w:r>
          </w:p>
        </w:tc>
        <w:tc>
          <w:tcPr>
            <w:tcW w:type="dxa" w:w="709"/>
          </w:tcPr>
          <w:p>
            <w:r>
              <w:t>D</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14</w:t>
            </w:r>
          </w:p>
        </w:tc>
        <w:tc>
          <w:tcPr>
            <w:tcW w:type="dxa" w:w="2098"/>
          </w:tcPr>
          <w:p>
            <w:r>
              <w:t>Đúng</w:t>
            </w:r>
          </w:p>
        </w:tc>
        <w:tc>
          <w:tcPr>
            <w:tcW w:type="dxa" w:w="2098"/>
          </w:tcPr>
          <w:p>
            <w:r>
              <w:t>Sai</w:t>
            </w:r>
          </w:p>
        </w:tc>
        <w:tc>
          <w:tcPr>
            <w:tcW w:type="dxa" w:w="2098"/>
          </w:tcPr>
          <w:p>
            <w:r>
              <w:t>Đúng</w:t>
            </w:r>
          </w:p>
        </w:tc>
        <w:tc>
          <w:tcPr>
            <w:tcW w:type="dxa" w:w="2098"/>
          </w:tcPr>
          <w:p>
            <w:r>
              <w:t>Sai</w:t>
            </w:r>
          </w:p>
        </w:tc>
      </w:tr>
    </w:tbl>
    <w:p>
      <w:pPr>
        <w:spacing w:before="0"/>
      </w:pPr>
      <w:r>
        <w:rPr>
          <w:b w:val="0"/>
          <w:i/>
        </w:rPr>
        <w:t>Câu 13: Ý a) sai vì đếm, vẽ biểu đồ là xử lí thông tin. Ý d) sai vì 3 KB khoảng 3 000 byte, mỗi byte 8 bit nên khoảng 24 000 bit.</w:t>
      </w:r>
    </w:p>
    <w:p>
      <w:pPr>
        <w:spacing w:before="0"/>
      </w:pPr>
      <w:r>
        <w:rPr>
          <w:b w:val="0"/>
          <w:i/>
        </w:rPr>
        <w:t>Câu 14: Ý b) sai: dây đứt chỉ làm máy đó mất kết nối, máy xách tay nối không dây vẫn dùng được. Ý d) sai: mạng trong phòng chỉ nối các máy trong phòng, muốn liên lạc với lớp ở tỉnh khác phải có Internet.</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âm thanh</w:t>
            </w:r>
          </w:p>
        </w:tc>
        <w:tc>
          <w:tcPr>
            <w:tcW w:type="dxa" w:w="6576"/>
          </w:tcPr>
          <w:p>
            <w:r>
              <w:t>Dữ liệu được thể hiện dưới dạng con số, văn bản, hình ảnh, âm thanh.</w:t>
            </w:r>
          </w:p>
        </w:tc>
      </w:tr>
      <w:tr>
        <w:tc>
          <w:tcPr>
            <w:tcW w:type="dxa" w:w="737"/>
          </w:tcPr>
          <w:p>
            <w:r>
              <w:t>16</w:t>
            </w:r>
          </w:p>
        </w:tc>
        <w:tc>
          <w:tcPr>
            <w:tcW w:type="dxa" w:w="2268"/>
          </w:tcPr>
          <w:p>
            <w:r>
              <w:t>2</w:t>
            </w:r>
          </w:p>
        </w:tc>
        <w:tc>
          <w:tcPr>
            <w:tcW w:type="dxa" w:w="6576"/>
          </w:tcPr>
          <w:p>
            <w:r>
              <w:t>Việc (1) và (5) là thu nhận; (2) xử lí; (3) lưu trữ; (4) truyền.</w:t>
            </w:r>
          </w:p>
        </w:tc>
      </w:tr>
      <w:tr>
        <w:tc>
          <w:tcPr>
            <w:tcW w:type="dxa" w:w="737"/>
          </w:tcPr>
          <w:p>
            <w:r>
              <w:t>17</w:t>
            </w:r>
          </w:p>
        </w:tc>
        <w:tc>
          <w:tcPr>
            <w:tcW w:type="dxa" w:w="2268"/>
          </w:tcPr>
          <w:p>
            <w:r>
              <w:t>12</w:t>
            </w:r>
          </w:p>
        </w:tc>
        <w:tc>
          <w:tcPr>
            <w:tcW w:type="dxa" w:w="6576"/>
          </w:tcPr>
          <w:p>
            <w:r>
              <w:t>3 GB = 3 × 1 024 = 3 072 MB; 3 072 : 256 = 12 video.</w:t>
            </w:r>
          </w:p>
        </w:tc>
      </w:tr>
      <w:tr>
        <w:tc>
          <w:tcPr>
            <w:tcW w:type="dxa" w:w="737"/>
          </w:tcPr>
          <w:p>
            <w:r>
              <w:t>18</w:t>
            </w:r>
          </w:p>
        </w:tc>
        <w:tc>
          <w:tcPr>
            <w:tcW w:type="dxa" w:w="2268"/>
          </w:tcPr>
          <w:p>
            <w:r>
              <w:t>17</w:t>
            </w:r>
          </w:p>
        </w:tc>
        <w:tc>
          <w:tcPr>
            <w:tcW w:type="dxa" w:w="6576"/>
          </w:tcPr>
          <w:p>
            <w:r>
              <w:t>Thiết bị đầu cuối: 12 máy tính để bàn + 2 máy in + 3 máy tính xách tay = 17; bộ chuyển mạch và bộ định tuyến là thiết bị kết nối.</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Dữ liệu: dòng chữ viết trên bảng tin.</w:t>
            </w:r>
          </w:p>
        </w:tc>
        <w:tc>
          <w:tcPr>
            <w:tcW w:type="dxa" w:w="907"/>
          </w:tcPr>
          <w:p>
            <w:r>
              <w:t>0,25</w:t>
            </w:r>
          </w:p>
        </w:tc>
      </w:tr>
      <w:tr>
        <w:tc>
          <w:tcPr>
            <w:tcW w:type="dxa" w:w="737"/>
          </w:tcPr>
          <w:p>
            <w:r/>
          </w:p>
        </w:tc>
        <w:tc>
          <w:tcPr>
            <w:tcW w:type="dxa" w:w="7937"/>
          </w:tcPr>
          <w:p>
            <w:r>
              <w:t>– Vật mang tin: bảng tin của trường.</w:t>
            </w:r>
          </w:p>
        </w:tc>
        <w:tc>
          <w:tcPr>
            <w:tcW w:type="dxa" w:w="907"/>
          </w:tcPr>
          <w:p>
            <w:r>
              <w:t>0,25</w:t>
            </w:r>
          </w:p>
        </w:tc>
      </w:tr>
      <w:tr>
        <w:tc>
          <w:tcPr>
            <w:tcW w:type="dxa" w:w="737"/>
          </w:tcPr>
          <w:p>
            <w:r/>
          </w:p>
        </w:tc>
        <w:tc>
          <w:tcPr>
            <w:tcW w:type="dxa" w:w="7937"/>
          </w:tcPr>
          <w:p>
            <w:r>
              <w:t>– Thông tin: Lan biết thứ Sáu tuần này phải mặc đồng phục thể dục để dự Hội khoẻ Phù Đổng.</w:t>
            </w:r>
          </w:p>
        </w:tc>
        <w:tc>
          <w:tcPr>
            <w:tcW w:type="dxa" w:w="907"/>
          </w:tcPr>
          <w:p>
            <w:r>
              <w:t>0,25</w:t>
            </w:r>
          </w:p>
        </w:tc>
      </w:tr>
      <w:tr>
        <w:tc>
          <w:tcPr>
            <w:tcW w:type="dxa" w:w="737"/>
          </w:tcPr>
          <w:p>
            <w:r/>
          </w:p>
        </w:tc>
        <w:tc>
          <w:tcPr>
            <w:tcW w:type="dxa" w:w="7937"/>
          </w:tcPr>
          <w:p>
            <w:r>
              <w:t>– Thông tin giúp Lan chuẩn bị đúng trang phục, có quyết định và hành động phù hợp.</w:t>
            </w:r>
          </w:p>
        </w:tc>
        <w:tc>
          <w:tcPr>
            <w:tcW w:type="dxa" w:w="907"/>
          </w:tcPr>
          <w:p>
            <w:r>
              <w:t>0,25</w:t>
            </w:r>
          </w:p>
        </w:tc>
      </w:tr>
      <w:tr>
        <w:tc>
          <w:tcPr>
            <w:tcW w:type="dxa" w:w="737"/>
          </w:tcPr>
          <w:p>
            <w:r>
              <w:t>20</w:t>
            </w:r>
          </w:p>
        </w:tc>
        <w:tc>
          <w:tcPr>
            <w:tcW w:type="dxa" w:w="7937"/>
          </w:tcPr>
          <w:p>
            <w:r>
              <w:t>– Thu nhận: máy ảnh (camera) của điện thoại ghi lại hình ảnh tấm bảng.</w:t>
            </w:r>
          </w:p>
        </w:tc>
        <w:tc>
          <w:tcPr>
            <w:tcW w:type="dxa" w:w="907"/>
          </w:tcPr>
          <w:p>
            <w:r>
              <w:t>0,25</w:t>
            </w:r>
          </w:p>
        </w:tc>
      </w:tr>
      <w:tr>
        <w:tc>
          <w:tcPr>
            <w:tcW w:type="dxa" w:w="737"/>
          </w:tcPr>
          <w:p>
            <w:r/>
          </w:p>
        </w:tc>
        <w:tc>
          <w:tcPr>
            <w:tcW w:type="dxa" w:w="7937"/>
          </w:tcPr>
          <w:p>
            <w:r>
              <w:t>– Xử lí: bộ xử lí của điện thoại cắt ảnh, tạo tệp ảnh (dãy bit) từ hình thu được.</w:t>
            </w:r>
          </w:p>
        </w:tc>
        <w:tc>
          <w:tcPr>
            <w:tcW w:type="dxa" w:w="907"/>
          </w:tcPr>
          <w:p>
            <w:r>
              <w:t>0,25</w:t>
            </w:r>
          </w:p>
        </w:tc>
      </w:tr>
      <w:tr>
        <w:tc>
          <w:tcPr>
            <w:tcW w:type="dxa" w:w="737"/>
          </w:tcPr>
          <w:p>
            <w:r/>
          </w:p>
        </w:tc>
        <w:tc>
          <w:tcPr>
            <w:tcW w:type="dxa" w:w="7937"/>
          </w:tcPr>
          <w:p>
            <w:r>
              <w:t>– Lưu trữ: bộ nhớ (thẻ nhớ) của điện thoại lưu tệp ảnh.</w:t>
            </w:r>
          </w:p>
        </w:tc>
        <w:tc>
          <w:tcPr>
            <w:tcW w:type="dxa" w:w="907"/>
          </w:tcPr>
          <w:p>
            <w:r>
              <w:t>0,25</w:t>
            </w:r>
          </w:p>
        </w:tc>
      </w:tr>
      <w:tr>
        <w:tc>
          <w:tcPr>
            <w:tcW w:type="dxa" w:w="737"/>
          </w:tcPr>
          <w:p>
            <w:r/>
          </w:p>
        </w:tc>
        <w:tc>
          <w:tcPr>
            <w:tcW w:type="dxa" w:w="7937"/>
          </w:tcPr>
          <w:p>
            <w:r>
              <w:t>– Truyền: điện thoại gửi ảnh qua mạng (Wi-Fi hoặc 4G), qua ứng dụng nhắn tin tới điện thoại của Hùng. Chấp nhận học sinh nêu màn hình hiển thị ảnh là đưa thông tin ra.</w:t>
            </w:r>
          </w:p>
        </w:tc>
        <w:tc>
          <w:tcPr>
            <w:tcW w:type="dxa" w:w="907"/>
          </w:tcPr>
          <w:p>
            <w:r>
              <w:t>0,25</w:t>
            </w:r>
          </w:p>
        </w:tc>
      </w:tr>
      <w:tr>
        <w:tc>
          <w:tcPr>
            <w:tcW w:type="dxa" w:w="737"/>
          </w:tcPr>
          <w:p>
            <w:r>
              <w:t>21</w:t>
            </w:r>
          </w:p>
        </w:tc>
        <w:tc>
          <w:tcPr>
            <w:tcW w:type="dxa" w:w="7937"/>
          </w:tcPr>
          <w:p>
            <w:r>
              <w:t>– Bit là đơn vị nhỏ nhất dùng để lưu trữ thông tin, nhận một trong hai kí hiệu 0 hoặc 1.</w:t>
            </w:r>
          </w:p>
        </w:tc>
        <w:tc>
          <w:tcPr>
            <w:tcW w:type="dxa" w:w="907"/>
          </w:tcPr>
          <w:p>
            <w:r>
              <w:t>0,25</w:t>
            </w:r>
          </w:p>
        </w:tc>
      </w:tr>
      <w:tr>
        <w:tc>
          <w:tcPr>
            <w:tcW w:type="dxa" w:w="737"/>
          </w:tcPr>
          <w:p>
            <w:r/>
          </w:p>
        </w:tc>
        <w:tc>
          <w:tcPr>
            <w:tcW w:type="dxa" w:w="7937"/>
          </w:tcPr>
          <w:p>
            <w:r>
              <w:t>– 1 byte = 8 bit.</w:t>
            </w:r>
          </w:p>
        </w:tc>
        <w:tc>
          <w:tcPr>
            <w:tcW w:type="dxa" w:w="907"/>
          </w:tcPr>
          <w:p>
            <w:r>
              <w:t>0,25</w:t>
            </w:r>
          </w:p>
        </w:tc>
      </w:tr>
      <w:tr>
        <w:tc>
          <w:tcPr>
            <w:tcW w:type="dxa" w:w="737"/>
          </w:tcPr>
          <w:p>
            <w:r/>
          </w:p>
        </w:tc>
        <w:tc>
          <w:tcPr>
            <w:tcW w:type="dxa" w:w="7937"/>
          </w:tcPr>
          <w:p>
            <w:r>
              <w:t>– Thứ tự: byte &lt; KB &lt; MB &lt; GB &lt; TB (đúng cả dãy mới cho điểm).</w:t>
            </w:r>
          </w:p>
        </w:tc>
        <w:tc>
          <w:tcPr>
            <w:tcW w:type="dxa" w:w="907"/>
          </w:tcPr>
          <w:p>
            <w:r>
              <w:t>0,5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