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CUỐI KÌ II</w:t>
            </w:r>
          </w:p>
          <w:p>
            <w:pPr>
              <w:jc w:val="center"/>
            </w:pPr>
            <w:r>
              <w:rPr>
                <w:b/>
              </w:rPr>
              <w:t>NĂM HỌC 2026 – 2027</w:t>
            </w:r>
          </w:p>
          <w:p>
            <w:pPr>
              <w:jc w:val="center"/>
            </w:pPr>
            <w:r>
              <w:rPr>
                <w:b w:val="0"/>
              </w:rPr>
              <w:t>MÔN: TIN HỌC 7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Các ô C3 đến H3 chứa điểm các bài kiểm tra của một bạn. Để tính điểm trung bình của bạn đó, em dùng hàm nào?</w:t>
      </w:r>
    </w:p>
    <w:p>
      <w:pPr>
        <w:tabs>
          <w:tab w:pos="340" w:val="left"/>
          <w:tab w:pos="2835" w:val="left"/>
          <w:tab w:pos="5329" w:val="left"/>
          <w:tab w:pos="7824" w:val="left"/>
        </w:tabs>
        <w:spacing w:before="0"/>
      </w:pPr>
      <w:r>
        <w:rPr>
          <w:b w:val="0"/>
          <w:i w:val="0"/>
        </w:rPr>
        <w:tab/>
        <w:t>A. AVERAGE</w:t>
        <w:tab/>
        <w:t>B. SUM</w:t>
        <w:tab/>
        <w:t>C. COUNT</w:t>
        <w:tab/>
        <w:t>D. MAX</w:t>
      </w:r>
    </w:p>
    <w:p>
      <w:pPr>
        <w:keepNext w:val="0"/>
        <w:spacing w:before="80"/>
      </w:pPr>
      <w:r>
        <w:rPr>
          <w:b/>
        </w:rPr>
        <w:t xml:space="preserve">Câu 2. </w:t>
      </w:r>
      <w:r>
        <w:t>Muốn chèn thêm một cột trống vào bên trái cột C, em chọn cột C, nháy nút phải chuột rồi chọn lệnh</w:t>
      </w:r>
    </w:p>
    <w:p>
      <w:pPr>
        <w:tabs>
          <w:tab w:pos="340" w:val="left"/>
          <w:tab w:pos="2835" w:val="left"/>
          <w:tab w:pos="5329" w:val="left"/>
          <w:tab w:pos="7824" w:val="left"/>
        </w:tabs>
        <w:spacing w:before="0"/>
      </w:pPr>
      <w:r>
        <w:rPr>
          <w:b w:val="0"/>
          <w:i w:val="0"/>
        </w:rPr>
        <w:tab/>
        <w:t>A. Delete.</w:t>
        <w:tab/>
        <w:t>B. Insert.</w:t>
        <w:tab/>
        <w:t>C. Hide.</w:t>
        <w:tab/>
        <w:t>D. Rename.</w:t>
      </w:r>
    </w:p>
    <w:p>
      <w:pPr>
        <w:keepNext w:val="0"/>
        <w:spacing w:before="80"/>
      </w:pPr>
      <w:r>
        <w:rPr>
          <w:b/>
        </w:rPr>
        <w:t xml:space="preserve">Câu 3. </w:t>
      </w:r>
      <w:r>
        <w:t>Vùng D2:D31 dùng để ghi điểm kiểm tra của 30 học sinh; bạn nào vắng thì ô điểm để trống. Muốn biết có bao nhiêu bạn đã có điểm, em dùng công thức nào?</w:t>
      </w:r>
    </w:p>
    <w:p>
      <w:pPr>
        <w:tabs>
          <w:tab w:pos="340" w:val="left"/>
          <w:tab w:pos="2835" w:val="left"/>
          <w:tab w:pos="5329" w:val="left"/>
          <w:tab w:pos="7824" w:val="left"/>
        </w:tabs>
        <w:spacing w:before="0"/>
      </w:pPr>
      <w:r>
        <w:rPr>
          <w:b w:val="0"/>
          <w:i w:val="0"/>
        </w:rPr>
        <w:tab/>
        <w:t>A. =AVERAGE(D2:D31)</w:t>
        <w:tab/>
        <w:t>B. =SUM(D2:D31)</w:t>
        <w:tab/>
        <w:t>C. =MAX(D2:D31)</w:t>
        <w:tab/>
        <w:t>D. =COUNT(D2:D31)</w:t>
      </w:r>
    </w:p>
    <w:p>
      <w:pPr>
        <w:keepNext w:val="0"/>
        <w:spacing w:before="80"/>
      </w:pPr>
      <w:r>
        <w:rPr>
          <w:b/>
        </w:rPr>
        <w:t xml:space="preserve">Câu 4. </w:t>
      </w:r>
      <w:r>
        <w:t>Trong phần mềm trình chiếu, lệnh nào dùng để thêm một trang chiếu mới?</w:t>
      </w:r>
    </w:p>
    <w:p>
      <w:pPr>
        <w:tabs>
          <w:tab w:pos="340" w:val="left"/>
          <w:tab w:pos="2835" w:val="left"/>
          <w:tab w:pos="5329" w:val="left"/>
          <w:tab w:pos="7824" w:val="left"/>
        </w:tabs>
        <w:spacing w:before="0"/>
      </w:pPr>
      <w:r>
        <w:rPr>
          <w:b w:val="0"/>
          <w:i w:val="0"/>
        </w:rPr>
        <w:tab/>
        <w:t>A. Merge &amp; Center.</w:t>
        <w:tab/>
        <w:t>B. New Sheet.</w:t>
        <w:tab/>
        <w:t>C. New Slide.</w:t>
        <w:tab/>
        <w:t>D. Page Layout.</w:t>
      </w:r>
    </w:p>
    <w:p>
      <w:pPr>
        <w:keepNext w:val="0"/>
        <w:spacing w:before="80"/>
      </w:pPr>
      <w:r>
        <w:rPr>
          <w:b/>
        </w:rPr>
        <w:t xml:space="preserve">Câu 5. </w:t>
      </w:r>
      <w:r>
        <w:t>Trên trang chiếu có hai hình ảnh đặt chồng lên nhau. Lệnh nào đưa hình đang được chọn lên phía trên hình kia?</w:t>
      </w:r>
    </w:p>
    <w:p>
      <w:pPr>
        <w:tabs>
          <w:tab w:pos="340" w:val="left"/>
          <w:tab w:pos="2835" w:val="left"/>
          <w:tab w:pos="5329" w:val="left"/>
          <w:tab w:pos="7824" w:val="left"/>
        </w:tabs>
        <w:spacing w:before="0"/>
      </w:pPr>
      <w:r>
        <w:rPr>
          <w:b w:val="0"/>
          <w:i w:val="0"/>
        </w:rPr>
        <w:tab/>
        <w:t>A. Crop.</w:t>
        <w:tab/>
        <w:t>B. Send Backward.</w:t>
        <w:tab/>
        <w:t>C. Bring Forward.</w:t>
        <w:tab/>
        <w:t>D. Picture Border.</w:t>
      </w:r>
    </w:p>
    <w:p>
      <w:pPr>
        <w:keepNext w:val="0"/>
        <w:spacing w:before="80"/>
      </w:pPr>
      <w:r>
        <w:rPr>
          <w:b/>
        </w:rPr>
        <w:t xml:space="preserve">Câu 6. </w:t>
      </w:r>
      <w:r>
        <w:t>Nhóm em làm bài trình chiếu “Bảo vệ môi trường” gồm 8 trang chiếu. Muốn các trang có cùng màu nền, phông chữ hài hoà mà không phải chỉnh từng trang, em nên</w:t>
      </w:r>
    </w:p>
    <w:p>
      <w:pPr>
        <w:spacing w:before="0"/>
        <w:ind w:left="340"/>
      </w:pPr>
      <w:r>
        <w:rPr>
          <w:b w:val="0"/>
          <w:i w:val="0"/>
        </w:rPr>
        <w:t>A. chọn một bản mẫu (Theme) trong thẻ Design.</w:t>
      </w:r>
    </w:p>
    <w:p>
      <w:pPr>
        <w:spacing w:before="0"/>
        <w:ind w:left="340"/>
      </w:pPr>
      <w:r>
        <w:rPr>
          <w:b w:val="0"/>
          <w:i w:val="0"/>
        </w:rPr>
        <w:t>B. tô màu nền cho từng trang chiếu một.</w:t>
      </w:r>
    </w:p>
    <w:p>
      <w:pPr>
        <w:spacing w:before="0"/>
        <w:ind w:left="340"/>
      </w:pPr>
      <w:r>
        <w:rPr>
          <w:b w:val="0"/>
          <w:i w:val="0"/>
        </w:rPr>
        <w:t>C. chèn cùng một hình ảnh lên tất cả các trang.</w:t>
      </w:r>
    </w:p>
    <w:p>
      <w:pPr>
        <w:spacing w:before="0"/>
        <w:ind w:left="340"/>
      </w:pPr>
      <w:r>
        <w:rPr>
          <w:b w:val="0"/>
          <w:i w:val="0"/>
        </w:rPr>
        <w:t>D. thêm hiệu ứng chuyển trang cho mọi trang chiếu.</w:t>
      </w:r>
    </w:p>
    <w:p>
      <w:pPr>
        <w:keepNext w:val="0"/>
        <w:spacing w:before="80"/>
      </w:pPr>
      <w:r>
        <w:rPr>
          <w:b/>
        </w:rPr>
        <w:t xml:space="preserve">Câu 7. </w:t>
      </w:r>
      <w:r>
        <w:t>Đầu ra của thuật toán tìm kiếm tuần tự là gì?</w:t>
      </w:r>
    </w:p>
    <w:p>
      <w:pPr>
        <w:spacing w:before="0"/>
        <w:ind w:left="340"/>
      </w:pPr>
      <w:r>
        <w:rPr>
          <w:b w:val="0"/>
          <w:i w:val="0"/>
        </w:rPr>
        <w:t>A. Số lượng phần tử có trong dãy.</w:t>
      </w:r>
    </w:p>
    <w:p>
      <w:pPr>
        <w:spacing w:before="0"/>
        <w:ind w:left="340"/>
      </w:pPr>
      <w:r>
        <w:rPr>
          <w:b w:val="0"/>
          <w:i w:val="0"/>
        </w:rPr>
        <w:t>B. Dãy số đã được sắp xếp theo thứ tự tăng dần.</w:t>
      </w:r>
    </w:p>
    <w:p>
      <w:pPr>
        <w:spacing w:before="0"/>
        <w:ind w:left="340"/>
      </w:pPr>
      <w:r>
        <w:rPr>
          <w:b w:val="0"/>
          <w:i w:val="0"/>
        </w:rPr>
        <w:t>C. Phần tử có giá trị lớn nhất trong dãy.</w:t>
      </w:r>
    </w:p>
    <w:p>
      <w:pPr>
        <w:spacing w:before="0"/>
        <w:ind w:left="340"/>
      </w:pPr>
      <w:r>
        <w:rPr>
          <w:b w:val="0"/>
          <w:i w:val="0"/>
        </w:rPr>
        <w:t>D. Thông báo tìm thấy (kèm vị trí) hoặc thông báo không tìm thấy.</w:t>
      </w:r>
    </w:p>
    <w:p>
      <w:pPr>
        <w:keepNext w:val="0"/>
        <w:spacing w:before="80"/>
      </w:pPr>
      <w:r>
        <w:rPr>
          <w:b/>
        </w:rPr>
        <w:t xml:space="preserve">Câu 8. </w:t>
      </w:r>
      <w:r>
        <w:t>Dùng thuật toán tìm kiếm tuần tự để tìm số 9 trong dãy 4, 7, 2, 9, 5, 9 (vị trí tính từ 1). Thuật toán dừng lại với kết quả nào?</w:t>
      </w:r>
    </w:p>
    <w:p>
      <w:pPr>
        <w:tabs>
          <w:tab w:pos="340" w:val="left"/>
          <w:tab w:pos="5216" w:val="left"/>
        </w:tabs>
        <w:spacing w:before="0"/>
      </w:pPr>
      <w:r>
        <w:rPr>
          <w:b w:val="0"/>
          <w:i w:val="0"/>
        </w:rPr>
        <w:tab/>
        <w:t>A. Tìm thấy ở vị trí thứ 6.</w:t>
        <w:tab/>
        <w:t>B. Tìm thấy ở vị trí thứ 4.</w:t>
      </w:r>
    </w:p>
    <w:p>
      <w:pPr>
        <w:tabs>
          <w:tab w:pos="340" w:val="left"/>
          <w:tab w:pos="5216" w:val="left"/>
        </w:tabs>
        <w:spacing w:before="0"/>
      </w:pPr>
      <w:r>
        <w:rPr>
          <w:b w:val="0"/>
          <w:i w:val="0"/>
        </w:rPr>
        <w:tab/>
        <w:t>C. Tìm thấy ở cả vị trí 4 và 6.</w:t>
        <w:tab/>
        <w:t>D. Không tìm thấy.</w:t>
      </w:r>
    </w:p>
    <w:p>
      <w:pPr>
        <w:keepNext w:val="0"/>
        <w:spacing w:before="80"/>
      </w:pPr>
      <w:r>
        <w:rPr>
          <w:b/>
        </w:rPr>
        <w:t xml:space="preserve">Câu 9. </w:t>
      </w:r>
      <w:r>
        <w:t>Bạn Tâm muốn dùng thuật toán tìm kiếm nhị phân để tìm một từ trong danh sách 200 từ tiếng Anh. Danh sách cần thoả mãn điều gì?</w:t>
      </w:r>
    </w:p>
    <w:p>
      <w:pPr>
        <w:spacing w:before="0"/>
        <w:ind w:left="340"/>
      </w:pPr>
      <w:r>
        <w:rPr>
          <w:b w:val="0"/>
          <w:i w:val="0"/>
        </w:rPr>
        <w:t>A. Các từ phải được viết bằng chữ in hoa.</w:t>
      </w:r>
    </w:p>
    <w:p>
      <w:pPr>
        <w:spacing w:before="0"/>
        <w:ind w:left="340"/>
      </w:pPr>
      <w:r>
        <w:rPr>
          <w:b w:val="0"/>
          <w:i w:val="0"/>
        </w:rPr>
        <w:t>B. Các từ phải có cùng số chữ cái.</w:t>
      </w:r>
    </w:p>
    <w:p>
      <w:pPr>
        <w:spacing w:before="0"/>
        <w:ind w:left="340"/>
      </w:pPr>
      <w:r>
        <w:rPr>
          <w:b w:val="0"/>
          <w:i w:val="0"/>
        </w:rPr>
        <w:t>C. Danh sách phải có số từ là số chẵn.</w:t>
      </w:r>
    </w:p>
    <w:p>
      <w:pPr>
        <w:spacing w:before="0"/>
        <w:ind w:left="340"/>
      </w:pPr>
      <w:r>
        <w:rPr>
          <w:b w:val="0"/>
          <w:i w:val="0"/>
        </w:rPr>
        <w:t>D. Các từ đã được xếp theo thứ tự bảng chữ cái.</w:t>
      </w:r>
    </w:p>
    <w:p>
      <w:pPr>
        <w:keepNext w:val="0"/>
        <w:spacing w:before="80"/>
      </w:pPr>
      <w:r>
        <w:rPr>
          <w:b/>
        </w:rPr>
        <w:t xml:space="preserve">Câu 10. </w:t>
      </w:r>
      <w:r>
        <w:t>Dãy 3, 8, 12, 17, 25, 31, 40 đã sắp xếp tăng dần. Dùng thuật toán tìm kiếm nhị phân để tìm số 40 thì cần bao nhiêu lần so sánh? (Mỗi lần đem số 40 so sánh với một phần tử của dãy tính là một lần.)</w:t>
      </w:r>
    </w:p>
    <w:p>
      <w:pPr>
        <w:tabs>
          <w:tab w:pos="340" w:val="left"/>
          <w:tab w:pos="2835" w:val="left"/>
          <w:tab w:pos="5329" w:val="left"/>
          <w:tab w:pos="7824" w:val="left"/>
        </w:tabs>
        <w:spacing w:before="0"/>
      </w:pPr>
      <w:r>
        <w:rPr>
          <w:b w:val="0"/>
          <w:i w:val="0"/>
        </w:rPr>
        <w:tab/>
        <w:t>A. 1.</w:t>
        <w:tab/>
        <w:t>B. 2.</w:t>
        <w:tab/>
        <w:t>C. 3.</w:t>
        <w:tab/>
        <w:t>D. 7.</w:t>
      </w:r>
    </w:p>
    <w:p>
      <w:pPr>
        <w:keepNext w:val="0"/>
        <w:spacing w:before="80"/>
      </w:pPr>
      <w:r>
        <w:rPr>
          <w:b/>
        </w:rPr>
        <w:t xml:space="preserve">Câu 11. </w:t>
      </w:r>
      <w:r>
        <w:t>Ở mỗi vòng lặp, thuật toán sắp xếp chọn (sắp xếp tăng dần) làm việc gì?</w:t>
      </w:r>
    </w:p>
    <w:p>
      <w:pPr>
        <w:spacing w:before="0"/>
        <w:ind w:left="340"/>
      </w:pPr>
      <w:r>
        <w:rPr>
          <w:b w:val="0"/>
          <w:i w:val="0"/>
        </w:rPr>
        <w:t>A. Tìm phần tử nhỏ nhất trong phần chưa sắp xếp và đưa nó về đầu phần đó.</w:t>
      </w:r>
    </w:p>
    <w:p>
      <w:pPr>
        <w:spacing w:before="0"/>
        <w:ind w:left="340"/>
      </w:pPr>
      <w:r>
        <w:rPr>
          <w:b w:val="0"/>
          <w:i w:val="0"/>
        </w:rPr>
        <w:t>B. Chia dãy thành hai nửa rồi giữ lại nửa chứa phần tử nhỏ nhất.</w:t>
      </w:r>
    </w:p>
    <w:p>
      <w:pPr>
        <w:spacing w:before="0"/>
        <w:ind w:left="340"/>
      </w:pPr>
      <w:r>
        <w:rPr>
          <w:b w:val="0"/>
          <w:i w:val="0"/>
        </w:rPr>
        <w:t>C. Đưa phần tử đầu tiên của dãy xuống vị trí cuối dãy.</w:t>
      </w:r>
    </w:p>
    <w:p>
      <w:pPr>
        <w:spacing w:before="0"/>
        <w:ind w:left="340"/>
      </w:pPr>
      <w:r>
        <w:rPr>
          <w:b w:val="0"/>
          <w:i w:val="0"/>
        </w:rPr>
        <w:t>D. Xoá các phần tử trùng nhau ra khỏi dãy.</w:t>
      </w:r>
    </w:p>
    <w:p>
      <w:pPr>
        <w:keepNext w:val="0"/>
        <w:spacing w:before="80"/>
      </w:pPr>
      <w:r>
        <w:rPr>
          <w:b/>
        </w:rPr>
        <w:t xml:space="preserve">Câu 12. </w:t>
      </w:r>
      <w:r>
        <w:t>Khi giải bài toán sắp xếp, người ta chia thành các bài toán nhỏ hơn (ví dụ: mỗi vòng lặp chỉ đưa một phần tử về đúng vị trí). Việc chia nhỏ như vậy có ý nghĩa gì?</w:t>
      </w:r>
    </w:p>
    <w:p>
      <w:pPr>
        <w:spacing w:before="0"/>
        <w:ind w:left="340"/>
      </w:pPr>
      <w:r>
        <w:rPr>
          <w:b w:val="0"/>
          <w:i w:val="0"/>
        </w:rPr>
        <w:t>A. Dãy số sau khi sắp xếp có ít phần tử hơn.</w:t>
      </w:r>
    </w:p>
    <w:p>
      <w:pPr>
        <w:spacing w:before="0"/>
        <w:ind w:left="340"/>
      </w:pPr>
      <w:r>
        <w:rPr>
          <w:b w:val="0"/>
          <w:i w:val="0"/>
        </w:rPr>
        <w:t>B. Mỗi bài toán nhỏ dễ hiểu, dễ giải quyết hơn bài toán ban đầu.</w:t>
      </w:r>
    </w:p>
    <w:p>
      <w:pPr>
        <w:spacing w:before="0"/>
        <w:ind w:left="340"/>
      </w:pPr>
      <w:r>
        <w:rPr>
          <w:b w:val="0"/>
          <w:i w:val="0"/>
        </w:rPr>
        <w:t>C. Không cần so sánh các phần tử với nhau nữa.</w:t>
      </w:r>
    </w:p>
    <w:p>
      <w:pPr>
        <w:spacing w:before="0"/>
        <w:ind w:left="340"/>
      </w:pPr>
      <w:r>
        <w:rPr>
          <w:b w:val="0"/>
          <w:i w:val="0"/>
        </w:rPr>
        <w:t>D. Kết quả sắp xếp khác nhau sau mỗi lần thực hiện.</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Lớp 7D tổ chức “Tuần lễ đọc sách”. Lớp trưởng ghi số sách mỗi bạn đã đọc vào vùng B2:B36 của trang tính, dùng hàm để tổng kết, rồi làm bài trình chiếu có hình ảnh và hiệu ứng để báo cáo kết quả. Mỗi nhận định sau đúng hay sai?</w:t>
      </w:r>
    </w:p>
    <w:p>
      <w:pPr>
        <w:spacing w:before="0"/>
        <w:ind w:left="340"/>
      </w:pPr>
      <w:r>
        <w:rPr>
          <w:b w:val="0"/>
          <w:i w:val="0"/>
        </w:rPr>
        <w:t>a) Ô E2 chứa công thức =AVERAGE(B2:B36). Nếu lớp trưởng sửa số sách của một bạn từ 3 thành 38 thì kết quả ở ô E2 tăng thêm 35.</w:t>
      </w:r>
    </w:p>
    <w:p>
      <w:pPr>
        <w:spacing w:before="0"/>
        <w:ind w:left="340"/>
      </w:pPr>
      <w:r>
        <w:rPr>
          <w:b w:val="0"/>
          <w:i w:val="0"/>
        </w:rPr>
        <w:t>b) Trang tiêu đề của bài trình chiếu nên ghi tên bài báo cáo “Tuần lễ đọc sách lớp 7D” và tên người trình bày.</w:t>
      </w:r>
    </w:p>
    <w:p>
      <w:pPr>
        <w:spacing w:before="0"/>
        <w:ind w:left="340"/>
      </w:pPr>
      <w:r>
        <w:rPr>
          <w:b w:val="0"/>
          <w:i w:val="0"/>
        </w:rPr>
        <w:t>c) Hiệu ứng chuyển trang (Transitions) được đặt cho từng hình ảnh trên trang chiếu, còn hiệu ứng cho đối tượng (Animations) đặt cho cả trang chiếu.</w:t>
      </w:r>
    </w:p>
    <w:p>
      <w:pPr>
        <w:spacing w:before="0"/>
        <w:ind w:left="340"/>
      </w:pPr>
      <w:r>
        <w:rPr>
          <w:b w:val="0"/>
          <w:i w:val="0"/>
        </w:rPr>
        <w:t>d) Muốn xếp danh sách các bạn theo số sách đã đọc, có thể dùng thuật toán sắp xếp để đưa dãy về thứ tự tăng dần hoặc giảm dần.</w:t>
      </w:r>
    </w:p>
    <w:p>
      <w:pPr>
        <w:keepNext w:val="0"/>
        <w:spacing w:before="80"/>
      </w:pPr>
      <w:r>
        <w:rPr>
          <w:b/>
        </w:rPr>
        <w:t xml:space="preserve">Câu 14. </w:t>
      </w:r>
      <w:r>
        <w:t>Cho dãy mã số thẻ thư viện đã sắp xếp tăng dần: 105, 118, 126, 133, 147, 152, 160 (7 phần tử, vị trí từ 1 đến 7). Mỗi nhận định sau đúng hay sai?</w:t>
      </w:r>
    </w:p>
    <w:p>
      <w:pPr>
        <w:spacing w:before="0"/>
        <w:ind w:left="340"/>
      </w:pPr>
      <w:r>
        <w:rPr>
          <w:b w:val="0"/>
          <w:i w:val="0"/>
        </w:rPr>
        <w:t>a) Thuật toán tìm kiếm tuần tự cũng dùng được để tìm một mã số trong dãy này.</w:t>
      </w:r>
    </w:p>
    <w:p>
      <w:pPr>
        <w:spacing w:before="0"/>
        <w:ind w:left="340"/>
      </w:pPr>
      <w:r>
        <w:rPr>
          <w:b w:val="0"/>
          <w:i w:val="0"/>
        </w:rPr>
        <w:t>b) Tìm mã số 152 bằng tìm kiếm tuần tự, thuật toán tìm thấy sau 5 lần so sánh.</w:t>
      </w:r>
    </w:p>
    <w:p>
      <w:pPr>
        <w:spacing w:before="0"/>
        <w:ind w:left="340"/>
      </w:pPr>
      <w:r>
        <w:rPr>
          <w:b w:val="0"/>
          <w:i w:val="0"/>
        </w:rPr>
        <w:t>c) Tìm mã số 140 bằng tìm kiếm nhị phân, thuật toán thông báo “Tìm thấy” vì 140 nằm giữa 133 và 147.</w:t>
      </w:r>
    </w:p>
    <w:p>
      <w:pPr>
        <w:spacing w:before="0"/>
        <w:ind w:left="340"/>
      </w:pPr>
      <w:r>
        <w:rPr>
          <w:b w:val="0"/>
          <w:i w:val="0"/>
        </w:rPr>
        <w:t>d) Tìm mã số 105 (ở đầu dãy) thì tìm kiếm tuần tự cần ít lần so sánh hơn tìm kiếm nhị phân.</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Các ô B2 đến B6 chứa điểm của năm bạn trong tổ: 7, 9, 6, 8, 10. Để biết điểm cao nhất hơn điểm thấp nhất bao nhiêu, em nhập công thức =MAX(B2:B6)-MIN(B2:B6). Công thức cho kết quả là bao nhiêu? (Chỉ ghi số.)</w:t>
      </w:r>
    </w:p>
    <w:p>
      <w:pPr>
        <w:keepNext w:val="0"/>
        <w:spacing w:before="80"/>
      </w:pPr>
      <w:r>
        <w:rPr>
          <w:b/>
        </w:rPr>
        <w:t xml:space="preserve">Câu 16. </w:t>
      </w:r>
      <w:r>
        <w:t>Một trang chiếu có tiêu đề, 3 hình ảnh và 1 hộp chữ. Em đặt hiệu ứng xuất hiện khi nháy chuột (On Click) cho 3 hình ảnh và hộp chữ, tiêu đề không có hiệu ứng. Khi trình chiếu trang này, em phải nháy chuột bao nhiêu lần để mọi đối tượng hiện ra hết? (Chỉ ghi số.)</w:t>
      </w:r>
    </w:p>
    <w:p>
      <w:pPr>
        <w:keepNext w:val="0"/>
        <w:spacing w:before="80"/>
      </w:pPr>
      <w:r>
        <w:rPr>
          <w:b/>
        </w:rPr>
        <w:t xml:space="preserve">Câu 17. </w:t>
      </w:r>
      <w:r>
        <w:t>Dùng thuật toán tìm kiếm tuần tự để tìm số 20 trong dãy 12, 5, 30, 8, 21, 17, 9, 40. Thuật toán thực hiện bao nhiêu lần so sánh số 20 với một phần tử của dãy rồi mới thông báo “Không tìm thấy”? (Chỉ ghi số.)</w:t>
      </w:r>
    </w:p>
    <w:p>
      <w:pPr>
        <w:keepNext w:val="0"/>
        <w:spacing w:before="80"/>
      </w:pPr>
      <w:r>
        <w:rPr>
          <w:b/>
        </w:rPr>
        <w:t xml:space="preserve">Câu 18. </w:t>
      </w:r>
      <w:r>
        <w:t>Sắp xếp dãy số 15, 4, 23, 8, 16 theo thứ tự giảm dần. Sau khi sắp xếp xong, số đứng ở vị trí thứ hai là số nào?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Em chuẩn bị bài trình chiếu giới thiệu câu lạc bộ Tin học của trường. (1,0 điểm)</w:t>
      </w:r>
    </w:p>
    <w:p>
      <w:pPr>
        <w:spacing w:before="0"/>
      </w:pPr>
      <w:r>
        <w:rPr>
          <w:b w:val="0"/>
          <w:i w:val="0"/>
        </w:rPr>
        <w:t>a) Vì sao nên tổ chức nội dung các trang chiếu theo cấu trúc phân cấp?</w:t>
      </w:r>
    </w:p>
    <w:p>
      <w:pPr>
        <w:spacing w:before="0"/>
      </w:pPr>
      <w:r>
        <w:rPr>
          <w:b w:val="0"/>
          <w:i w:val="0"/>
        </w:rPr>
        <w:t>b) Lập dàn ý cho một trang chiếu nội dung có ít nhất hai mức (cấp) và cho biết cách tạo mức thấp hơn.</w:t>
      </w:r>
    </w:p>
    <w:p>
      <w:pPr>
        <w:spacing w:before="80"/>
      </w:pPr>
      <w:r>
        <w:rPr>
          <w:b/>
        </w:rPr>
        <w:t xml:space="preserve">Câu 20. </w:t>
      </w:r>
      <w:r>
        <w:t>Nêu ý tưởng của thuật toán tìm kiếm nhị phân khi tìm một giá trị trong dãy đã được sắp xếp tăng dần. (1,0 điểm)</w:t>
      </w:r>
    </w:p>
    <w:p>
      <w:pPr>
        <w:spacing w:before="80"/>
      </w:pPr>
      <w:r>
        <w:rPr>
          <w:b/>
        </w:rPr>
        <w:t xml:space="preserve">Câu 21. </w:t>
      </w:r>
      <w:r>
        <w:t>Cho dãy số 7, 3, 9, 2. Dùng thuật toán sắp xếp nổi bọt để sắp xếp dãy theo thứ tự tăng dần: mỗi lượt duyệt đi từ cuối dãy về đầu dãy, so sánh từng cặp hai số liền kề, nếu số đứng trước lớn hơn số đứng sau thì đổi chỗ. Hãy viết dãy số sau mỗi lượt duyệt cho đến khi dãy được sắp xếp xong.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II</w:t>
            </w:r>
          </w:p>
          <w:p>
            <w:pPr>
              <w:jc w:val="center"/>
            </w:pPr>
            <w:r>
              <w:rPr>
                <w:b/>
              </w:rPr>
              <w:t>NĂM HỌC 2026 – 2027</w:t>
            </w:r>
          </w:p>
          <w:p>
            <w:pPr>
              <w:jc w:val="center"/>
            </w:pPr>
            <w:r>
              <w:rPr>
                <w:b w:val="0"/>
              </w:rPr>
              <w:t>MÔN: TIN HỌC 7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A</w:t>
            </w:r>
          </w:p>
        </w:tc>
        <w:tc>
          <w:tcPr>
            <w:tcW w:type="dxa" w:w="709"/>
          </w:tcPr>
          <w:p>
            <w:r>
              <w:t>B</w:t>
            </w:r>
          </w:p>
        </w:tc>
        <w:tc>
          <w:tcPr>
            <w:tcW w:type="dxa" w:w="709"/>
          </w:tcPr>
          <w:p>
            <w:r>
              <w:t>D</w:t>
            </w:r>
          </w:p>
        </w:tc>
        <w:tc>
          <w:tcPr>
            <w:tcW w:type="dxa" w:w="709"/>
          </w:tcPr>
          <w:p>
            <w:r>
              <w:t>C</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D</w:t>
            </w:r>
          </w:p>
        </w:tc>
        <w:tc>
          <w:tcPr>
            <w:tcW w:type="dxa" w:w="709"/>
          </w:tcPr>
          <w:p>
            <w:r>
              <w:t>C</w:t>
            </w:r>
          </w:p>
        </w:tc>
        <w:tc>
          <w:tcPr>
            <w:tcW w:type="dxa" w:w="709"/>
          </w:tcPr>
          <w:p>
            <w:r>
              <w:t>A</w:t>
            </w:r>
          </w:p>
        </w:tc>
        <w:tc>
          <w:tcPr>
            <w:tcW w:type="dxa" w:w="709"/>
          </w:tcPr>
          <w:p>
            <w:r>
              <w:t>B</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Sai</w:t>
            </w:r>
          </w:p>
        </w:tc>
        <w:tc>
          <w:tcPr>
            <w:tcW w:type="dxa" w:w="2098"/>
          </w:tcPr>
          <w:p>
            <w:r>
              <w:t>Đúng</w:t>
            </w:r>
          </w:p>
        </w:tc>
        <w:tc>
          <w:tcPr>
            <w:tcW w:type="dxa" w:w="2098"/>
          </w:tcPr>
          <w:p>
            <w:r>
              <w:t>Sai</w:t>
            </w:r>
          </w:p>
        </w:tc>
        <w:tc>
          <w:tcPr>
            <w:tcW w:type="dxa" w:w="2098"/>
          </w:tcPr>
          <w:p>
            <w:r>
              <w:t>Đúng</w:t>
            </w:r>
          </w:p>
        </w:tc>
      </w:tr>
      <w:tr>
        <w:tc>
          <w:tcPr>
            <w:tcW w:type="dxa" w:w="1077"/>
          </w:tcPr>
          <w:p>
            <w:r>
              <w:t>14</w:t>
            </w:r>
          </w:p>
        </w:tc>
        <w:tc>
          <w:tcPr>
            <w:tcW w:type="dxa" w:w="2098"/>
          </w:tcPr>
          <w:p>
            <w:r>
              <w:t>Đúng</w:t>
            </w:r>
          </w:p>
        </w:tc>
        <w:tc>
          <w:tcPr>
            <w:tcW w:type="dxa" w:w="2098"/>
          </w:tcPr>
          <w:p>
            <w:r>
              <w:t>Sai</w:t>
            </w:r>
          </w:p>
        </w:tc>
        <w:tc>
          <w:tcPr>
            <w:tcW w:type="dxa" w:w="2098"/>
          </w:tcPr>
          <w:p>
            <w:r>
              <w:t>Sai</w:t>
            </w:r>
          </w:p>
        </w:tc>
        <w:tc>
          <w:tcPr>
            <w:tcW w:type="dxa" w:w="2098"/>
          </w:tcPr>
          <w:p>
            <w:r>
              <w:t>Đúng</w:t>
            </w:r>
          </w:p>
        </w:tc>
      </w:tr>
    </w:tbl>
    <w:p>
      <w:pPr>
        <w:spacing w:before="0"/>
      </w:pPr>
      <w:r>
        <w:rPr>
          <w:b w:val="0"/>
          <w:i/>
        </w:rPr>
        <w:t>Câu 13: a) Sai: tổng số sách tăng 35 nhưng được chia cho 35 bạn nên trung bình chỉ tăng 1. b) Đúng. c) Sai: ngược lại, Transitions là hiệu ứng khi chuyển từ trang chiếu này sang trang khác, Animations là hiệu ứng cho từng đối tượng trên trang. d) Đúng.</w:t>
      </w:r>
    </w:p>
    <w:p>
      <w:pPr>
        <w:spacing w:before="0"/>
      </w:pPr>
      <w:r>
        <w:rPr>
          <w:b w:val="0"/>
          <w:i/>
        </w:rPr>
        <w:t>Câu 14: a) Đúng: tìm kiếm tuần tự dùng được cho mọi dãy. b) Sai: 152 ở vị trí thứ 6 nên cần 6 lần so sánh. c) Sai: 140 không có trong dãy nên thuật toán thông báo “Không tìm thấy”. d) Đúng: tuần tự so sánh 1 lần; nhị phân so với 133, rồi 118, rồi 105 là 3 lần.</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4</w:t>
            </w:r>
          </w:p>
        </w:tc>
        <w:tc>
          <w:tcPr>
            <w:tcW w:type="dxa" w:w="6576"/>
          </w:tcPr>
          <w:p>
            <w:r>
              <w:t>MAX = 10, MIN = 6, nên kết quả 10 − 6 = 4.</w:t>
            </w:r>
          </w:p>
        </w:tc>
      </w:tr>
      <w:tr>
        <w:tc>
          <w:tcPr>
            <w:tcW w:type="dxa" w:w="737"/>
          </w:tcPr>
          <w:p>
            <w:r>
              <w:t>16</w:t>
            </w:r>
          </w:p>
        </w:tc>
        <w:tc>
          <w:tcPr>
            <w:tcW w:type="dxa" w:w="2268"/>
          </w:tcPr>
          <w:p>
            <w:r>
              <w:t>4</w:t>
            </w:r>
          </w:p>
        </w:tc>
        <w:tc>
          <w:tcPr>
            <w:tcW w:type="dxa" w:w="6576"/>
          </w:tcPr>
          <w:p>
            <w:r>
              <w:t>Mỗi đối tượng có hiệu ứng On Click cần một lần nháy chuột: 3 hình ảnh + 1 hộp chữ = 4 lần.</w:t>
            </w:r>
          </w:p>
        </w:tc>
      </w:tr>
      <w:tr>
        <w:tc>
          <w:tcPr>
            <w:tcW w:type="dxa" w:w="737"/>
          </w:tcPr>
          <w:p>
            <w:r>
              <w:t>17</w:t>
            </w:r>
          </w:p>
        </w:tc>
        <w:tc>
          <w:tcPr>
            <w:tcW w:type="dxa" w:w="2268"/>
          </w:tcPr>
          <w:p>
            <w:r>
              <w:t>8</w:t>
            </w:r>
          </w:p>
        </w:tc>
        <w:tc>
          <w:tcPr>
            <w:tcW w:type="dxa" w:w="6576"/>
          </w:tcPr>
          <w:p>
            <w:r>
              <w:t>Số 20 không có trong dãy nên phải so sánh với cả 8 phần tử rồi mới kết luận không tìm thấy.</w:t>
            </w:r>
          </w:p>
        </w:tc>
      </w:tr>
      <w:tr>
        <w:tc>
          <w:tcPr>
            <w:tcW w:type="dxa" w:w="737"/>
          </w:tcPr>
          <w:p>
            <w:r>
              <w:t>18</w:t>
            </w:r>
          </w:p>
        </w:tc>
        <w:tc>
          <w:tcPr>
            <w:tcW w:type="dxa" w:w="2268"/>
          </w:tcPr>
          <w:p>
            <w:r>
              <w:t>16</w:t>
            </w:r>
          </w:p>
        </w:tc>
        <w:tc>
          <w:tcPr>
            <w:tcW w:type="dxa" w:w="6576"/>
          </w:tcPr>
          <w:p>
            <w:r>
              <w:t>Dãy giảm dần là 23, 16, 15, 8, 4; vị trí thứ hai là 16.</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a) Cấu trúc phân cấp làm rõ ý chính và các ý chi tiết của từng ý chính.</w:t>
            </w:r>
          </w:p>
        </w:tc>
        <w:tc>
          <w:tcPr>
            <w:tcW w:type="dxa" w:w="907"/>
          </w:tcPr>
          <w:p>
            <w:r>
              <w:t>0,25</w:t>
            </w:r>
          </w:p>
        </w:tc>
      </w:tr>
      <w:tr>
        <w:tc>
          <w:tcPr>
            <w:tcW w:type="dxa" w:w="737"/>
          </w:tcPr>
          <w:p>
            <w:r/>
          </w:p>
        </w:tc>
        <w:tc>
          <w:tcPr>
            <w:tcW w:type="dxa" w:w="7937"/>
          </w:tcPr>
          <w:p>
            <w:r>
              <w:t>– a) Người xem dễ theo dõi, dễ ghi nhớ; người trình bày dễ trình bày theo trình tự.</w:t>
            </w:r>
          </w:p>
        </w:tc>
        <w:tc>
          <w:tcPr>
            <w:tcW w:type="dxa" w:w="907"/>
          </w:tcPr>
          <w:p>
            <w:r>
              <w:t>0,25</w:t>
            </w:r>
          </w:p>
        </w:tc>
      </w:tr>
      <w:tr>
        <w:tc>
          <w:tcPr>
            <w:tcW w:type="dxa" w:w="737"/>
          </w:tcPr>
          <w:p>
            <w:r/>
          </w:p>
        </w:tc>
        <w:tc>
          <w:tcPr>
            <w:tcW w:type="dxa" w:w="7937"/>
          </w:tcPr>
          <w:p>
            <w:r>
              <w:t>– b) Dàn ý hợp lí: dòng cấp 1 là ý chính (ví dụ “Hoạt động của câu lạc bộ”), các dòng cấp 2 là ý chi tiết (ví dụ “Lập trình Scratch”, “Thi tin học trẻ”).</w:t>
            </w:r>
          </w:p>
        </w:tc>
        <w:tc>
          <w:tcPr>
            <w:tcW w:type="dxa" w:w="907"/>
          </w:tcPr>
          <w:p>
            <w:r>
              <w:t>0,25</w:t>
            </w:r>
          </w:p>
        </w:tc>
      </w:tr>
      <w:tr>
        <w:tc>
          <w:tcPr>
            <w:tcW w:type="dxa" w:w="737"/>
          </w:tcPr>
          <w:p>
            <w:r/>
          </w:p>
        </w:tc>
        <w:tc>
          <w:tcPr>
            <w:tcW w:type="dxa" w:w="7937"/>
          </w:tcPr>
          <w:p>
            <w:r>
              <w:t>– b) Tạo mức thấp hơn: đặt con trỏ ở đầu dòng rồi nhấn Tab (hoặc dùng lệnh tăng mức danh sách); Shift + Tab để trở lại mức trên.</w:t>
            </w:r>
          </w:p>
        </w:tc>
        <w:tc>
          <w:tcPr>
            <w:tcW w:type="dxa" w:w="907"/>
          </w:tcPr>
          <w:p>
            <w:r>
              <w:t>0,25</w:t>
            </w:r>
          </w:p>
        </w:tc>
      </w:tr>
      <w:tr>
        <w:tc>
          <w:tcPr>
            <w:tcW w:type="dxa" w:w="737"/>
          </w:tcPr>
          <w:p>
            <w:r>
              <w:t>20</w:t>
            </w:r>
          </w:p>
        </w:tc>
        <w:tc>
          <w:tcPr>
            <w:tcW w:type="dxa" w:w="7937"/>
          </w:tcPr>
          <w:p>
            <w:r>
              <w:t>– Mỗi bước so sánh giá trị cần tìm với phần tử ở giữa vùng đang tìm kiếm; nếu bằng thì thông báo tìm thấy và dừng.</w:t>
            </w:r>
          </w:p>
        </w:tc>
        <w:tc>
          <w:tcPr>
            <w:tcW w:type="dxa" w:w="907"/>
          </w:tcPr>
          <w:p>
            <w:r>
              <w:t>0,25</w:t>
            </w:r>
          </w:p>
        </w:tc>
      </w:tr>
      <w:tr>
        <w:tc>
          <w:tcPr>
            <w:tcW w:type="dxa" w:w="737"/>
          </w:tcPr>
          <w:p>
            <w:r/>
          </w:p>
        </w:tc>
        <w:tc>
          <w:tcPr>
            <w:tcW w:type="dxa" w:w="7937"/>
          </w:tcPr>
          <w:p>
            <w:r>
              <w:t>– Nếu giá trị cần tìm nhỏ hơn phần tử ở giữa thì bỏ nửa sau, chỉ tìm tiếp trong nửa trước của vùng.</w:t>
            </w:r>
          </w:p>
        </w:tc>
        <w:tc>
          <w:tcPr>
            <w:tcW w:type="dxa" w:w="907"/>
          </w:tcPr>
          <w:p>
            <w:r>
              <w:t>0,25</w:t>
            </w:r>
          </w:p>
        </w:tc>
      </w:tr>
      <w:tr>
        <w:tc>
          <w:tcPr>
            <w:tcW w:type="dxa" w:w="737"/>
          </w:tcPr>
          <w:p>
            <w:r/>
          </w:p>
        </w:tc>
        <w:tc>
          <w:tcPr>
            <w:tcW w:type="dxa" w:w="7937"/>
          </w:tcPr>
          <w:p>
            <w:r>
              <w:t>– Nếu giá trị cần tìm lớn hơn phần tử ở giữa thì bỏ nửa trước, chỉ tìm tiếp trong nửa sau của vùng.</w:t>
            </w:r>
          </w:p>
        </w:tc>
        <w:tc>
          <w:tcPr>
            <w:tcW w:type="dxa" w:w="907"/>
          </w:tcPr>
          <w:p>
            <w:r>
              <w:t>0,25</w:t>
            </w:r>
          </w:p>
        </w:tc>
      </w:tr>
      <w:tr>
        <w:tc>
          <w:tcPr>
            <w:tcW w:type="dxa" w:w="737"/>
          </w:tcPr>
          <w:p>
            <w:r/>
          </w:p>
        </w:tc>
        <w:tc>
          <w:tcPr>
            <w:tcW w:type="dxa" w:w="7937"/>
          </w:tcPr>
          <w:p>
            <w:r>
              <w:t>– Lặp lại cho đến khi tìm thấy hoặc vùng tìm kiếm không còn phần tử nào thì thông báo không tìm thấy.</w:t>
            </w:r>
          </w:p>
        </w:tc>
        <w:tc>
          <w:tcPr>
            <w:tcW w:type="dxa" w:w="907"/>
          </w:tcPr>
          <w:p>
            <w:r>
              <w:t>0,25</w:t>
            </w:r>
          </w:p>
        </w:tc>
      </w:tr>
      <w:tr>
        <w:tc>
          <w:tcPr>
            <w:tcW w:type="dxa" w:w="737"/>
          </w:tcPr>
          <w:p>
            <w:r>
              <w:t>21</w:t>
            </w:r>
          </w:p>
        </w:tc>
        <w:tc>
          <w:tcPr>
            <w:tcW w:type="dxa" w:w="7937"/>
          </w:tcPr>
          <w:p>
            <w:r>
              <w:t>– Lượt 1: đổi 9 và 2 (7, 3, 2, 9), đổi 3 và 2 (7, 2, 3, 9), đổi 7 và 2 (2, 7, 3, 9).</w:t>
            </w:r>
          </w:p>
        </w:tc>
        <w:tc>
          <w:tcPr>
            <w:tcW w:type="dxa" w:w="907"/>
          </w:tcPr>
          <w:p>
            <w:r>
              <w:t>0,25</w:t>
            </w:r>
          </w:p>
        </w:tc>
      </w:tr>
      <w:tr>
        <w:tc>
          <w:tcPr>
            <w:tcW w:type="dxa" w:w="737"/>
          </w:tcPr>
          <w:p>
            <w:r/>
          </w:p>
        </w:tc>
        <w:tc>
          <w:tcPr>
            <w:tcW w:type="dxa" w:w="7937"/>
          </w:tcPr>
          <w:p>
            <w:r>
              <w:t>– Sau lượt 1, dãy là 2, 7, 3, 9 (số nhỏ nhất đã về đầu dãy).</w:t>
            </w:r>
          </w:p>
        </w:tc>
        <w:tc>
          <w:tcPr>
            <w:tcW w:type="dxa" w:w="907"/>
          </w:tcPr>
          <w:p>
            <w:r>
              <w:t>0,25</w:t>
            </w:r>
          </w:p>
        </w:tc>
      </w:tr>
      <w:tr>
        <w:tc>
          <w:tcPr>
            <w:tcW w:type="dxa" w:w="737"/>
          </w:tcPr>
          <w:p>
            <w:r/>
          </w:p>
        </w:tc>
        <w:tc>
          <w:tcPr>
            <w:tcW w:type="dxa" w:w="7937"/>
          </w:tcPr>
          <w:p>
            <w:r>
              <w:t>– Lượt 2: 3 và 9 không đổi; đổi 7 và 3; dãy là 2, 3, 7, 9.</w:t>
            </w:r>
          </w:p>
        </w:tc>
        <w:tc>
          <w:tcPr>
            <w:tcW w:type="dxa" w:w="907"/>
          </w:tcPr>
          <w:p>
            <w:r>
              <w:t>0,25</w:t>
            </w:r>
          </w:p>
        </w:tc>
      </w:tr>
      <w:tr>
        <w:tc>
          <w:tcPr>
            <w:tcW w:type="dxa" w:w="737"/>
          </w:tcPr>
          <w:p>
            <w:r/>
          </w:p>
        </w:tc>
        <w:tc>
          <w:tcPr>
            <w:tcW w:type="dxa" w:w="7937"/>
          </w:tcPr>
          <w:p>
            <w:r>
              <w:t>– Kết luận dãy đã sắp xếp xong: 2, 3, 7, 9. Chấp nhận cả hai cách: ghi thêm lượt 3 (không có cặp nào phải đổi chỗ), hoặc dừng sau lượt 2 và nêu dãy đã đúng thứ tự.</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