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670"/>
      </w:tblGrid>
      <w:tr>
        <w:tc>
          <w:tcPr>
            <w:tcW w:type="dxa" w:w="39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TRƯỜNG: ……………………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TỔ TIN HỌC</w:t>
            </w:r>
          </w:p>
        </w:tc>
        <w:tc>
          <w:tcPr>
            <w:tcW w:type="dxa" w:w="5669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RUBRIC CHẤM BÀI THỰC HÀNH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Môn: Tin học – Lớp 10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</w:rPr>
              <w:t>Thời gian làm bài: 45 phút</w:t>
            </w:r>
          </w:p>
        </w:tc>
      </w:tr>
    </w:tbl>
    <w:p>
      <w:pPr>
        <w:keepNext w:val="0"/>
        <w:spacing w:after="80" w:before="200"/>
        <w:jc w:val="center"/>
      </w:pPr>
      <w:r>
        <w:rPr>
          <w:rFonts w:ascii="Times New Roman" w:hAnsi="Times New Roman" w:eastAsia="Times New Roman" w:cs="Times New Roman"/>
          <w:b/>
          <w:color w:val="1A4FA0"/>
          <w:sz w:val="29"/>
        </w:rPr>
        <w:t>Lập trình Python: tiền nước, điểm số và thống kê từ</w:t>
      </w:r>
    </w:p>
    <w:p>
      <w:pPr>
        <w:keepNext w:val="0"/>
        <w:spacing w:after="120"/>
        <w:jc w:val="both"/>
      </w:pPr>
      <w:r>
        <w:rPr>
          <w:rFonts w:ascii="Times New Roman" w:hAnsi="Times New Roman" w:eastAsia="Times New Roman" w:cs="Times New Roman"/>
        </w:rPr>
        <w:t>Thang điểm 10, chấm theo từng ý. Giáo viên chấp nhận cách làm khác cho kết quả đúng; không trừ điểm hai lần cho cùng một lỗi khi ý sau dùng kết quả của ý trước.</w:t>
      </w: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1: Tính tiền nước</w:t>
      </w:r>
      <w:r>
        <w:rPr>
          <w:rFonts w:ascii="Times New Roman" w:hAnsi="Times New Roman" w:eastAsia="Times New Roman" w:cs="Times New Roman"/>
          <w:color w:val="1A4FA0"/>
        </w:rPr>
        <w:t xml:space="preserve"> (3,5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Nhập đúng kiểu số nguyên; xử lí đúng số âm.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Công thức ba bậc đúng; kiểm tra với 8, 10, 20, 25 đều đúng.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1,0 điểm nếu chỉ sai tại mốc 10 hoặc 20.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In đúng ba dòng, đúng từ ngữ và giá trị.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đúng số nhưng sai mẫu in.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2: Gỡ lỗi chương trình xử lí điểm</w:t>
      </w:r>
      <w:r>
        <w:rPr>
          <w:rFonts w:ascii="Times New Roman" w:hAnsi="Times New Roman" w:eastAsia="Times New Roman" w:cs="Times New Roman"/>
          <w:color w:val="1A4FA0"/>
        </w:rPr>
        <w:t xml:space="preserve"> (3,0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Thêm dấu hai chấm sau for x in scores.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Đổi vòng lặp thành range(n) hoặc range(1, n + 1).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Đổi điều kiện thành x &gt;= 5.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0,75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2d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Ra đúng ba dòng kết quả.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0,5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Đạt đủ tiêu chí mới cho điểm.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/>
        <w:spacing w:after="60" w:before="160"/>
      </w:pPr>
      <w:r>
        <w:rPr>
          <w:rFonts w:ascii="Times New Roman" w:hAnsi="Times New Roman" w:eastAsia="Times New Roman" w:cs="Times New Roman"/>
          <w:b/>
          <w:color w:val="1A4FA0"/>
        </w:rPr>
        <w:t>Nhiệm vụ 3: Thống kê từ trong văn bản</w:t>
      </w:r>
      <w:r>
        <w:rPr>
          <w:rFonts w:ascii="Times New Roman" w:hAnsi="Times New Roman" w:eastAsia="Times New Roman" w:cs="Times New Roman"/>
          <w:color w:val="1A4FA0"/>
        </w:rPr>
        <w:t xml:space="preserve"> (3,5 điểm)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4649"/>
        <w:gridCol w:w="737"/>
        <w:gridCol w:w="3628"/>
      </w:tblGrid>
      <w:tr>
        <w:trPr>
          <w:tblHeader/>
        </w:trPr>
        <w:tc>
          <w:tcPr>
            <w:tcW w:type="dxa" w:w="624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Ý</w:t>
            </w:r>
          </w:p>
        </w:tc>
        <w:tc>
          <w:tcPr>
            <w:tcW w:type="dxa" w:w="464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Tiêu chí chấm</w:t>
            </w:r>
          </w:p>
        </w:tc>
        <w:tc>
          <w:tcPr>
            <w:tcW w:type="dxa" w:w="737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Điểm</w:t>
            </w:r>
          </w:p>
        </w:tc>
        <w:tc>
          <w:tcPr>
            <w:tcW w:type="dxa" w:w="3628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Cho điểm một phần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3a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Hàm có tham số, dùng split, bỏ dấu, chuyển thường, có return.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1,25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0,75 điểm nếu chưa bỏ dấu câu.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3b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Hàm duyệt danh sách, so sánh độ dài, đúng quy tắc cùng độ dài.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1,0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Cho 0,5 điểm nếu sai quy tắc cùng độ dài.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3c</w:t>
            </w: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Đọc tệp đúng mã UTF-8; in đúng cả ba dòng.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1,25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Mỗi dòng đúng được 0,5 điểm, tối đa 1,25.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</w:p>
        </w:tc>
        <w:tc>
          <w:tcPr>
            <w:tcW w:type="dxa" w:w="464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Cộng nhiệm vụ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3,5</w:t>
            </w:r>
          </w:p>
        </w:tc>
        <w:tc>
          <w:tcPr>
            <w:tcW w:type="dxa" w:w="3628"/>
          </w:tcPr>
          <w:p>
            <w:pPr>
              <w:spacing w:after="20" w:before="20" w:line="240" w:lineRule="auto"/>
            </w:pPr>
          </w:p>
        </w:tc>
      </w:tr>
    </w:tbl>
    <w:p>
      <w:pPr>
        <w:spacing w:after="40" w:line="144" w:lineRule="auto"/>
      </w:pPr>
    </w:p>
    <w:p>
      <w:pPr>
        <w:keepNext w:val="0"/>
        <w:spacing w:after="120" w:before="120"/>
      </w:pPr>
      <w:r>
        <w:rPr>
          <w:rFonts w:ascii="Times New Roman" w:hAnsi="Times New Roman" w:eastAsia="Times New Roman" w:cs="Times New Roman"/>
          <w:b/>
        </w:rPr>
        <w:t>Tổng toàn bài: 10,0 điểm.</w:t>
      </w: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Kết quả để đối chiếu nhanh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3969"/>
      </w:tblGrid>
      <w:tr>
        <w:trPr>
          <w:tblHeader/>
        </w:trPr>
        <w:tc>
          <w:tcPr>
            <w:tcW w:type="dxa" w:w="5386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Nội dung</w:t>
            </w:r>
          </w:p>
        </w:tc>
        <w:tc>
          <w:tcPr>
            <w:tcW w:type="dxa" w:w="3969"/>
            <w:shd w:val="clear" w:color="auto" w:fill="DCE6F4"/>
          </w:tcPr>
          <w:p>
            <w:pPr>
              <w:spacing w:after="20" w:before="2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Kết quả đúng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Nhập 8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Tiền nước: 48000 đồng; Phí môi trường: 4800 đồng; Tổng cộng: 52800 đồng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Nhập 25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Tiền nước: 200000 đồng; Phí môi trường: 20000 đồng; Tổng cộng: 220000 đồng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Nhập -1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liệu không hợp lệ</w:t>
            </w:r>
          </w:p>
        </w:tc>
      </w:tr>
      <w:tr>
        <w:trPr>
          <w:cantSplit/>
        </w:trPr>
        <w:tc>
          <w:tcPr>
            <w:tcW w:type="dxa" w:w="5386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Số từ, từ dài nhất, số lần “cây”</w:t>
            </w:r>
          </w:p>
        </w:tc>
        <w:tc>
          <w:tcPr>
            <w:tcW w:type="dxa" w:w="3969"/>
          </w:tcPr>
          <w:p>
            <w:pPr>
              <w:spacing w:after="20" w:before="20" w:line="240" w:lineRule="auto"/>
            </w:pPr>
            <w:r>
              <w:rPr>
                <w:rFonts w:ascii="Times New Roman" w:hAnsi="Times New Roman" w:eastAsia="Times New Roman" w:cs="Times New Roman"/>
                <w:sz w:val="22"/>
              </w:rPr>
              <w:t>31; trường; 4</w:t>
            </w:r>
          </w:p>
        </w:tc>
      </w:tr>
    </w:tbl>
    <w:p>
      <w:pPr>
        <w:spacing w:after="40" w:line="144" w:lineRule="auto"/>
      </w:pPr>
    </w:p>
    <w:p>
      <w:pPr>
        <w:keepNext/>
        <w:spacing w:after="60" w:before="120"/>
      </w:pPr>
      <w:r>
        <w:rPr>
          <w:rFonts w:ascii="Times New Roman" w:hAnsi="Times New Roman" w:eastAsia="Times New Roman" w:cs="Times New Roman"/>
          <w:b/>
          <w:color w:val="1A4FA0"/>
        </w:rPr>
        <w:t>Lưu ý cho giáo viên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Website chặn tải tệp .py nên mã mẫu được gói trong tệp .zip; học sinh giải nén vào thư mục làm bài.</w:t>
      </w:r>
    </w:p>
    <w:p>
      <w:pPr>
        <w:keepNext w:val="0"/>
        <w:spacing w:after="40"/>
        <w:ind w:left="227" w:hanging="227"/>
        <w:jc w:val="both"/>
      </w:pPr>
      <w:r>
        <w:rPr>
          <w:rFonts w:ascii="Times New Roman" w:hAnsi="Times New Roman" w:eastAsia="Times New Roman" w:cs="Times New Roman"/>
        </w:rPr>
        <w:t>– Đề không yêu cầu làm tròn. Dùng phép chia // hoặc phép nhân 0,1 rồi đổi sang số nguyên đều được chấp nhận nếu kết quả đúng.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64748B"/>
        <w:sz w:val="18"/>
      </w:rPr>
      <w:t xml:space="preserve">Tài liệu tham khảo miễn phí từ SmartTest – smarttest.vn/vi/de-thuc-hanh-tin-hoc – Trang </w:t>
    </w:r>
    <w:r>
      <w:rPr>
        <w:rFonts w:ascii="Times New Roman" w:hAnsi="Times New Roman" w:eastAsia="Times New Roman" w:cs="Times New Roman"/>
        <w:color w:val="64748B"/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 w:cs="Times New Roman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 chấm đề thực hành Tin học 10: Lập trình Python: tiền nước, điểm số và thống kê từ</dc:title>
  <dc:subject>Đề thực hành Tin học</dc:subject>
  <dc:creator>SmartTest</dc:creator>
  <cp:keywords/>
  <dc:description>Tài liệu tham khảo miễn phí, giáo viên được dùng và sửa cho lớp mình.</dc:description>
  <cp:lastModifiedBy>SmartTest</cp:lastModifiedBy>
  <cp:revision>1</cp:revision>
  <dcterms:created xsi:type="dcterms:W3CDTF">2026-11-03T08:00:00Z</dcterms:created>
  <dcterms:modified xsi:type="dcterms:W3CDTF">2026-11-03T08:00:00Z</dcterms:modified>
  <cp:category/>
</cp:coreProperties>
</file>