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10</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Thiết kế huy hiệu Câu lạc bộ Tin học</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Inkscape hoặc phần mềm đồ hoạ vectơ tương đương.</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badge-brief.docx</w:t>
            </w:r>
          </w:p>
        </w:tc>
        <w:tc>
          <w:tcPr>
            <w:tcW w:type="dxa" w:w="5669"/>
          </w:tcPr>
          <w:p>
            <w:pPr>
              <w:spacing w:after="20" w:before="20" w:line="240" w:lineRule="auto"/>
            </w:pPr>
            <w:r>
              <w:rPr>
                <w:rFonts w:ascii="Times New Roman" w:hAnsi="Times New Roman" w:eastAsia="Times New Roman" w:cs="Times New Roman"/>
                <w:sz w:val="22"/>
              </w:rPr>
              <w:t>Tờ yêu cầu thiết kế: hình mẫu, bảng màu và kích thước</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(6,0 điểm): Vẽ phần hình của huy hiệu</w:t>
      </w:r>
    </w:p>
    <w:p>
      <w:pPr>
        <w:keepNext w:val="0"/>
        <w:jc w:val="both"/>
      </w:pPr>
      <w:r>
        <w:rPr>
          <w:rFonts w:ascii="Times New Roman" w:hAnsi="Times New Roman" w:eastAsia="Times New Roman" w:cs="Times New Roman"/>
        </w:rPr>
        <w:t xml:space="preserve">Câu lạc bộ Tin học cần một huy hiệu mới. Tờ </w:t>
      </w:r>
      <w:r>
        <w:rPr>
          <w:rFonts w:ascii="Times New Roman" w:hAnsi="Times New Roman" w:eastAsia="Times New Roman" w:cs="Times New Roman"/>
          <w:b/>
        </w:rPr>
        <w:t>badge-brief.docx</w:t>
      </w:r>
      <w:r>
        <w:rPr>
          <w:rFonts w:ascii="Times New Roman" w:hAnsi="Times New Roman" w:eastAsia="Times New Roman" w:cs="Times New Roman"/>
        </w:rPr>
        <w:t xml:space="preserve"> có hình mẫu, bảng màu và kích thước. Em hãy vẽ theo tờ yêu cầu, không chèn ảnh có sẵn.</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Tạo tệp mới, đặt vùng vẽ 800 × 800 px, lưu tên </w:t>
      </w:r>
      <w:r>
        <w:rPr>
          <w:rFonts w:ascii="Times New Roman" w:hAnsi="Times New Roman" w:eastAsia="Times New Roman" w:cs="Times New Roman"/>
          <w:b/>
        </w:rPr>
        <w:t>club-badge.svg</w:t>
      </w:r>
      <w:r>
        <w:rPr>
          <w:rFonts w:ascii="Times New Roman" w:hAnsi="Times New Roman" w:eastAsia="Times New Roman" w:cs="Times New Roman"/>
        </w:rPr>
        <w:t xml:space="preserve">. </w:t>
      </w:r>
      <w:r>
        <w:rPr>
          <w:rFonts w:ascii="Times New Roman" w:hAnsi="Times New Roman" w:eastAsia="Times New Roman" w:cs="Times New Roman"/>
          <w:i/>
        </w:rPr>
        <w:t>(0,75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Vẽ hình tròn ngoài bán kính 380 px tô chuyển màu tuyến tính và hình tròn trong bán kính 300 px màu trắng, viền màu cam. Hai hình đồng tâm, nằm giữa vùng vẽ. </w:t>
      </w:r>
      <w:r>
        <w:rPr>
          <w:rFonts w:ascii="Times New Roman" w:hAnsi="Times New Roman" w:eastAsia="Times New Roman" w:cs="Times New Roman"/>
          <w:i/>
        </w:rPr>
        <w:t>(2,25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Vẽ ngôi sao 5 cánh màu #F59E0B ở giữa, đặt lên trên hình tròn trong. Vẽ biểu tượng màn hình máy tính bằng các hình chữ nhật đặt lên trên ngôi sao. </w:t>
      </w:r>
      <w:r>
        <w:rPr>
          <w:rFonts w:ascii="Times New Roman" w:hAnsi="Times New Roman" w:eastAsia="Times New Roman" w:cs="Times New Roman"/>
          <w:i/>
        </w:rPr>
        <w:t>(2,0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Dùng công cụ vẽ đường cong tạo một nét sóng dưới ngôi sao, không tô nền, nét dày 12 px.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club-badge.svg</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2 (4,0 điểm): Thêm chữ và xuất ảnh</w:t>
      </w:r>
    </w:p>
    <w:p>
      <w:pPr>
        <w:keepNext w:val="0"/>
        <w:jc w:val="both"/>
      </w:pPr>
      <w:r>
        <w:rPr>
          <w:rFonts w:ascii="Times New Roman" w:hAnsi="Times New Roman" w:eastAsia="Times New Roman" w:cs="Times New Roman"/>
        </w:rPr>
        <w:t>Hoàn thiện huy hiệu đã vẽ ở nhiệm vụ 1. Nếu chưa xong nhiệm vụ 1, em vẫn làm nhiệm vụ này trên hình đã có.</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Vẽ một đường tròn hoặc cung tròn làm đường dẫn, đặt dòng chữ “CÂU LẠC BỘ TIN HỌC” chạy theo cung phía trên, màu trắng, nằm giữa viền ngoài và viền trong.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Đặt dòng chữ “SÁNG TẠO CÙNG NHAU” chạy theo cung phía dưới, chữ đọc xuôi, màu vàng nhạt.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Nhóm các đối tượng thành một nhóm, căn nhóm vào giữa vùng vẽ. </w:t>
      </w:r>
      <w:r>
        <w:rPr>
          <w:rFonts w:ascii="Times New Roman" w:hAnsi="Times New Roman" w:eastAsia="Times New Roman" w:cs="Times New Roman"/>
          <w:i/>
        </w:rPr>
        <w:t>(0,5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Xuất ảnh </w:t>
      </w:r>
      <w:r>
        <w:rPr>
          <w:rFonts w:ascii="Times New Roman" w:hAnsi="Times New Roman" w:eastAsia="Times New Roman" w:cs="Times New Roman"/>
          <w:b/>
        </w:rPr>
        <w:t>club-badge.png</w:t>
      </w:r>
      <w:r>
        <w:rPr>
          <w:rFonts w:ascii="Times New Roman" w:hAnsi="Times New Roman" w:eastAsia="Times New Roman" w:cs="Times New Roman"/>
        </w:rPr>
        <w:t xml:space="preserve"> kích thước 800 × 800 px.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club-badge.svg</w:t>
      </w:r>
      <w:r>
        <w:rPr>
          <w:rFonts w:ascii="Times New Roman" w:hAnsi="Times New Roman" w:eastAsia="Times New Roman" w:cs="Times New Roman"/>
        </w:rPr>
        <w:t xml:space="preserve"> và ảnh </w:t>
      </w:r>
      <w:r>
        <w:rPr>
          <w:rFonts w:ascii="Times New Roman" w:hAnsi="Times New Roman" w:eastAsia="Times New Roman" w:cs="Times New Roman"/>
          <w:b/>
        </w:rPr>
        <w:t>club-badge.png</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10: Thiết kế huy hiệu Câu lạc bộ Tin học</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