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11</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Xử lí kết quả giải chạy bằng Python</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Python 3 (IDLE hoặc trình soạn mã khác).</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race-results.txt</w:t>
            </w:r>
          </w:p>
        </w:tc>
        <w:tc>
          <w:tcPr>
            <w:tcW w:type="dxa" w:w="5669"/>
          </w:tcPr>
          <w:p>
            <w:pPr>
              <w:spacing w:after="20" w:before="20" w:line="240" w:lineRule="auto"/>
            </w:pPr>
            <w:r>
              <w:rPr>
                <w:rFonts w:ascii="Times New Roman" w:hAnsi="Times New Roman" w:eastAsia="Times New Roman" w:cs="Times New Roman"/>
                <w:sz w:val="22"/>
              </w:rPr>
              <w:t>Kết quả 15 vận động viên, mỗi dòng: số áo, họ tên, lớp, số giây</w:t>
            </w:r>
          </w:p>
        </w:tc>
      </w:tr>
      <w:tr>
        <w:trPr>
          <w:cantSplit/>
        </w:trPr>
        <w:tc>
          <w:tcPr>
            <w:tcW w:type="dxa" w:w="3685"/>
          </w:tcPr>
          <w:p>
            <w:pPr>
              <w:spacing w:after="20" w:before="20" w:line="240" w:lineRule="auto"/>
            </w:pPr>
            <w:r>
              <w:rPr>
                <w:rFonts w:ascii="Times New Roman" w:hAnsi="Times New Roman" w:eastAsia="Times New Roman" w:cs="Times New Roman"/>
                <w:b/>
                <w:sz w:val="22"/>
              </w:rPr>
              <w:t>race-starter.zip</w:t>
            </w:r>
          </w:p>
        </w:tc>
        <w:tc>
          <w:tcPr>
            <w:tcW w:type="dxa" w:w="5669"/>
          </w:tcPr>
          <w:p>
            <w:pPr>
              <w:spacing w:after="20" w:before="20" w:line="240" w:lineRule="auto"/>
            </w:pPr>
            <w:r>
              <w:rPr>
                <w:rFonts w:ascii="Times New Roman" w:hAnsi="Times New Roman" w:eastAsia="Times New Roman" w:cs="Times New Roman"/>
                <w:sz w:val="22"/>
              </w:rPr>
              <w:t>Gồm race_lib.py (các hàm cần viết) và test_race.py (bộ kiểm thử)</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(3,0 điểm): Đọc dữ liệu vào mảng hai chiều</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race-results.txt</w:t>
      </w:r>
      <w:r>
        <w:rPr>
          <w:rFonts w:ascii="Times New Roman" w:hAnsi="Times New Roman" w:eastAsia="Times New Roman" w:cs="Times New Roman"/>
        </w:rPr>
        <w:t xml:space="preserve"> có kết quả giải chạy của khối 11. Em làm việc trong tệp </w:t>
      </w:r>
      <w:r>
        <w:rPr>
          <w:rFonts w:ascii="Times New Roman" w:hAnsi="Times New Roman" w:eastAsia="Times New Roman" w:cs="Times New Roman"/>
          <w:b/>
        </w:rPr>
        <w:t>race_lib.py</w:t>
      </w:r>
      <w:r>
        <w:rPr>
          <w:rFonts w:ascii="Times New Roman" w:hAnsi="Times New Roman" w:eastAsia="Times New Roman" w:cs="Times New Roman"/>
        </w:rPr>
        <w:t xml:space="preserve"> của gói </w:t>
      </w:r>
      <w:r>
        <w:rPr>
          <w:rFonts w:ascii="Times New Roman" w:hAnsi="Times New Roman" w:eastAsia="Times New Roman" w:cs="Times New Roman"/>
          <w:b/>
        </w:rPr>
        <w:t>race-starter.zip</w:t>
      </w:r>
      <w:r>
        <w:rPr>
          <w:rFonts w:ascii="Times New Roman" w:hAnsi="Times New Roman" w:eastAsia="Times New Roman" w:cs="Times New Roman"/>
        </w:rPr>
        <w:t>, giữ nguyên tên hàm.</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read_results(path)</w:t>
      </w:r>
      <w:r>
        <w:rPr>
          <w:rFonts w:ascii="Times New Roman" w:hAnsi="Times New Roman" w:eastAsia="Times New Roman" w:cs="Times New Roman"/>
        </w:rPr>
        <w:t xml:space="preserve"> trả về mảng hai chiều, mỗi hàng là [số áo, họ tên, lớp, số giây], số giây ở kiểu số nguyên.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Viết hàm </w:t>
      </w:r>
      <w:r>
        <w:rPr>
          <w:rFonts w:ascii="Times New Roman" w:hAnsi="Times New Roman" w:eastAsia="Times New Roman" w:cs="Times New Roman"/>
          <w:b/>
        </w:rPr>
        <w:t>class_mean(results, class_name)</w:t>
      </w:r>
      <w:r>
        <w:rPr>
          <w:rFonts w:ascii="Times New Roman" w:hAnsi="Times New Roman" w:eastAsia="Times New Roman" w:cs="Times New Roman"/>
        </w:rPr>
        <w:t xml:space="preserve"> trả về thời gian trung bình của một lớp. </w:t>
      </w:r>
      <w:r>
        <w:rPr>
          <w:rFonts w:ascii="Times New Roman" w:hAnsi="Times New Roman" w:eastAsia="Times New Roman" w:cs="Times New Roman"/>
          <w:i/>
        </w:rPr>
        <w:t>(1,5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race_lib.py</w:t>
      </w:r>
      <w:r>
        <w:rPr>
          <w:rFonts w:ascii="Times New Roman" w:hAnsi="Times New Roman" w:eastAsia="Times New Roman" w:cs="Times New Roman"/>
        </w:rPr>
        <w:t xml:space="preserve"> (nhiệm vụ 2, 3 viết tiếp vào tệp này).</w:t>
      </w:r>
    </w:p>
    <w:p>
      <w:pPr>
        <w:keepNext/>
        <w:spacing w:after="60" w:before="160"/>
      </w:pPr>
      <w:r>
        <w:rPr>
          <w:rFonts w:ascii="Times New Roman" w:hAnsi="Times New Roman" w:eastAsia="Times New Roman" w:cs="Times New Roman"/>
          <w:b/>
          <w:color w:val="1A4FA0"/>
          <w:sz w:val="26"/>
        </w:rPr>
        <w:t>Nhiệm vụ 2 (3,0 điểm): Sắp xếp và ghi tệp</w:t>
      </w:r>
    </w:p>
    <w:p>
      <w:pPr>
        <w:keepNext w:val="0"/>
        <w:jc w:val="both"/>
      </w:pPr>
      <w:r>
        <w:rPr>
          <w:rFonts w:ascii="Times New Roman" w:hAnsi="Times New Roman" w:eastAsia="Times New Roman" w:cs="Times New Roman"/>
        </w:rPr>
        <w:t>Bảng xếp hạng cần sắp theo số giây tăng dần. Hai vận động viên bằng giây thì người có số áo nhỏ hơn đứng trước.</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bubble_sort(results)</w:t>
      </w:r>
      <w:r>
        <w:rPr>
          <w:rFonts w:ascii="Times New Roman" w:hAnsi="Times New Roman" w:eastAsia="Times New Roman" w:cs="Times New Roman"/>
        </w:rPr>
        <w:t xml:space="preserve"> bằng thuật toán sắp xếp nổi bọt, không dùng sort hay sorted.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Viết tệp </w:t>
      </w:r>
      <w:r>
        <w:rPr>
          <w:rFonts w:ascii="Times New Roman" w:hAnsi="Times New Roman" w:eastAsia="Times New Roman" w:cs="Times New Roman"/>
          <w:b/>
        </w:rPr>
        <w:t>main.py</w:t>
      </w:r>
      <w:r>
        <w:rPr>
          <w:rFonts w:ascii="Times New Roman" w:hAnsi="Times New Roman" w:eastAsia="Times New Roman" w:cs="Times New Roman"/>
        </w:rPr>
        <w:t xml:space="preserve"> gọi các hàm trong thư viện, ghi mảng đã sắp xếp ra tệp </w:t>
      </w:r>
      <w:r>
        <w:rPr>
          <w:rFonts w:ascii="Times New Roman" w:hAnsi="Times New Roman" w:eastAsia="Times New Roman" w:cs="Times New Roman"/>
          <w:b/>
        </w:rPr>
        <w:t>sorted-results.txt</w:t>
      </w:r>
      <w:r>
        <w:rPr>
          <w:rFonts w:ascii="Times New Roman" w:hAnsi="Times New Roman" w:eastAsia="Times New Roman" w:cs="Times New Roman"/>
        </w:rPr>
        <w:t xml:space="preserve"> với mỗi dòng có dạng như tệp đầu vào.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race_lib.py</w:t>
      </w:r>
      <w:r>
        <w:rPr>
          <w:rFonts w:ascii="Times New Roman" w:hAnsi="Times New Roman" w:eastAsia="Times New Roman" w:cs="Times New Roman"/>
        </w:rPr>
        <w:t xml:space="preserve"> và </w:t>
      </w:r>
      <w:r>
        <w:rPr>
          <w:rFonts w:ascii="Times New Roman" w:hAnsi="Times New Roman" w:eastAsia="Times New Roman" w:cs="Times New Roman"/>
          <w:b/>
        </w:rPr>
        <w:t>sorted-results.txt</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3 (4,0 điểm): Tìm kiếm nhị phân và báo cáo</w:t>
      </w:r>
    </w:p>
    <w:p>
      <w:pPr>
        <w:keepNext w:val="0"/>
        <w:jc w:val="both"/>
      </w:pPr>
      <w:r>
        <w:rPr>
          <w:rFonts w:ascii="Times New Roman" w:hAnsi="Times New Roman" w:eastAsia="Times New Roman" w:cs="Times New Roman"/>
        </w:rPr>
        <w:t>Trên mảng số giây đã tăng dần, viết hàm tìm kiếm rồi hoàn chỉnh báo cáo.</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binary_search(values, target)</w:t>
      </w:r>
      <w:r>
        <w:rPr>
          <w:rFonts w:ascii="Times New Roman" w:hAnsi="Times New Roman" w:eastAsia="Times New Roman" w:cs="Times New Roman"/>
        </w:rPr>
        <w:t xml:space="preserve"> trả về (vị trí, số lần so sánh); mỗi lần xét một phần tử giữa tính là một lần so sánh; không có thì vị trí là -1.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Hoàn chỉnh </w:t>
      </w:r>
      <w:r>
        <w:rPr>
          <w:rFonts w:ascii="Times New Roman" w:hAnsi="Times New Roman" w:eastAsia="Times New Roman" w:cs="Times New Roman"/>
          <w:b/>
        </w:rPr>
        <w:t>main.py</w:t>
      </w:r>
      <w:r>
        <w:rPr>
          <w:rFonts w:ascii="Times New Roman" w:hAnsi="Times New Roman" w:eastAsia="Times New Roman" w:cs="Times New Roman"/>
        </w:rPr>
        <w:t xml:space="preserve"> để in đúng báo cáo dưới đây. </w:t>
      </w:r>
      <w:r>
        <w:rPr>
          <w:rFonts w:ascii="Times New Roman" w:hAnsi="Times New Roman" w:eastAsia="Times New Roman" w:cs="Times New Roman"/>
          <w:i/>
        </w:rPr>
        <w:t>(1,5 điểm)</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Số vận động viên: 15</w:t>
            </w:r>
          </w:p>
          <w:p>
            <w:pPr>
              <w:spacing w:after="0" w:line="240" w:lineRule="auto"/>
            </w:pPr>
            <w:r>
              <w:rPr>
                <w:rFonts w:ascii="Consolas" w:hAnsi="Consolas" w:eastAsia="Consolas" w:cs="Consolas"/>
                <w:sz w:val="21"/>
              </w:rPr>
              <w:t>Thời gian trung bình: 1022.3</w:t>
            </w:r>
          </w:p>
          <w:p>
            <w:pPr>
              <w:spacing w:after="0" w:line="240" w:lineRule="auto"/>
            </w:pPr>
            <w:r>
              <w:rPr>
                <w:rFonts w:ascii="Consolas" w:hAnsi="Consolas" w:eastAsia="Consolas" w:cs="Consolas"/>
                <w:sz w:val="21"/>
              </w:rPr>
              <w:t>Lớp có trung bình tốt nhất: 11A</w:t>
            </w:r>
          </w:p>
          <w:p>
            <w:pPr>
              <w:spacing w:after="0" w:line="240" w:lineRule="auto"/>
            </w:pPr>
            <w:r>
              <w:rPr>
                <w:rFonts w:ascii="Consolas" w:hAnsi="Consolas" w:eastAsia="Consolas" w:cs="Consolas"/>
                <w:sz w:val="21"/>
              </w:rPr>
              <w:t>Về nhất: Dương Bảo Long (854 giây)</w:t>
            </w:r>
          </w:p>
          <w:p>
            <w:pPr>
              <w:spacing w:after="0" w:line="240" w:lineRule="auto"/>
            </w:pPr>
            <w:r>
              <w:rPr>
                <w:rFonts w:ascii="Consolas" w:hAnsi="Consolas" w:eastAsia="Consolas" w:cs="Consolas"/>
                <w:sz w:val="21"/>
              </w:rPr>
              <w:t>Tìm 1074: vị trí 10, 4 lần so sánh</w:t>
            </w:r>
          </w:p>
          <w:p>
            <w:pPr>
              <w:spacing w:after="0" w:line="240" w:lineRule="auto"/>
            </w:pPr>
            <w:r>
              <w:rPr>
                <w:rFonts w:ascii="Consolas" w:hAnsi="Consolas" w:eastAsia="Consolas" w:cs="Consolas"/>
                <w:sz w:val="21"/>
              </w:rPr>
              <w:t>Tìm 1000: vị trí -1, 4 lần so sánh</w:t>
            </w:r>
          </w:p>
        </w:tc>
      </w:tr>
    </w:tbl>
    <w:p>
      <w:pPr>
        <w:spacing w:after="40" w:line="144" w:lineRule="auto"/>
      </w:pP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Ghi vào cuối </w:t>
      </w:r>
      <w:r>
        <w:rPr>
          <w:rFonts w:ascii="Times New Roman" w:hAnsi="Times New Roman" w:eastAsia="Times New Roman" w:cs="Times New Roman"/>
          <w:b/>
        </w:rPr>
        <w:t>main.py</w:t>
      </w:r>
      <w:r>
        <w:rPr>
          <w:rFonts w:ascii="Times New Roman" w:hAnsi="Times New Roman" w:eastAsia="Times New Roman" w:cs="Times New Roman"/>
        </w:rPr>
        <w:t xml:space="preserve"> một dòng chú thích nêu độ phức tạp thời gian của sắp xếp nổi bọt và tìm kiếm nhị phân.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race_lib.py</w:t>
      </w:r>
      <w:r>
        <w:rPr>
          <w:rFonts w:ascii="Times New Roman" w:hAnsi="Times New Roman" w:eastAsia="Times New Roman" w:cs="Times New Roman"/>
        </w:rPr>
        <w:t xml:space="preserve">, </w:t>
      </w:r>
      <w:r>
        <w:rPr>
          <w:rFonts w:ascii="Times New Roman" w:hAnsi="Times New Roman" w:eastAsia="Times New Roman" w:cs="Times New Roman"/>
          <w:b/>
        </w:rPr>
        <w:t>main.py</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11: Xử lí kết quả giải chạy bằng Python</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