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11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Xử lí kết quả giải chạy bằng Python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Đọc dữ liệu vào mảng hai chiều</w:t>
      </w:r>
      <w:r>
        <w:rPr>
          <w:rFonts w:ascii="Times New Roman" w:hAnsi="Times New Roman" w:eastAsia="Times New Roman" w:cs="Times New Roman"/>
          <w:color w:val="1A4FA0"/>
        </w:rPr>
        <w:t xml:space="preserve"> (3,0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Đọc đúng mã UTF-8; tách đúng bốn trường; đổi số giây sang int.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số giây vẫn là xâu.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Lọc đúng lớp, chia đúng số người của lớp; qua hai kiểm thử trung bình.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chỉ qua một kiểm thử.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3,0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Sắp xếp và ghi tệp</w:t>
      </w:r>
      <w:r>
        <w:rPr>
          <w:rFonts w:ascii="Times New Roman" w:hAnsi="Times New Roman" w:eastAsia="Times New Roman" w:cs="Times New Roman"/>
          <w:color w:val="1A4FA0"/>
        </w:rPr>
        <w:t xml:space="preserve"> (3,0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Đúng thuật toán nổi bọt; đúng tiêu chí phụ; qua hai kiểm thử sắp xếp.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chưa xử lí trường hợp bằng giây; không cho điểm nếu dùng sort hoặc sorted.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main.py dùng import; tệp kết quả đúng thứ tự.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viết đúng nhưng không tách mô đun.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3,0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3: Tìm kiếm nhị phân và báo cáo</w:t>
      </w:r>
      <w:r>
        <w:rPr>
          <w:rFonts w:ascii="Times New Roman" w:hAnsi="Times New Roman" w:eastAsia="Times New Roman" w:cs="Times New Roman"/>
          <w:color w:val="1A4FA0"/>
        </w:rPr>
        <w:t xml:space="preserve"> (4,0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Đúng thuật toán, đếm đúng, xử lí được mảng rỗng; qua bốn kiểm thử.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kiểm thử đúng được 0,5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In đúng cả sáu dòng.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dòng đúng được 0,25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Nêu đúng O(n²) và O(log n).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4,0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Về nhất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S107, Dương Bảo Long, 854 giây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Thời gian trung bình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1022.3 giây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Trung bình từng lớp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11A: 983.6; 11B: 1017.8; 11C: 1065.4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Lệnh kiểm thử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python test_race.py phải in: Kết quả: đạt 8/8 kiểm thử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Website chặn tải tệp .py nên mã được gói trong .zip; học sinh giải nén vào thư mục làm bài.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Chỉ cần chạy python test_race.py rồi python main.py là thấy nhanh phần lớn kết quả; vẫn cần đọc mã để bảo đảm học sinh tự viết thuật toán, không dùng sort.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11: Xử lí kết quả giải chạy bằng Python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