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969"/>
        <w:gridCol w:w="5670"/>
      </w:tblGrid>
      <w:tr>
        <w:tc>
          <w:tcPr>
            <w:tcW w:type="dxa" w:w="3969"/>
          </w:tcPr>
          <w:p>
            <w:pPr>
              <w:spacing w:after="0"/>
              <w:jc w:val="center"/>
            </w:pPr>
            <w:r>
              <w:rPr>
                <w:rFonts w:ascii="Times New Roman" w:hAnsi="Times New Roman" w:eastAsia="Times New Roman" w:cs="Times New Roman"/>
                <w:sz w:val="24"/>
              </w:rPr>
              <w:t>TRƯỜNG: ……………………</w:t>
            </w:r>
          </w:p>
          <w:p>
            <w:pPr>
              <w:spacing w:after="0"/>
              <w:jc w:val="center"/>
            </w:pPr>
            <w:r>
              <w:rPr>
                <w:rFonts w:ascii="Times New Roman" w:hAnsi="Times New Roman" w:eastAsia="Times New Roman" w:cs="Times New Roman"/>
                <w:b/>
                <w:sz w:val="24"/>
              </w:rPr>
              <w:t>TỔ TIN HỌC</w:t>
            </w:r>
          </w:p>
        </w:tc>
        <w:tc>
          <w:tcPr>
            <w:tcW w:type="dxa" w:w="5669"/>
          </w:tcPr>
          <w:p>
            <w:pPr>
              <w:spacing w:after="0"/>
              <w:jc w:val="center"/>
            </w:pPr>
            <w:r>
              <w:rPr>
                <w:rFonts w:ascii="Times New Roman" w:hAnsi="Times New Roman" w:eastAsia="Times New Roman" w:cs="Times New Roman"/>
                <w:b/>
                <w:sz w:val="24"/>
              </w:rPr>
              <w:t>ĐỀ KIỂM TRA THỰC HÀNH</w:t>
            </w:r>
          </w:p>
          <w:p>
            <w:pPr>
              <w:spacing w:after="0"/>
              <w:jc w:val="center"/>
            </w:pPr>
            <w:r>
              <w:rPr>
                <w:rFonts w:ascii="Times New Roman" w:hAnsi="Times New Roman" w:eastAsia="Times New Roman" w:cs="Times New Roman"/>
                <w:b/>
                <w:sz w:val="24"/>
              </w:rPr>
              <w:t>Môn: Tin học – Lớp 12</w:t>
            </w:r>
          </w:p>
          <w:p>
            <w:pPr>
              <w:spacing w:after="0"/>
              <w:jc w:val="center"/>
            </w:pPr>
            <w:r>
              <w:rPr>
                <w:rFonts w:ascii="Times New Roman" w:hAnsi="Times New Roman" w:eastAsia="Times New Roman" w:cs="Times New Roman"/>
                <w:sz w:val="24"/>
              </w:rPr>
              <w:t>Thời gian làm bài: 45 phút</w:t>
            </w:r>
          </w:p>
        </w:tc>
      </w:tr>
    </w:tbl>
    <w:p>
      <w:pPr>
        <w:keepNext w:val="0"/>
        <w:spacing w:after="80" w:before="200"/>
        <w:jc w:val="center"/>
      </w:pPr>
      <w:r>
        <w:rPr>
          <w:rFonts w:ascii="Times New Roman" w:hAnsi="Times New Roman" w:eastAsia="Times New Roman" w:cs="Times New Roman"/>
          <w:b/>
          <w:color w:val="1A4FA0"/>
          <w:sz w:val="29"/>
        </w:rPr>
        <w:t>Trang web Ngày hội Sáng tạo</w:t>
      </w:r>
    </w:p>
    <w:p>
      <w:pPr>
        <w:keepNext w:val="0"/>
        <w:spacing w:after="120"/>
      </w:pPr>
      <w:r>
        <w:rPr>
          <w:rFonts w:ascii="Times New Roman" w:hAnsi="Times New Roman" w:eastAsia="Times New Roman" w:cs="Times New Roman"/>
        </w:rPr>
        <w:t>Họ và tên: ……………………………………………   Lớp: ……………   Số báo danh: ……………</w:t>
      </w:r>
    </w:p>
    <w:p>
      <w:pPr>
        <w:keepNext w:val="0"/>
        <w:spacing w:after="60"/>
      </w:pPr>
      <w:r>
        <w:rPr>
          <w:rFonts w:ascii="Times New Roman" w:hAnsi="Times New Roman" w:eastAsia="Times New Roman" w:cs="Times New Roman"/>
          <w:b/>
        </w:rPr>
        <w:t>Phần mềm sử dụng:</w:t>
      </w:r>
      <w:r>
        <w:rPr>
          <w:rFonts w:ascii="Times New Roman" w:hAnsi="Times New Roman" w:eastAsia="Times New Roman" w:cs="Times New Roman"/>
        </w:rPr>
        <w:t xml:space="preserve"> Trình soạn mã (Notepad++, Visual Studio Code hoặc Sublime Text) và trình duyệt web.</w:t>
      </w:r>
    </w:p>
    <w:p>
      <w:pPr>
        <w:keepNext/>
        <w:spacing w:after="40"/>
      </w:pPr>
      <w:r>
        <w:rPr>
          <w:rFonts w:ascii="Times New Roman" w:hAnsi="Times New Roman" w:eastAsia="Times New Roman" w:cs="Times New Roman"/>
          <w:b/>
        </w:rPr>
        <w:t>Tệp được cung cấp:</w:t>
      </w:r>
    </w:p>
    <w:tbl>
      <w:tblPr>
        <w:tblStyle w:val="TableGrid"/>
        <w:tblW w:type="auto" w:w="0"/>
        <w:jc w:val="center"/>
        <w:tblLayout w:type="fixed"/>
        <w:tblLook w:firstColumn="1" w:firstRow="1" w:lastColumn="0" w:lastRow="0" w:noHBand="0" w:noVBand="1" w:val="04A0"/>
      </w:tblPr>
      <w:tblGrid>
        <w:gridCol w:w="3685"/>
        <w:gridCol w:w="5670"/>
      </w:tblGrid>
      <w:tr>
        <w:trPr>
          <w:tblHeader/>
        </w:trPr>
        <w:tc>
          <w:tcPr>
            <w:tcW w:type="dxa" w:w="3685"/>
            <w:shd w:val="clear" w:color="auto" w:fill="DCE6F4"/>
          </w:tcPr>
          <w:p>
            <w:pPr>
              <w:spacing w:after="20" w:before="20" w:line="240" w:lineRule="auto"/>
              <w:jc w:val="center"/>
            </w:pPr>
            <w:r>
              <w:rPr>
                <w:rFonts w:ascii="Times New Roman" w:hAnsi="Times New Roman" w:eastAsia="Times New Roman" w:cs="Times New Roman"/>
                <w:b/>
                <w:sz w:val="22"/>
              </w:rPr>
              <w:t>Tên tệp</w:t>
            </w:r>
          </w:p>
        </w:tc>
        <w:tc>
          <w:tcPr>
            <w:tcW w:type="dxa" w:w="5669"/>
            <w:shd w:val="clear" w:color="auto" w:fill="DCE6F4"/>
          </w:tcPr>
          <w:p>
            <w:pPr>
              <w:spacing w:after="20" w:before="20" w:line="240" w:lineRule="auto"/>
              <w:jc w:val="center"/>
            </w:pPr>
            <w:r>
              <w:rPr>
                <w:rFonts w:ascii="Times New Roman" w:hAnsi="Times New Roman" w:eastAsia="Times New Roman" w:cs="Times New Roman"/>
                <w:b/>
                <w:sz w:val="22"/>
              </w:rPr>
              <w:t>Nội dung</w:t>
            </w:r>
          </w:p>
        </w:tc>
      </w:tr>
      <w:tr>
        <w:trPr>
          <w:cantSplit/>
        </w:trPr>
        <w:tc>
          <w:tcPr>
            <w:tcW w:type="dxa" w:w="3685"/>
          </w:tcPr>
          <w:p>
            <w:pPr>
              <w:spacing w:after="20" w:before="20" w:line="240" w:lineRule="auto"/>
            </w:pPr>
            <w:r>
              <w:rPr>
                <w:rFonts w:ascii="Times New Roman" w:hAnsi="Times New Roman" w:eastAsia="Times New Roman" w:cs="Times New Roman"/>
                <w:b/>
                <w:sz w:val="22"/>
              </w:rPr>
              <w:t>creative-fair-starter.zip</w:t>
            </w:r>
          </w:p>
        </w:tc>
        <w:tc>
          <w:tcPr>
            <w:tcW w:type="dxa" w:w="5669"/>
          </w:tcPr>
          <w:p>
            <w:pPr>
              <w:spacing w:after="20" w:before="20" w:line="240" w:lineRule="auto"/>
            </w:pPr>
            <w:r>
              <w:rPr>
                <w:rFonts w:ascii="Times New Roman" w:hAnsi="Times New Roman" w:eastAsia="Times New Roman" w:cs="Times New Roman"/>
                <w:sz w:val="22"/>
              </w:rPr>
              <w:t>Gồm index.html, style.css (tệp khung), content.txt (nội dung trang), logo.png</w:t>
            </w:r>
          </w:p>
        </w:tc>
      </w:tr>
    </w:tbl>
    <w:p>
      <w:pPr>
        <w:spacing w:after="40" w:line="144" w:lineRule="auto"/>
      </w:pPr>
    </w:p>
    <w:p>
      <w:pPr>
        <w:keepNext w:val="0"/>
        <w:spacing w:after="120"/>
        <w:jc w:val="both"/>
      </w:pPr>
      <w:r>
        <w:rPr>
          <w:rFonts w:ascii="Times New Roman" w:hAnsi="Times New Roman" w:eastAsia="Times New Roman" w:cs="Times New Roman"/>
          <w:b/>
        </w:rPr>
        <w:t>Yêu cầu chung:</w:t>
      </w:r>
      <w:r>
        <w:rPr>
          <w:rFonts w:ascii="Times New Roman" w:hAnsi="Times New Roman" w:eastAsia="Times New Roman" w:cs="Times New Roman"/>
        </w:rPr>
        <w:t xml:space="preserve"> đọc kĩ từng nhiệm vụ, làm lần lượt theo các bước và lưu bài đúng tên tệp đã nêu trong thư mục làm bài. Tổng điểm toàn bài là 10 điểm.</w:t>
      </w:r>
    </w:p>
    <w:p>
      <w:pPr>
        <w:keepNext/>
        <w:spacing w:after="60" w:before="160"/>
      </w:pPr>
      <w:r>
        <w:rPr>
          <w:rFonts w:ascii="Times New Roman" w:hAnsi="Times New Roman" w:eastAsia="Times New Roman" w:cs="Times New Roman"/>
          <w:b/>
          <w:color w:val="1A4FA0"/>
          <w:sz w:val="26"/>
        </w:rPr>
        <w:t>Nhiệm vụ 1 (5,0 điểm): Dựng trang bằng HTML</w:t>
      </w:r>
    </w:p>
    <w:p>
      <w:pPr>
        <w:keepNext w:val="0"/>
        <w:jc w:val="both"/>
      </w:pPr>
      <w:r>
        <w:rPr>
          <w:rFonts w:ascii="Times New Roman" w:hAnsi="Times New Roman" w:eastAsia="Times New Roman" w:cs="Times New Roman"/>
        </w:rPr>
        <w:t xml:space="preserve">Nhà trường cần một trang web giới thiệu Ngày hội Sáng tạo. Em hãy giải nén </w:t>
      </w:r>
      <w:r>
        <w:rPr>
          <w:rFonts w:ascii="Times New Roman" w:hAnsi="Times New Roman" w:eastAsia="Times New Roman" w:cs="Times New Roman"/>
          <w:b/>
        </w:rPr>
        <w:t>creative-fair-starter.zip</w:t>
      </w:r>
      <w:r>
        <w:rPr>
          <w:rFonts w:ascii="Times New Roman" w:hAnsi="Times New Roman" w:eastAsia="Times New Roman" w:cs="Times New Roman"/>
        </w:rPr>
        <w:t xml:space="preserve">, viết tiếp tệp </w:t>
      </w:r>
      <w:r>
        <w:rPr>
          <w:rFonts w:ascii="Times New Roman" w:hAnsi="Times New Roman" w:eastAsia="Times New Roman" w:cs="Times New Roman"/>
          <w:b/>
        </w:rPr>
        <w:t>index.html</w:t>
      </w:r>
      <w:r>
        <w:rPr>
          <w:rFonts w:ascii="Times New Roman" w:hAnsi="Times New Roman" w:eastAsia="Times New Roman" w:cs="Times New Roman"/>
        </w:rPr>
        <w:t xml:space="preserve"> theo nội dung trong </w:t>
      </w:r>
      <w:r>
        <w:rPr>
          <w:rFonts w:ascii="Times New Roman" w:hAnsi="Times New Roman" w:eastAsia="Times New Roman" w:cs="Times New Roman"/>
          <w:b/>
        </w:rPr>
        <w:t>content.txt</w:t>
      </w:r>
      <w:r>
        <w:rPr>
          <w:rFonts w:ascii="Times New Roman" w:hAnsi="Times New Roman" w:eastAsia="Times New Roman" w:cs="Times New Roman"/>
        </w:rPr>
        <w:t>.</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Đổi tiêu đề thẻ title thành “Ngày hội Sáng tạo”. Tạo phần đầu trang (thẻ header) gồm ảnh </w:t>
      </w:r>
      <w:r>
        <w:rPr>
          <w:rFonts w:ascii="Times New Roman" w:hAnsi="Times New Roman" w:eastAsia="Times New Roman" w:cs="Times New Roman"/>
          <w:b/>
        </w:rPr>
        <w:t>logo.png</w:t>
      </w:r>
      <w:r>
        <w:rPr>
          <w:rFonts w:ascii="Times New Roman" w:hAnsi="Times New Roman" w:eastAsia="Times New Roman" w:cs="Times New Roman"/>
        </w:rPr>
        <w:t xml:space="preserve"> có thuộc tính alt, tiêu đề cấp 1 và dòng giới thiệu.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Tạo mục “Các gian hàng” (id là </w:t>
      </w:r>
      <w:r>
        <w:rPr>
          <w:rFonts w:ascii="Times New Roman" w:hAnsi="Times New Roman" w:eastAsia="Times New Roman" w:cs="Times New Roman"/>
          <w:b/>
        </w:rPr>
        <w:t>booths</w:t>
      </w:r>
      <w:r>
        <w:rPr>
          <w:rFonts w:ascii="Times New Roman" w:hAnsi="Times New Roman" w:eastAsia="Times New Roman" w:cs="Times New Roman"/>
        </w:rPr>
        <w:t xml:space="preserve">) có danh sách không thứ tự gồm bốn gian hàng. </w:t>
      </w:r>
      <w:r>
        <w:rPr>
          <w:rFonts w:ascii="Times New Roman" w:hAnsi="Times New Roman" w:eastAsia="Times New Roman" w:cs="Times New Roman"/>
          <w:i/>
        </w:rPr>
        <w:t>(0,75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Tạo mục “Chương trình” (id là </w:t>
      </w:r>
      <w:r>
        <w:rPr>
          <w:rFonts w:ascii="Times New Roman" w:hAnsi="Times New Roman" w:eastAsia="Times New Roman" w:cs="Times New Roman"/>
          <w:b/>
        </w:rPr>
        <w:t>schedule</w:t>
      </w:r>
      <w:r>
        <w:rPr>
          <w:rFonts w:ascii="Times New Roman" w:hAnsi="Times New Roman" w:eastAsia="Times New Roman" w:cs="Times New Roman"/>
        </w:rPr>
        <w:t xml:space="preserve">) có bảng 3 cột, hàng tiêu đề dùng thẻ th, đủ bốn hoạt động. </w:t>
      </w:r>
      <w:r>
        <w:rPr>
          <w:rFonts w:ascii="Times New Roman" w:hAnsi="Times New Roman" w:eastAsia="Times New Roman" w:cs="Times New Roman"/>
          <w:i/>
        </w:rPr>
        <w:t>(1,25 điểm)</w:t>
      </w:r>
    </w:p>
    <w:p>
      <w:pPr>
        <w:keepNext w:val="0"/>
        <w:spacing w:after="60"/>
        <w:ind w:left="340" w:hanging="340"/>
        <w:jc w:val="both"/>
      </w:pPr>
      <w:r>
        <w:rPr>
          <w:rFonts w:ascii="Times New Roman" w:hAnsi="Times New Roman" w:eastAsia="Times New Roman" w:cs="Times New Roman"/>
          <w:b/>
        </w:rPr>
        <w:t>d)</w:t>
      </w:r>
      <w:r>
        <w:rPr>
          <w:rFonts w:ascii="Times New Roman" w:hAnsi="Times New Roman" w:eastAsia="Times New Roman" w:cs="Times New Roman"/>
        </w:rPr>
        <w:t xml:space="preserve"> Thêm thanh điều hướng có ba liên kết đến ba mục trên cùng trang. </w:t>
      </w:r>
      <w:r>
        <w:rPr>
          <w:rFonts w:ascii="Times New Roman" w:hAnsi="Times New Roman" w:eastAsia="Times New Roman" w:cs="Times New Roman"/>
          <w:i/>
        </w:rPr>
        <w:t>(0,75 điểm)</w:t>
      </w:r>
    </w:p>
    <w:p>
      <w:pPr>
        <w:keepNext w:val="0"/>
        <w:spacing w:after="60"/>
        <w:ind w:left="340" w:hanging="340"/>
        <w:jc w:val="both"/>
      </w:pPr>
      <w:r>
        <w:rPr>
          <w:rFonts w:ascii="Times New Roman" w:hAnsi="Times New Roman" w:eastAsia="Times New Roman" w:cs="Times New Roman"/>
          <w:b/>
        </w:rPr>
        <w:t>e)</w:t>
      </w:r>
      <w:r>
        <w:rPr>
          <w:rFonts w:ascii="Times New Roman" w:hAnsi="Times New Roman" w:eastAsia="Times New Roman" w:cs="Times New Roman"/>
        </w:rPr>
        <w:t xml:space="preserve"> Tạo mục “Đăng kí tham gia” (id là </w:t>
      </w:r>
      <w:r>
        <w:rPr>
          <w:rFonts w:ascii="Times New Roman" w:hAnsi="Times New Roman" w:eastAsia="Times New Roman" w:cs="Times New Roman"/>
          <w:b/>
        </w:rPr>
        <w:t>register</w:t>
      </w:r>
      <w:r>
        <w:rPr>
          <w:rFonts w:ascii="Times New Roman" w:hAnsi="Times New Roman" w:eastAsia="Times New Roman" w:cs="Times New Roman"/>
        </w:rPr>
        <w:t xml:space="preserve">) có biểu mẫu đúng theo mô tả trong </w:t>
      </w:r>
      <w:r>
        <w:rPr>
          <w:rFonts w:ascii="Times New Roman" w:hAnsi="Times New Roman" w:eastAsia="Times New Roman" w:cs="Times New Roman"/>
          <w:b/>
        </w:rPr>
        <w:t>content.txt</w:t>
      </w:r>
      <w:r>
        <w:rPr>
          <w:rFonts w:ascii="Times New Roman" w:hAnsi="Times New Roman" w:eastAsia="Times New Roman" w:cs="Times New Roman"/>
        </w:rPr>
        <w:t xml:space="preserve">. </w:t>
      </w:r>
      <w:r>
        <w:rPr>
          <w:rFonts w:ascii="Times New Roman" w:hAnsi="Times New Roman" w:eastAsia="Times New Roman" w:cs="Times New Roman"/>
          <w:i/>
        </w:rPr>
        <w:t>(1,25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nộp </w:t>
      </w:r>
      <w:r>
        <w:rPr>
          <w:rFonts w:ascii="Times New Roman" w:hAnsi="Times New Roman" w:eastAsia="Times New Roman" w:cs="Times New Roman"/>
          <w:b/>
        </w:rPr>
        <w:t>index.html</w:t>
      </w:r>
      <w:r>
        <w:rPr>
          <w:rFonts w:ascii="Times New Roman" w:hAnsi="Times New Roman" w:eastAsia="Times New Roman" w:cs="Times New Roman"/>
        </w:rPr>
        <w:t xml:space="preserve"> và </w:t>
      </w:r>
      <w:r>
        <w:rPr>
          <w:rFonts w:ascii="Times New Roman" w:hAnsi="Times New Roman" w:eastAsia="Times New Roman" w:cs="Times New Roman"/>
          <w:b/>
        </w:rPr>
        <w:t>logo.png</w:t>
      </w:r>
      <w:r>
        <w:rPr>
          <w:rFonts w:ascii="Times New Roman" w:hAnsi="Times New Roman" w:eastAsia="Times New Roman" w:cs="Times New Roman"/>
        </w:rPr>
        <w:t>.</w:t>
      </w:r>
    </w:p>
    <w:p>
      <w:pPr>
        <w:keepNext/>
        <w:spacing w:after="60" w:before="160"/>
      </w:pPr>
      <w:r>
        <w:rPr>
          <w:rFonts w:ascii="Times New Roman" w:hAnsi="Times New Roman" w:eastAsia="Times New Roman" w:cs="Times New Roman"/>
          <w:b/>
          <w:color w:val="1A4FA0"/>
          <w:sz w:val="26"/>
        </w:rPr>
        <w:t>Nhiệm vụ 2 (5,0 điểm): Định dạng trang bằng CSS</w:t>
      </w:r>
    </w:p>
    <w:p>
      <w:pPr>
        <w:keepNext w:val="0"/>
        <w:jc w:val="both"/>
      </w:pPr>
      <w:r>
        <w:rPr>
          <w:rFonts w:ascii="Times New Roman" w:hAnsi="Times New Roman" w:eastAsia="Times New Roman" w:cs="Times New Roman"/>
        </w:rPr>
        <w:t xml:space="preserve">Viết các quy tắc trong tệp </w:t>
      </w:r>
      <w:r>
        <w:rPr>
          <w:rFonts w:ascii="Times New Roman" w:hAnsi="Times New Roman" w:eastAsia="Times New Roman" w:cs="Times New Roman"/>
          <w:b/>
        </w:rPr>
        <w:t>style.css</w:t>
      </w:r>
      <w:r>
        <w:rPr>
          <w:rFonts w:ascii="Times New Roman" w:hAnsi="Times New Roman" w:eastAsia="Times New Roman" w:cs="Times New Roman"/>
        </w:rPr>
        <w:t xml:space="preserve"> để trang rõ ràng, dễ đọc. Không dùng thuộc tính style trong tệp HTML.</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Liên kết </w:t>
      </w:r>
      <w:r>
        <w:rPr>
          <w:rFonts w:ascii="Times New Roman" w:hAnsi="Times New Roman" w:eastAsia="Times New Roman" w:cs="Times New Roman"/>
          <w:b/>
        </w:rPr>
        <w:t>style.css</w:t>
      </w:r>
      <w:r>
        <w:rPr>
          <w:rFonts w:ascii="Times New Roman" w:hAnsi="Times New Roman" w:eastAsia="Times New Roman" w:cs="Times New Roman"/>
        </w:rPr>
        <w:t xml:space="preserve"> vào trang bằng thẻ link. Đặt phông chữ không chân, cỡ chữ 16 px và màu nền nhạt cho thẻ body.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Định dạng header: màu nền xanh đậm, chữ trắng, căn giữa, khoảng đệm 24 px.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Tạo lớp </w:t>
      </w:r>
      <w:r>
        <w:rPr>
          <w:rFonts w:ascii="Times New Roman" w:hAnsi="Times New Roman" w:eastAsia="Times New Roman" w:cs="Times New Roman"/>
          <w:b/>
        </w:rPr>
        <w:t>card</w:t>
      </w:r>
      <w:r>
        <w:rPr>
          <w:rFonts w:ascii="Times New Roman" w:hAnsi="Times New Roman" w:eastAsia="Times New Roman" w:cs="Times New Roman"/>
        </w:rPr>
        <w:t xml:space="preserve"> cho ba mục: nền trắng, viền 1 px, bo góc 10 px, khoảng đệm và lề ngoài, rộng tối đa 760 px, nằm giữa trang.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d)</w:t>
      </w:r>
      <w:r>
        <w:rPr>
          <w:rFonts w:ascii="Times New Roman" w:hAnsi="Times New Roman" w:eastAsia="Times New Roman" w:cs="Times New Roman"/>
        </w:rPr>
        <w:t xml:space="preserve"> Định dạng bảng: rộng 100%, viền đơn gộp với nhau, ô có khoảng đệm 8 px, hàng tiêu đề nền xanh chữ trắng. Tạo lớp </w:t>
      </w:r>
      <w:r>
        <w:rPr>
          <w:rFonts w:ascii="Times New Roman" w:hAnsi="Times New Roman" w:eastAsia="Times New Roman" w:cs="Times New Roman"/>
          <w:b/>
        </w:rPr>
        <w:t>highlight</w:t>
      </w:r>
      <w:r>
        <w:rPr>
          <w:rFonts w:ascii="Times New Roman" w:hAnsi="Times New Roman" w:eastAsia="Times New Roman" w:cs="Times New Roman"/>
        </w:rPr>
        <w:t xml:space="preserve"> tô màu hàng “Khai mạc”.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e)</w:t>
      </w:r>
      <w:r>
        <w:rPr>
          <w:rFonts w:ascii="Times New Roman" w:hAnsi="Times New Roman" w:eastAsia="Times New Roman" w:cs="Times New Roman"/>
        </w:rPr>
        <w:t xml:space="preserve"> Viết quy tắc h2 màu xanh và quy tắc </w:t>
      </w:r>
      <w:r>
        <w:rPr>
          <w:rFonts w:ascii="Times New Roman" w:hAnsi="Times New Roman" w:eastAsia="Times New Roman" w:cs="Times New Roman"/>
          <w:b/>
        </w:rPr>
        <w:t>#register h2</w:t>
      </w:r>
      <w:r>
        <w:rPr>
          <w:rFonts w:ascii="Times New Roman" w:hAnsi="Times New Roman" w:eastAsia="Times New Roman" w:cs="Times New Roman"/>
        </w:rPr>
        <w:t xml:space="preserve"> màu cam. Ghi một chú thích trong CSS giải thích vì sao tiêu đề mục Đăng kí có màu cam. </w:t>
      </w:r>
      <w:r>
        <w:rPr>
          <w:rFonts w:ascii="Times New Roman" w:hAnsi="Times New Roman" w:eastAsia="Times New Roman" w:cs="Times New Roman"/>
          <w:i/>
        </w:rPr>
        <w:t>(1,0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nộp </w:t>
      </w:r>
      <w:r>
        <w:rPr>
          <w:rFonts w:ascii="Times New Roman" w:hAnsi="Times New Roman" w:eastAsia="Times New Roman" w:cs="Times New Roman"/>
          <w:b/>
        </w:rPr>
        <w:t>style.css</w:t>
      </w:r>
      <w:r>
        <w:rPr>
          <w:rFonts w:ascii="Times New Roman" w:hAnsi="Times New Roman" w:eastAsia="Times New Roman" w:cs="Times New Roman"/>
        </w:rPr>
        <w:t xml:space="preserve"> và </w:t>
      </w:r>
      <w:r>
        <w:rPr>
          <w:rFonts w:ascii="Times New Roman" w:hAnsi="Times New Roman" w:eastAsia="Times New Roman" w:cs="Times New Roman"/>
          <w:b/>
        </w:rPr>
        <w:t>index.html</w:t>
      </w:r>
      <w:r>
        <w:rPr>
          <w:rFonts w:ascii="Times New Roman" w:hAnsi="Times New Roman" w:eastAsia="Times New Roman" w:cs="Times New Roman"/>
        </w:rPr>
        <w:t xml:space="preserve"> đã liên kết.</w:t>
      </w:r>
    </w:p>
    <w:p>
      <w:pPr>
        <w:keepNext w:val="0"/>
        <w:spacing w:before="160"/>
        <w:jc w:val="center"/>
      </w:pPr>
      <w:r>
        <w:rPr>
          <w:rFonts w:ascii="Times New Roman" w:hAnsi="Times New Roman" w:eastAsia="Times New Roman" w:cs="Times New Roman"/>
          <w:i/>
        </w:rPr>
        <w:t>– Hết –</w:t>
      </w:r>
    </w:p>
    <w:p>
      <w:pPr>
        <w:keepNext w:val="0"/>
        <w:jc w:val="center"/>
      </w:pPr>
      <w:r>
        <w:rPr>
          <w:rFonts w:ascii="Times New Roman" w:hAnsi="Times New Roman" w:eastAsia="Times New Roman" w:cs="Times New Roman"/>
          <w:i/>
          <w:sz w:val="22"/>
        </w:rPr>
        <w:t>Giáo viên coi kiểm tra không giải thích gì thêm.</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color w:val="64748B"/>
        <w:sz w:val="18"/>
      </w:rPr>
      <w:t xml:space="preserve">Tài liệu tham khảo miễn phí từ SmartTest – smarttest.vn/vi/de-thuc-hanh-tin-hoc – Trang </w:t>
    </w:r>
    <w:r>
      <w:rPr>
        <w:rFonts w:ascii="Times New Roman" w:hAnsi="Times New Roman" w:eastAsia="Times New Roman" w:cs="Times New Roman"/>
        <w:color w:val="64748B"/>
        <w:sz w:val="18"/>
      </w:rP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Times New Roman" w:hAnsi="Times New Roman" w:eastAsia="Times New Roman" w:cs="Times New Roman"/>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thực hành Tin học 12: Trang web Ngày hội Sáng tạo</dc:title>
  <dc:subject>Đề thực hành Tin học</dc:subject>
  <dc:creator>SmartTest</dc:creator>
  <cp:keywords/>
  <dc:description>Tài liệu tham khảo miễn phí, giáo viên được dùng và sửa cho lớp mình.</dc:description>
  <cp:lastModifiedBy>SmartTest</cp:lastModifiedBy>
  <cp:revision>1</cp:revision>
  <dcterms:created xsi:type="dcterms:W3CDTF">2026-11-03T08:00:00Z</dcterms:created>
  <dcterms:modified xsi:type="dcterms:W3CDTF">2026-11-03T08:00:00Z</dcterms:modified>
  <cp:category/>
</cp:coreProperties>
</file>