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12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Phân tích dữ liệu chất lượng không khí bằng Python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Làm sạch dữ liệu</w:t>
      </w:r>
      <w:r>
        <w:rPr>
          <w:rFonts w:ascii="Times New Roman" w:hAnsi="Times New Roman" w:eastAsia="Times New Roman" w:cs="Times New Roman"/>
          <w:color w:val="1A4FA0"/>
        </w:rPr>
        <w:t xml:space="preserve"> (3,0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Đọc đúng tệp; in đúng 90 dòng.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tính cả dòng tiêu đề.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Ra 5 dòng thiếu, 2 dòng lỗi.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số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Lọc đúng, đổi kiểu đúng, ra 83 dòng.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chưa đổi kiểu.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Thống kê theo trạm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Hàm đúng cả tại các mốc 25 và 50.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sai tại mốc.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Đúng cả bảy cột của ba trạm.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Trừ 0,5 điểm cho mỗi trạm sai.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Tệp đúng cấu trúc; in đúng Trạm Nam.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tệp đúng nhưng in sai trạm.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3: Tìm quan hệ trong dữ liệu</w:t>
      </w:r>
      <w:r>
        <w:rPr>
          <w:rFonts w:ascii="Times New Roman" w:hAnsi="Times New Roman" w:eastAsia="Times New Roman" w:cs="Times New Roman"/>
          <w:color w:val="1A4FA0"/>
        </w:rPr>
        <w:t xml:space="preserve"> (3,0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Hàm đúng công thức; hai hệ số đúng; chương trình in đúng bảy dòng.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1,25 điểm nếu chỉ đúng một hệ số.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Nhận xét đúng chiều và độ mạnh; nêu được tương quan không phải là nguyên nhân.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ý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dòng: tổng; thiếu; lỗi; dùng được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90; 5; 2; 83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Trạm Bắc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30 ngày; trung bình 38.77; lớn nhất 50.9; Tốt 2, Trung bình 27, Kém 1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Trạm Trung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24 ngày; trung bình 45.65; lớn nhất 65.8; Tốt 0, Trung bình 17, Kém 7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Trạm Nam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29 ngày; trung bình 53.36; lớn nhất 73.5; Tốt 0, Trung bình 13, Kém 16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Tương quan với độ ẩm; với nhiệt độ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-0.703; 0.198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Số liệu trong tệp là số liệu giả định do chương trình tạo ra, không phải số đo của địa phương nào.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Có thể cho phép dùng thư viện pandas nếu lớp đã học; kết quả phải trùng với bảng đối chiếu.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12: Phân tích dữ liệu chất lượng không khí bằng Python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