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670"/>
      </w:tblGrid>
      <w:tr>
        <w:tc>
          <w:tcPr>
            <w:tcW w:type="dxa" w:w="39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TRƯỜNG: ……………………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TỔ TIN HỌC</w:t>
            </w:r>
          </w:p>
        </w:tc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RUBRIC CHẤM BÀI THỰC HÀNH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Môn: Tin học – Lớp 7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Thời gian làm bài: 45 phút</w:t>
            </w:r>
          </w:p>
        </w:tc>
      </w:tr>
    </w:tbl>
    <w:p>
      <w:pPr>
        <w:keepNext w:val="0"/>
        <w:spacing w:after="80" w:before="200"/>
        <w:jc w:val="center"/>
      </w:pPr>
      <w:r>
        <w:rPr>
          <w:rFonts w:ascii="Times New Roman" w:hAnsi="Times New Roman" w:eastAsia="Times New Roman" w:cs="Times New Roman"/>
          <w:b/>
          <w:color w:val="1A4FA0"/>
          <w:sz w:val="29"/>
        </w:rPr>
        <w:t>Bảng điểm lớp 7A và thống kê mượn sách</w:t>
      </w:r>
    </w:p>
    <w:p>
      <w:pPr>
        <w:keepNext w:val="0"/>
        <w:spacing w:after="120"/>
        <w:jc w:val="both"/>
      </w:pPr>
      <w:r>
        <w:rPr>
          <w:rFonts w:ascii="Times New Roman" w:hAnsi="Times New Roman" w:eastAsia="Times New Roman" w:cs="Times New Roman"/>
        </w:rPr>
        <w:t>Thang điểm 10, chấm theo từng ý. Giáo viên chấp nhận cách làm khác cho kết quả đúng; không trừ điểm hai lần cho cùng một lỗi khi ý sau dùng kết quả của ý trước.</w:t>
      </w: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1: Tính toán trên bảng điểm</w:t>
      </w:r>
      <w:r>
        <w:rPr>
          <w:rFonts w:ascii="Times New Roman" w:hAnsi="Times New Roman" w:eastAsia="Times New Roman" w:cs="Times New Roman"/>
          <w:color w:val="1A4FA0"/>
        </w:rPr>
        <w:t xml:space="preserve"> (6,0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G4 dùng hàm SUM trên C4:F4, sao chép đúng đến G21.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0,75 điểm nếu dùng phép cộng từng ô cho kết quả đúng.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H4 dùng hàm AVERAGE, sao chép đến H21, định dạng một chữ số thập phân.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1,0 điểm nếu tính đúng nhưng chưa định dạng số.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Hàng 22 dùng MAX, hàng 23 dùng MIN, đủ bốn cột.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hàng đúng được 0,75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Hàng 24 dùng COUNT; môn Tiếng Anh ra 17, các môn khác ra 18.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0,75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1e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C25 = E24/COUNT(A4:A21), định dạng phần trăm.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0,75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đúng kết quả nhưng nhập sĩ số bằng số cố định.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6,0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2: Trình bày và thiết lập trang in</w:t>
      </w:r>
      <w:r>
        <w:rPr>
          <w:rFonts w:ascii="Times New Roman" w:hAnsi="Times New Roman" w:eastAsia="Times New Roman" w:cs="Times New Roman"/>
          <w:color w:val="1A4FA0"/>
        </w:rPr>
        <w:t xml:space="preserve"> (4,0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Tên trang tính là “Mượn sách”.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Cột Cộng đúng vị trí, dùng SUM, đủ các hàng.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chỉ tính đúng một phần các hàng.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Tiêu đề được gộp ô, đậm, cỡ 16, căn giữa.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0,75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yêu cầu đúng được 0,25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Hàng tiêu đề có màu nền, căn giữa; cột đủ rộng; bảng có khung.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đúng hai trong ba yêu cầu.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2e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Khổ A4, hướng ngang, co vừa một trang.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0,75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chưa co vừa một trang.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4,0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 w:val="0"/>
        <w:spacing w:after="120" w:before="120"/>
      </w:pPr>
      <w:r>
        <w:rPr>
          <w:rFonts w:ascii="Times New Roman" w:hAnsi="Times New Roman" w:eastAsia="Times New Roman" w:cs="Times New Roman"/>
          <w:b/>
        </w:rPr>
        <w:t>Tổng toàn bài: 10,0 điểm.</w:t>
      </w: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Kết quả để đối chiếu nhanh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3969"/>
      </w:tblGrid>
      <w:tr>
        <w:trPr>
          <w:tblHeader/>
        </w:trPr>
        <w:tc>
          <w:tcPr>
            <w:tcW w:type="dxa" w:w="5386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Nội dung</w:t>
            </w:r>
          </w:p>
        </w:tc>
        <w:tc>
          <w:tcPr>
            <w:tcW w:type="dxa" w:w="396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Kết quả đúng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Tổng điểm của Bùi Gia An (G4)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29,5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Điểm trung bình của Ngô Quang Duy (H9), bạn vắng Tiếng Anh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7,7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Điểm cao nhất, thấp nhất môn Toán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10,0; 5,5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Số học sinh có điểm Tiếng Anh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17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Tỉ lệ có điểm Tiếng Anh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94%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Tổng lượt mượn Truyện thiếu nhi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200</w:t>
            </w:r>
          </w:p>
        </w:tc>
      </w:tr>
    </w:tbl>
    <w:p>
      <w:pPr>
        <w:spacing w:after="40" w:line="144" w:lineRule="auto"/>
      </w:pP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Lưu ý cho giáo viên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Điểm trung bình của bạn vắng Tiếng Anh được AVERAGE tính trên ba môn vì hàm bỏ qua ô trống; có thể dùng chi tiết này để hỏi thêm khi trả bài.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color w:val="64748B"/>
        <w:sz w:val="18"/>
      </w:rPr>
      <w:t xml:space="preserve">Tài liệu tham khảo miễn phí từ SmartTest – smarttest.vn/vi/de-thuc-hanh-tin-hoc – Trang </w:t>
    </w:r>
    <w:r>
      <w:rPr>
        <w:rFonts w:ascii="Times New Roman" w:hAnsi="Times New Roman" w:eastAsia="Times New Roman" w:cs="Times New Roman"/>
        <w:color w:val="64748B"/>
        <w:sz w:val="18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chấm đề thực hành Tin học 7: Bảng điểm lớp 7A và thống kê mượn sách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