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8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Số liệu Hội chợ xuân của trường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Tính tiền bán hàng</w:t>
      </w:r>
      <w:r>
        <w:rPr>
          <w:rFonts w:ascii="Times New Roman" w:hAnsi="Times New Roman" w:eastAsia="Times New Roman" w:cs="Times New Roman"/>
          <w:color w:val="1A4FA0"/>
        </w:rPr>
        <w:t xml:space="preserve"> (5,0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F4 = D4*E4, sao chép đến F15.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có hàng tính sai.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G4 = F4*$J$2 (hoặc F4*J$2), sao chép đúng đến G15.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viết đúng từng hàng mà không dùng địa chỉ tuyệt đối.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F16 và G16 dùng hàm SUM, đủ các hàng.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H4 = F4/$F$16, sao chép đúng, định dạng 0,0%.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đúng công thức nhưng chưa định dạng.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Ba cột hiển thị dấu phân cách hàng nghìn.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1f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Ô J2 là 15%; G16 = 1.036.950.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5,0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Sắp xếp, lọc và vẽ biểu đồ</w:t>
      </w:r>
      <w:r>
        <w:rPr>
          <w:rFonts w:ascii="Times New Roman" w:hAnsi="Times New Roman" w:eastAsia="Times New Roman" w:cs="Times New Roman"/>
          <w:color w:val="1A4FA0"/>
        </w:rPr>
        <w:t xml:space="preserve"> (5,0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Bảng giảm dần, hàng đầu là 9A; các cột đi cùng hàng không bị lệch.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Không cho điểm nếu chỉ sắp xếp riêng một cột làm lệch dữ liệu.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Trang tính Lọc có bộ lọc, chỉ hiện 3 lớp: 8C, 8A, 8B.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mới lọc đúng một điều kiện.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Biểu đồ cột đúng vùng dữ liệu, đủ tiêu đề biểu đồ và tiêu đề trục.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biểu đồ đúng dữ liệu nhưng thiếu tiêu đề.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Biểu đồ tròn đúng dữ liệu, hiện nhãn phần trăm.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thiếu nhãn phần trăm.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5,0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Thành tiền (F16)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6.913.000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Ủng hộ với tỉ lệ 15% (G16)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1.036.950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Thứ tự doanh thu giảm dần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9A, 8C, 9B, 8A, 7A, 8B, 8D, 6B, 7B, 6A, 7C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Các lớp sau khi lọc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8C, 8A, 8B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doanh thu khối 6, 7, 8, 9 (nghìn đồng)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2.220; 3.540; 6.820; 4.470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Có thể lọc bằng bộ lọc tự động với điều kiện số lớn hơn hoặc bằng 1500; không chấp nhận xoá tay các hàng không thoả mãn.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8: Số liệu Hội chợ xuân của trường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