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082"/>
        <w:gridCol w:w="4989"/>
      </w:tblGrid>
      <w:tr>
        <w:tc>
          <w:tcPr>
            <w:tcW w:type="dxa" w:w="4082"/>
          </w:tcPr>
          <w:p>
            <w:pPr>
              <w:spacing w:after="40"/>
              <w:jc w:val="center"/>
            </w:pPr>
            <w:r/>
            <w:r>
              <w:rPr>
                <w:rFonts w:ascii="Times New Roman" w:hAnsi="Times New Roman" w:eastAsia="Times New Roman"/>
                <w:b w:val="0"/>
                <w:i w:val="0"/>
                <w:sz w:val="24"/>
              </w:rPr>
              <w:t>CƠ QUAN CHỦ QUẢN: …………………………</w:t>
            </w:r>
          </w:p>
          <w:p>
            <w:pPr>
              <w:spacing w:after="40"/>
              <w:jc w:val="center"/>
            </w:pPr>
            <w:r>
              <w:rPr>
                <w:rFonts w:ascii="Times New Roman" w:hAnsi="Times New Roman" w:eastAsia="Times New Roman"/>
                <w:b/>
                <w:i w:val="0"/>
                <w:sz w:val="24"/>
              </w:rPr>
              <w:t>TRƯỜNG: ……………………………………</w:t>
            </w:r>
          </w:p>
          <w:p>
            <w:pPr>
              <w:spacing w:after="40"/>
              <w:jc w:val="center"/>
            </w:pPr>
            <w:r>
              <w:rPr>
                <w:rFonts w:ascii="Times New Roman" w:hAnsi="Times New Roman" w:eastAsia="Times New Roman"/>
                <w:b w:val="0"/>
                <w:i w:val="0"/>
                <w:sz w:val="24"/>
              </w:rPr>
              <w:t>Số: …………/…………</w:t>
            </w:r>
          </w:p>
        </w:tc>
        <w:tc>
          <w:tcPr>
            <w:tcW w:type="dxa" w:w="4989"/>
          </w:tcPr>
          <w:p>
            <w:pPr>
              <w:spacing w:after="40"/>
              <w:jc w:val="center"/>
            </w:pPr>
            <w:r/>
            <w:r>
              <w:rPr>
                <w:rFonts w:ascii="Times New Roman" w:hAnsi="Times New Roman" w:eastAsia="Times New Roman"/>
                <w:b/>
                <w:i w:val="0"/>
                <w:sz w:val="24"/>
              </w:rPr>
              <w:t>CỘNG HOÀ XÃ HỘI CHỦ NGHĨA VIỆT NAM</w:t>
            </w:r>
          </w:p>
          <w:p>
            <w:pPr>
              <w:spacing w:after="40"/>
              <w:jc w:val="center"/>
            </w:pPr>
            <w:r>
              <w:rPr>
                <w:rFonts w:ascii="Times New Roman" w:hAnsi="Times New Roman" w:eastAsia="Times New Roman"/>
                <w:b/>
                <w:i w:val="0"/>
                <w:sz w:val="24"/>
              </w:rPr>
              <w:t>Độc lập - Tự do - Hạnh phúc</w:t>
            </w:r>
          </w:p>
          <w:p>
            <w:pPr>
              <w:spacing w:after="40"/>
              <w:jc w:val="center"/>
            </w:pPr>
          </w:p>
        </w:tc>
      </w:tr>
    </w:tbl>
    <w:p>
      <w:pPr>
        <w:spacing w:after="80"/>
      </w:pPr>
    </w:p>
    <w:p>
      <w:pPr>
        <w:spacing w:after="40"/>
        <w:jc w:val="center"/>
      </w:pPr>
      <w:r>
        <w:rPr>
          <w:rFonts w:ascii="Times New Roman" w:hAnsi="Times New Roman" w:eastAsia="Times New Roman"/>
          <w:b/>
          <w:i w:val="0"/>
          <w:sz w:val="28"/>
        </w:rPr>
        <w:t>BIÊN BẢN SỰ CỐ KỸ THUẬT</w:t>
      </w:r>
    </w:p>
    <w:p>
      <w:pPr>
        <w:spacing w:after="200"/>
        <w:jc w:val="center"/>
      </w:pPr>
      <w:r>
        <w:rPr>
          <w:rFonts w:ascii="Times New Roman" w:hAnsi="Times New Roman" w:eastAsia="Times New Roman"/>
          <w:b/>
          <w:i w:val="0"/>
          <w:sz w:val="26"/>
        </w:rPr>
        <w:t>Trong kiểm tra định kỳ trên máy tính</w:t>
      </w:r>
    </w:p>
    <w:p>
      <w:pPr>
        <w:keepNext/>
        <w:spacing w:after="80" w:before="200"/>
      </w:pPr>
      <w:r>
        <w:rPr>
          <w:rFonts w:ascii="Times New Roman" w:hAnsi="Times New Roman" w:eastAsia="Times New Roman"/>
          <w:b/>
          <w:i w:val="0"/>
          <w:sz w:val="26"/>
        </w:rPr>
        <w:t>A. THÔNG TIN CHUNG</w:t>
      </w:r>
    </w:p>
    <w:p>
      <w:pPr>
        <w:spacing w:after="80"/>
      </w:pPr>
      <w:r>
        <w:rPr>
          <w:rFonts w:ascii="Times New Roman" w:hAnsi="Times New Roman" w:eastAsia="Times New Roman"/>
          <w:b w:val="0"/>
          <w:i w:val="0"/>
          <w:sz w:val="26"/>
        </w:rPr>
        <w:t>Thời gian lập biên bản: …… giờ …… phút, ngày ……/……/20……  Tại phòng: ……………………………………</w:t>
      </w:r>
    </w:p>
    <w:p>
      <w:pPr>
        <w:spacing w:after="80"/>
      </w:pPr>
      <w:r>
        <w:rPr>
          <w:rFonts w:ascii="Times New Roman" w:hAnsi="Times New Roman" w:eastAsia="Times New Roman"/>
          <w:b w:val="0"/>
          <w:i w:val="0"/>
          <w:sz w:val="26"/>
        </w:rPr>
        <w:t>Môn kiểm tra, khối, lớp: ………………………………………………………………………………………………………………………………</w:t>
      </w:r>
    </w:p>
    <w:p>
      <w:pPr>
        <w:spacing w:after="80"/>
      </w:pPr>
      <w:r>
        <w:rPr>
          <w:rFonts w:ascii="Times New Roman" w:hAnsi="Times New Roman" w:eastAsia="Times New Roman"/>
          <w:b w:val="0"/>
          <w:i w:val="0"/>
          <w:sz w:val="26"/>
        </w:rPr>
        <w:t>Ca: ………  Giờ bắt đầu: ………  Thời lượng: ……… phút  Tổng số học sinh trong ca: ………</w:t>
      </w:r>
    </w:p>
    <w:p>
      <w:pPr>
        <w:spacing w:after="80"/>
      </w:pPr>
      <w:r>
        <w:rPr>
          <w:rFonts w:ascii="Times New Roman" w:hAnsi="Times New Roman" w:eastAsia="Times New Roman"/>
          <w:b w:val="0"/>
          <w:i w:val="0"/>
          <w:sz w:val="26"/>
        </w:rPr>
        <w:t>Thành phần có mặt:</w:t>
      </w:r>
    </w:p>
    <w:tbl>
      <w:tblPr>
        <w:tblStyle w:val="TableGrid"/>
        <w:tblW w:type="auto" w:w="0"/>
        <w:jc w:val="center"/>
        <w:tblLayout w:type="fixed"/>
        <w:tblLook w:firstColumn="1" w:firstRow="1" w:lastColumn="0" w:lastRow="0" w:noHBand="0" w:noVBand="1" w:val="04A0"/>
      </w:tblPr>
      <w:tblGrid>
        <w:gridCol w:w="4535"/>
        <w:gridCol w:w="4535"/>
      </w:tblGrid>
      <w:tr>
        <w:trPr>
          <w:tblHeader/>
        </w:trPr>
        <w:tc>
          <w:tcPr>
            <w:tcW w:type="dxa" w:w="4535"/>
          </w:tcPr>
          <w:p>
            <w:pPr>
              <w:spacing w:after="40" w:line="252" w:lineRule="auto"/>
              <w:jc w:val="center"/>
            </w:pPr>
            <w:r/>
            <w:r>
              <w:rPr>
                <w:rFonts w:ascii="Times New Roman" w:hAnsi="Times New Roman" w:eastAsia="Times New Roman"/>
                <w:b/>
                <w:i w:val="0"/>
                <w:sz w:val="24"/>
              </w:rPr>
              <w:t>Họ và tên</w:t>
            </w:r>
          </w:p>
        </w:tc>
        <w:tc>
          <w:tcPr>
            <w:tcW w:type="dxa" w:w="4535"/>
          </w:tcPr>
          <w:p>
            <w:pPr>
              <w:spacing w:after="40" w:line="252" w:lineRule="auto"/>
              <w:jc w:val="center"/>
            </w:pPr>
            <w:r/>
            <w:r>
              <w:rPr>
                <w:rFonts w:ascii="Times New Roman" w:hAnsi="Times New Roman" w:eastAsia="Times New Roman"/>
                <w:b/>
                <w:i w:val="0"/>
                <w:sz w:val="24"/>
              </w:rPr>
              <w:t>Chức vụ, nhiệm vụ</w:t>
            </w:r>
          </w:p>
        </w:tc>
      </w:tr>
      <w:tr>
        <w:trPr>
          <w:cantSplit/>
        </w:trPr>
        <w:tc>
          <w:tcPr>
            <w:tcW w:type="dxa" w:w="4535"/>
          </w:tcPr>
          <w:p>
            <w:pPr>
              <w:spacing w:after="40" w:line="252" w:lineRule="auto"/>
            </w:pPr>
            <w:r/>
          </w:p>
        </w:tc>
        <w:tc>
          <w:tcPr>
            <w:tcW w:type="dxa" w:w="4535"/>
          </w:tcPr>
          <w:p>
            <w:pPr>
              <w:spacing w:after="40" w:line="252" w:lineRule="auto"/>
            </w:pPr>
            <w:r/>
          </w:p>
        </w:tc>
      </w:tr>
      <w:tr>
        <w:trPr>
          <w:cantSplit/>
        </w:trPr>
        <w:tc>
          <w:tcPr>
            <w:tcW w:type="dxa" w:w="4535"/>
          </w:tcPr>
          <w:p>
            <w:pPr>
              <w:spacing w:after="40" w:line="252" w:lineRule="auto"/>
            </w:pPr>
            <w:r/>
          </w:p>
        </w:tc>
        <w:tc>
          <w:tcPr>
            <w:tcW w:type="dxa" w:w="4535"/>
          </w:tcPr>
          <w:p>
            <w:pPr>
              <w:spacing w:after="40" w:line="252" w:lineRule="auto"/>
            </w:pPr>
            <w:r/>
          </w:p>
        </w:tc>
      </w:tr>
      <w:tr>
        <w:trPr>
          <w:cantSplit/>
        </w:trPr>
        <w:tc>
          <w:tcPr>
            <w:tcW w:type="dxa" w:w="4535"/>
          </w:tcPr>
          <w:p>
            <w:pPr>
              <w:spacing w:after="40" w:line="252" w:lineRule="auto"/>
            </w:pPr>
            <w:r/>
          </w:p>
        </w:tc>
        <w:tc>
          <w:tcPr>
            <w:tcW w:type="dxa" w:w="4535"/>
          </w:tcPr>
          <w:p>
            <w:pPr>
              <w:spacing w:after="40" w:line="252" w:lineRule="auto"/>
            </w:pPr>
            <w:r/>
          </w:p>
        </w:tc>
      </w:tr>
      <w:tr>
        <w:trPr>
          <w:cantSplit/>
        </w:trPr>
        <w:tc>
          <w:tcPr>
            <w:tcW w:type="dxa" w:w="4535"/>
          </w:tcPr>
          <w:p>
            <w:pPr>
              <w:spacing w:after="40" w:line="252" w:lineRule="auto"/>
            </w:pPr>
            <w:r/>
          </w:p>
        </w:tc>
        <w:tc>
          <w:tcPr>
            <w:tcW w:type="dxa" w:w="4535"/>
          </w:tcPr>
          <w:p>
            <w:pPr>
              <w:spacing w:after="40" w:line="252" w:lineRule="auto"/>
            </w:pPr>
            <w:r/>
          </w:p>
        </w:tc>
      </w:tr>
    </w:tbl>
    <w:p>
      <w:pPr>
        <w:spacing w:after="80"/>
      </w:pPr>
    </w:p>
    <w:p>
      <w:pPr>
        <w:keepNext/>
        <w:spacing w:after="80" w:before="200"/>
      </w:pPr>
      <w:r>
        <w:rPr>
          <w:rFonts w:ascii="Times New Roman" w:hAnsi="Times New Roman" w:eastAsia="Times New Roman"/>
          <w:b/>
          <w:i w:val="0"/>
          <w:sz w:val="26"/>
        </w:rPr>
        <w:t>B. DIỄN BIẾN SỰ CỐ</w:t>
      </w:r>
    </w:p>
    <w:p>
      <w:pPr>
        <w:spacing w:after="80"/>
      </w:pPr>
      <w:r>
        <w:rPr>
          <w:rFonts w:ascii="Times New Roman" w:hAnsi="Times New Roman" w:eastAsia="Times New Roman"/>
          <w:b w:val="0"/>
          <w:i w:val="0"/>
          <w:sz w:val="26"/>
        </w:rPr>
        <w:t>Loại sự cố:</w:t>
      </w:r>
    </w:p>
    <w:p>
      <w:pPr>
        <w:spacing w:after="120"/>
      </w:pPr>
      <w:r>
        <w:rPr>
          <w:rFonts w:ascii="Times New Roman" w:hAnsi="Times New Roman" w:eastAsia="Times New Roman"/>
          <w:b w:val="0"/>
          <w:i w:val="0"/>
          <w:sz w:val="26"/>
        </w:rPr>
        <w:t>☐ Hỏng máy học sinh    ☐ Đứt mạng    ☐ Mất điện    ☐ Lỗi máy chủ    ☐ Lỗi phần mềm    ☐ Lỗi đề    ☐ Khác: …………</w:t>
      </w:r>
    </w:p>
    <w:p>
      <w:pPr>
        <w:spacing w:after="120"/>
      </w:pPr>
      <w:r>
        <w:rPr>
          <w:rFonts w:ascii="Times New Roman" w:hAnsi="Times New Roman" w:eastAsia="Times New Roman"/>
          <w:b w:val="0"/>
          <w:i w:val="0"/>
          <w:sz w:val="26"/>
        </w:rPr>
        <w:t>Thời điểm phát hiện: …… giờ …… phút.   Thời điểm khắc phục: …… giờ …… phút.   Thời gian gián đoạn: ……… phút.</w:t>
      </w:r>
    </w:p>
    <w:p>
      <w:pPr>
        <w:spacing w:after="80"/>
      </w:pPr>
      <w:r>
        <w:rPr>
          <w:rFonts w:ascii="Times New Roman" w:hAnsi="Times New Roman" w:eastAsia="Times New Roman"/>
          <w:b w:val="0"/>
          <w:i w:val="0"/>
          <w:sz w:val="26"/>
        </w:rPr>
        <w:t>Mô tả diễn biến, nguyên nhân bước đầu:</w:t>
      </w:r>
    </w:p>
    <w:p>
      <w:pPr>
        <w:spacing w:after="80"/>
      </w:pPr>
      <w:r>
        <w:rPr>
          <w:rFonts w:ascii="Times New Roman" w:hAnsi="Times New Roman" w:eastAsia="Times New Roman"/>
          <w:b w:val="0"/>
          <w:i w:val="0"/>
          <w:sz w:val="26"/>
        </w:rPr>
        <w:t>………………………………………………………………………………………………………………………………</w:t>
      </w:r>
    </w:p>
    <w:p>
      <w:pPr>
        <w:spacing w:after="80"/>
      </w:pPr>
      <w:r>
        <w:rPr>
          <w:rFonts w:ascii="Times New Roman" w:hAnsi="Times New Roman" w:eastAsia="Times New Roman"/>
          <w:b w:val="0"/>
          <w:i w:val="0"/>
          <w:sz w:val="26"/>
        </w:rPr>
        <w:t>………………………………………………………………………………………………………………………………</w:t>
      </w:r>
    </w:p>
    <w:p>
      <w:pPr>
        <w:spacing w:after="80"/>
      </w:pPr>
      <w:r>
        <w:rPr>
          <w:rFonts w:ascii="Times New Roman" w:hAnsi="Times New Roman" w:eastAsia="Times New Roman"/>
          <w:b w:val="0"/>
          <w:i w:val="0"/>
          <w:sz w:val="26"/>
        </w:rPr>
        <w:t>………………………………………………………………………………………………………………………………</w:t>
      </w:r>
    </w:p>
    <w:p>
      <w:pPr>
        <w:spacing w:after="80"/>
      </w:pPr>
      <w:r>
        <w:rPr>
          <w:rFonts w:ascii="Times New Roman" w:hAnsi="Times New Roman" w:eastAsia="Times New Roman"/>
          <w:b w:val="0"/>
          <w:i w:val="0"/>
          <w:sz w:val="26"/>
        </w:rPr>
        <w:t>………………………………………………………………………………………………………………………………</w:t>
      </w:r>
    </w:p>
    <w:p>
      <w:pPr>
        <w:keepNext/>
        <w:spacing w:after="80" w:before="200"/>
      </w:pPr>
      <w:r>
        <w:rPr>
          <w:rFonts w:ascii="Times New Roman" w:hAnsi="Times New Roman" w:eastAsia="Times New Roman"/>
          <w:b/>
          <w:i w:val="0"/>
          <w:sz w:val="26"/>
        </w:rPr>
        <w:t>C. HỌC SINH BỊ ẢNH HƯỞNG</w:t>
      </w:r>
    </w:p>
    <w:tbl>
      <w:tblPr>
        <w:tblStyle w:val="TableGrid"/>
        <w:tblW w:type="auto" w:w="0"/>
        <w:jc w:val="center"/>
        <w:tblLayout w:type="fixed"/>
        <w:tblLook w:firstColumn="1" w:firstRow="1" w:lastColumn="0" w:lastRow="0" w:noHBand="0" w:noVBand="1" w:val="04A0"/>
      </w:tblPr>
      <w:tblGrid>
        <w:gridCol w:w="567"/>
        <w:gridCol w:w="2494"/>
        <w:gridCol w:w="794"/>
        <w:gridCol w:w="1361"/>
        <w:gridCol w:w="1474"/>
        <w:gridCol w:w="1361"/>
        <w:gridCol w:w="1020"/>
      </w:tblGrid>
      <w:tr>
        <w:trPr>
          <w:tblHeader/>
        </w:trPr>
        <w:tc>
          <w:tcPr>
            <w:tcW w:type="dxa" w:w="567"/>
          </w:tcPr>
          <w:p>
            <w:pPr>
              <w:spacing w:after="40" w:line="252" w:lineRule="auto"/>
              <w:jc w:val="center"/>
            </w:pPr>
            <w:r/>
            <w:r>
              <w:rPr>
                <w:rFonts w:ascii="Times New Roman" w:hAnsi="Times New Roman" w:eastAsia="Times New Roman"/>
                <w:b/>
                <w:i w:val="0"/>
                <w:sz w:val="24"/>
              </w:rPr>
              <w:t>TT</w:t>
            </w:r>
          </w:p>
        </w:tc>
        <w:tc>
          <w:tcPr>
            <w:tcW w:type="dxa" w:w="2494"/>
          </w:tcPr>
          <w:p>
            <w:pPr>
              <w:spacing w:after="40" w:line="252" w:lineRule="auto"/>
              <w:jc w:val="center"/>
            </w:pPr>
            <w:r/>
            <w:r>
              <w:rPr>
                <w:rFonts w:ascii="Times New Roman" w:hAnsi="Times New Roman" w:eastAsia="Times New Roman"/>
                <w:b/>
                <w:i w:val="0"/>
                <w:sz w:val="24"/>
              </w:rPr>
              <w:t>Họ tên học sinh</w:t>
            </w:r>
          </w:p>
        </w:tc>
        <w:tc>
          <w:tcPr>
            <w:tcW w:type="dxa" w:w="794"/>
          </w:tcPr>
          <w:p>
            <w:pPr>
              <w:spacing w:after="40" w:line="252" w:lineRule="auto"/>
              <w:jc w:val="center"/>
            </w:pPr>
            <w:r/>
            <w:r>
              <w:rPr>
                <w:rFonts w:ascii="Times New Roman" w:hAnsi="Times New Roman" w:eastAsia="Times New Roman"/>
                <w:b/>
                <w:i w:val="0"/>
                <w:sz w:val="24"/>
              </w:rPr>
              <w:t>Lớp</w:t>
            </w:r>
          </w:p>
        </w:tc>
        <w:tc>
          <w:tcPr>
            <w:tcW w:type="dxa" w:w="1361"/>
          </w:tcPr>
          <w:p>
            <w:pPr>
              <w:spacing w:after="40" w:line="252" w:lineRule="auto"/>
              <w:jc w:val="center"/>
            </w:pPr>
            <w:r/>
            <w:r>
              <w:rPr>
                <w:rFonts w:ascii="Times New Roman" w:hAnsi="Times New Roman" w:eastAsia="Times New Roman"/>
                <w:b/>
                <w:i w:val="0"/>
                <w:sz w:val="24"/>
              </w:rPr>
              <w:t>Số báo danh, máy</w:t>
            </w:r>
          </w:p>
        </w:tc>
        <w:tc>
          <w:tcPr>
            <w:tcW w:type="dxa" w:w="1474"/>
          </w:tcPr>
          <w:p>
            <w:pPr>
              <w:spacing w:after="40" w:line="252" w:lineRule="auto"/>
              <w:jc w:val="center"/>
            </w:pPr>
            <w:r/>
            <w:r>
              <w:rPr>
                <w:rFonts w:ascii="Times New Roman" w:hAnsi="Times New Roman" w:eastAsia="Times New Roman"/>
                <w:b/>
                <w:i w:val="0"/>
                <w:sz w:val="24"/>
              </w:rPr>
              <w:t>Mức ảnh hưởng</w:t>
            </w:r>
          </w:p>
        </w:tc>
        <w:tc>
          <w:tcPr>
            <w:tcW w:type="dxa" w:w="1361"/>
          </w:tcPr>
          <w:p>
            <w:pPr>
              <w:spacing w:after="40" w:line="252" w:lineRule="auto"/>
              <w:jc w:val="center"/>
            </w:pPr>
            <w:r/>
            <w:r>
              <w:rPr>
                <w:rFonts w:ascii="Times New Roman" w:hAnsi="Times New Roman" w:eastAsia="Times New Roman"/>
                <w:b/>
                <w:i w:val="0"/>
                <w:sz w:val="24"/>
              </w:rPr>
              <w:t>Dữ liệu còn lại</w:t>
            </w:r>
          </w:p>
        </w:tc>
        <w:tc>
          <w:tcPr>
            <w:tcW w:type="dxa" w:w="1020"/>
          </w:tcPr>
          <w:p>
            <w:pPr>
              <w:spacing w:after="40" w:line="252" w:lineRule="auto"/>
              <w:jc w:val="center"/>
            </w:pPr>
            <w:r/>
            <w:r>
              <w:rPr>
                <w:rFonts w:ascii="Times New Roman" w:hAnsi="Times New Roman" w:eastAsia="Times New Roman"/>
                <w:b/>
                <w:i w:val="0"/>
                <w:sz w:val="24"/>
              </w:rPr>
              <w:t>Đã cộng giờ (phút)</w:t>
            </w:r>
          </w:p>
        </w:tc>
      </w:tr>
      <w:tr>
        <w:trPr>
          <w:cantSplit/>
        </w:trPr>
        <w:tc>
          <w:tcPr>
            <w:tcW w:type="dxa" w:w="567"/>
          </w:tcPr>
          <w:p>
            <w:pPr>
              <w:spacing w:after="40" w:line="252" w:lineRule="auto"/>
            </w:pPr>
            <w:r/>
          </w:p>
        </w:tc>
        <w:tc>
          <w:tcPr>
            <w:tcW w:type="dxa" w:w="2494"/>
          </w:tcPr>
          <w:p>
            <w:pPr>
              <w:spacing w:after="40" w:line="252" w:lineRule="auto"/>
            </w:pPr>
            <w:r/>
          </w:p>
        </w:tc>
        <w:tc>
          <w:tcPr>
            <w:tcW w:type="dxa" w:w="794"/>
          </w:tcPr>
          <w:p>
            <w:pPr>
              <w:spacing w:after="40" w:line="252" w:lineRule="auto"/>
            </w:pPr>
            <w:r/>
          </w:p>
        </w:tc>
        <w:tc>
          <w:tcPr>
            <w:tcW w:type="dxa" w:w="1361"/>
          </w:tcPr>
          <w:p>
            <w:pPr>
              <w:spacing w:after="40" w:line="252" w:lineRule="auto"/>
            </w:pPr>
            <w:r/>
          </w:p>
        </w:tc>
        <w:tc>
          <w:tcPr>
            <w:tcW w:type="dxa" w:w="1474"/>
          </w:tcPr>
          <w:p>
            <w:pPr>
              <w:spacing w:after="40" w:line="252" w:lineRule="auto"/>
            </w:pPr>
            <w:r/>
          </w:p>
        </w:tc>
        <w:tc>
          <w:tcPr>
            <w:tcW w:type="dxa" w:w="1361"/>
          </w:tcPr>
          <w:p>
            <w:pPr>
              <w:spacing w:after="40" w:line="252" w:lineRule="auto"/>
            </w:pPr>
            <w:r/>
          </w:p>
        </w:tc>
        <w:tc>
          <w:tcPr>
            <w:tcW w:type="dxa" w:w="1020"/>
          </w:tcPr>
          <w:p>
            <w:pPr>
              <w:spacing w:after="40" w:line="252" w:lineRule="auto"/>
            </w:pPr>
            <w:r/>
          </w:p>
        </w:tc>
      </w:tr>
      <w:tr>
        <w:trPr>
          <w:cantSplit/>
        </w:trPr>
        <w:tc>
          <w:tcPr>
            <w:tcW w:type="dxa" w:w="567"/>
          </w:tcPr>
          <w:p>
            <w:pPr>
              <w:spacing w:after="40" w:line="252" w:lineRule="auto"/>
            </w:pPr>
            <w:r/>
          </w:p>
        </w:tc>
        <w:tc>
          <w:tcPr>
            <w:tcW w:type="dxa" w:w="2494"/>
          </w:tcPr>
          <w:p>
            <w:pPr>
              <w:spacing w:after="40" w:line="252" w:lineRule="auto"/>
            </w:pPr>
            <w:r/>
          </w:p>
        </w:tc>
        <w:tc>
          <w:tcPr>
            <w:tcW w:type="dxa" w:w="794"/>
          </w:tcPr>
          <w:p>
            <w:pPr>
              <w:spacing w:after="40" w:line="252" w:lineRule="auto"/>
            </w:pPr>
            <w:r/>
          </w:p>
        </w:tc>
        <w:tc>
          <w:tcPr>
            <w:tcW w:type="dxa" w:w="1361"/>
          </w:tcPr>
          <w:p>
            <w:pPr>
              <w:spacing w:after="40" w:line="252" w:lineRule="auto"/>
            </w:pPr>
            <w:r/>
          </w:p>
        </w:tc>
        <w:tc>
          <w:tcPr>
            <w:tcW w:type="dxa" w:w="1474"/>
          </w:tcPr>
          <w:p>
            <w:pPr>
              <w:spacing w:after="40" w:line="252" w:lineRule="auto"/>
            </w:pPr>
            <w:r/>
          </w:p>
        </w:tc>
        <w:tc>
          <w:tcPr>
            <w:tcW w:type="dxa" w:w="1361"/>
          </w:tcPr>
          <w:p>
            <w:pPr>
              <w:spacing w:after="40" w:line="252" w:lineRule="auto"/>
            </w:pPr>
            <w:r/>
          </w:p>
        </w:tc>
        <w:tc>
          <w:tcPr>
            <w:tcW w:type="dxa" w:w="1020"/>
          </w:tcPr>
          <w:p>
            <w:pPr>
              <w:spacing w:after="40" w:line="252" w:lineRule="auto"/>
            </w:pPr>
            <w:r/>
          </w:p>
        </w:tc>
      </w:tr>
      <w:tr>
        <w:trPr>
          <w:cantSplit/>
        </w:trPr>
        <w:tc>
          <w:tcPr>
            <w:tcW w:type="dxa" w:w="567"/>
          </w:tcPr>
          <w:p>
            <w:pPr>
              <w:spacing w:after="40" w:line="252" w:lineRule="auto"/>
            </w:pPr>
            <w:r/>
          </w:p>
        </w:tc>
        <w:tc>
          <w:tcPr>
            <w:tcW w:type="dxa" w:w="2494"/>
          </w:tcPr>
          <w:p>
            <w:pPr>
              <w:spacing w:after="40" w:line="252" w:lineRule="auto"/>
            </w:pPr>
            <w:r/>
          </w:p>
        </w:tc>
        <w:tc>
          <w:tcPr>
            <w:tcW w:type="dxa" w:w="794"/>
          </w:tcPr>
          <w:p>
            <w:pPr>
              <w:spacing w:after="40" w:line="252" w:lineRule="auto"/>
            </w:pPr>
            <w:r/>
          </w:p>
        </w:tc>
        <w:tc>
          <w:tcPr>
            <w:tcW w:type="dxa" w:w="1361"/>
          </w:tcPr>
          <w:p>
            <w:pPr>
              <w:spacing w:after="40" w:line="252" w:lineRule="auto"/>
            </w:pPr>
            <w:r/>
          </w:p>
        </w:tc>
        <w:tc>
          <w:tcPr>
            <w:tcW w:type="dxa" w:w="1474"/>
          </w:tcPr>
          <w:p>
            <w:pPr>
              <w:spacing w:after="40" w:line="252" w:lineRule="auto"/>
            </w:pPr>
            <w:r/>
          </w:p>
        </w:tc>
        <w:tc>
          <w:tcPr>
            <w:tcW w:type="dxa" w:w="1361"/>
          </w:tcPr>
          <w:p>
            <w:pPr>
              <w:spacing w:after="40" w:line="252" w:lineRule="auto"/>
            </w:pPr>
            <w:r/>
          </w:p>
        </w:tc>
        <w:tc>
          <w:tcPr>
            <w:tcW w:type="dxa" w:w="1020"/>
          </w:tcPr>
          <w:p>
            <w:pPr>
              <w:spacing w:after="40" w:line="252" w:lineRule="auto"/>
            </w:pPr>
            <w:r/>
          </w:p>
        </w:tc>
      </w:tr>
      <w:tr>
        <w:trPr>
          <w:cantSplit/>
        </w:trPr>
        <w:tc>
          <w:tcPr>
            <w:tcW w:type="dxa" w:w="567"/>
          </w:tcPr>
          <w:p>
            <w:pPr>
              <w:spacing w:after="40" w:line="252" w:lineRule="auto"/>
            </w:pPr>
            <w:r/>
          </w:p>
        </w:tc>
        <w:tc>
          <w:tcPr>
            <w:tcW w:type="dxa" w:w="2494"/>
          </w:tcPr>
          <w:p>
            <w:pPr>
              <w:spacing w:after="40" w:line="252" w:lineRule="auto"/>
            </w:pPr>
            <w:r/>
          </w:p>
        </w:tc>
        <w:tc>
          <w:tcPr>
            <w:tcW w:type="dxa" w:w="794"/>
          </w:tcPr>
          <w:p>
            <w:pPr>
              <w:spacing w:after="40" w:line="252" w:lineRule="auto"/>
            </w:pPr>
            <w:r/>
          </w:p>
        </w:tc>
        <w:tc>
          <w:tcPr>
            <w:tcW w:type="dxa" w:w="1361"/>
          </w:tcPr>
          <w:p>
            <w:pPr>
              <w:spacing w:after="40" w:line="252" w:lineRule="auto"/>
            </w:pPr>
            <w:r/>
          </w:p>
        </w:tc>
        <w:tc>
          <w:tcPr>
            <w:tcW w:type="dxa" w:w="1474"/>
          </w:tcPr>
          <w:p>
            <w:pPr>
              <w:spacing w:after="40" w:line="252" w:lineRule="auto"/>
            </w:pPr>
            <w:r/>
          </w:p>
        </w:tc>
        <w:tc>
          <w:tcPr>
            <w:tcW w:type="dxa" w:w="1361"/>
          </w:tcPr>
          <w:p>
            <w:pPr>
              <w:spacing w:after="40" w:line="252" w:lineRule="auto"/>
            </w:pPr>
            <w:r/>
          </w:p>
        </w:tc>
        <w:tc>
          <w:tcPr>
            <w:tcW w:type="dxa" w:w="1020"/>
          </w:tcPr>
          <w:p>
            <w:pPr>
              <w:spacing w:after="40" w:line="252" w:lineRule="auto"/>
            </w:pPr>
            <w:r/>
          </w:p>
        </w:tc>
      </w:tr>
      <w:tr>
        <w:trPr>
          <w:cantSplit/>
        </w:trPr>
        <w:tc>
          <w:tcPr>
            <w:tcW w:type="dxa" w:w="567"/>
          </w:tcPr>
          <w:p>
            <w:pPr>
              <w:spacing w:after="40" w:line="252" w:lineRule="auto"/>
            </w:pPr>
            <w:r/>
          </w:p>
        </w:tc>
        <w:tc>
          <w:tcPr>
            <w:tcW w:type="dxa" w:w="2494"/>
          </w:tcPr>
          <w:p>
            <w:pPr>
              <w:spacing w:after="40" w:line="252" w:lineRule="auto"/>
            </w:pPr>
            <w:r/>
          </w:p>
        </w:tc>
        <w:tc>
          <w:tcPr>
            <w:tcW w:type="dxa" w:w="794"/>
          </w:tcPr>
          <w:p>
            <w:pPr>
              <w:spacing w:after="40" w:line="252" w:lineRule="auto"/>
            </w:pPr>
            <w:r/>
          </w:p>
        </w:tc>
        <w:tc>
          <w:tcPr>
            <w:tcW w:type="dxa" w:w="1361"/>
          </w:tcPr>
          <w:p>
            <w:pPr>
              <w:spacing w:after="40" w:line="252" w:lineRule="auto"/>
            </w:pPr>
            <w:r/>
          </w:p>
        </w:tc>
        <w:tc>
          <w:tcPr>
            <w:tcW w:type="dxa" w:w="1474"/>
          </w:tcPr>
          <w:p>
            <w:pPr>
              <w:spacing w:after="40" w:line="252" w:lineRule="auto"/>
            </w:pPr>
            <w:r/>
          </w:p>
        </w:tc>
        <w:tc>
          <w:tcPr>
            <w:tcW w:type="dxa" w:w="1361"/>
          </w:tcPr>
          <w:p>
            <w:pPr>
              <w:spacing w:after="40" w:line="252" w:lineRule="auto"/>
            </w:pPr>
            <w:r/>
          </w:p>
        </w:tc>
        <w:tc>
          <w:tcPr>
            <w:tcW w:type="dxa" w:w="1020"/>
          </w:tcPr>
          <w:p>
            <w:pPr>
              <w:spacing w:after="40" w:line="252" w:lineRule="auto"/>
            </w:pPr>
            <w:r/>
          </w:p>
        </w:tc>
      </w:tr>
      <w:tr>
        <w:trPr>
          <w:cantSplit/>
        </w:trPr>
        <w:tc>
          <w:tcPr>
            <w:tcW w:type="dxa" w:w="567"/>
          </w:tcPr>
          <w:p>
            <w:pPr>
              <w:spacing w:after="40" w:line="252" w:lineRule="auto"/>
            </w:pPr>
            <w:r/>
          </w:p>
        </w:tc>
        <w:tc>
          <w:tcPr>
            <w:tcW w:type="dxa" w:w="2494"/>
          </w:tcPr>
          <w:p>
            <w:pPr>
              <w:spacing w:after="40" w:line="252" w:lineRule="auto"/>
            </w:pPr>
            <w:r/>
          </w:p>
        </w:tc>
        <w:tc>
          <w:tcPr>
            <w:tcW w:type="dxa" w:w="794"/>
          </w:tcPr>
          <w:p>
            <w:pPr>
              <w:spacing w:after="40" w:line="252" w:lineRule="auto"/>
            </w:pPr>
            <w:r/>
          </w:p>
        </w:tc>
        <w:tc>
          <w:tcPr>
            <w:tcW w:type="dxa" w:w="1361"/>
          </w:tcPr>
          <w:p>
            <w:pPr>
              <w:spacing w:after="40" w:line="252" w:lineRule="auto"/>
            </w:pPr>
            <w:r/>
          </w:p>
        </w:tc>
        <w:tc>
          <w:tcPr>
            <w:tcW w:type="dxa" w:w="1474"/>
          </w:tcPr>
          <w:p>
            <w:pPr>
              <w:spacing w:after="40" w:line="252" w:lineRule="auto"/>
            </w:pPr>
            <w:r/>
          </w:p>
        </w:tc>
        <w:tc>
          <w:tcPr>
            <w:tcW w:type="dxa" w:w="1361"/>
          </w:tcPr>
          <w:p>
            <w:pPr>
              <w:spacing w:after="40" w:line="252" w:lineRule="auto"/>
            </w:pPr>
            <w:r/>
          </w:p>
        </w:tc>
        <w:tc>
          <w:tcPr>
            <w:tcW w:type="dxa" w:w="1020"/>
          </w:tcPr>
          <w:p>
            <w:pPr>
              <w:spacing w:after="40" w:line="252" w:lineRule="auto"/>
            </w:pPr>
            <w:r/>
          </w:p>
        </w:tc>
      </w:tr>
    </w:tbl>
    <w:p>
      <w:pPr>
        <w:spacing w:after="80"/>
      </w:pPr>
    </w:p>
    <w:p>
      <w:pPr>
        <w:keepNext/>
        <w:spacing w:after="80" w:before="200"/>
      </w:pPr>
      <w:r>
        <w:rPr>
          <w:rFonts w:ascii="Times New Roman" w:hAnsi="Times New Roman" w:eastAsia="Times New Roman"/>
          <w:b/>
          <w:i w:val="0"/>
          <w:sz w:val="26"/>
        </w:rPr>
        <w:t>D. XỬ LÝ TẠI CHỖ VÀ DỮ LIỆU</w:t>
      </w:r>
    </w:p>
    <w:p>
      <w:pPr>
        <w:spacing w:after="60"/>
        <w:ind w:left="340" w:hanging="227"/>
        <w:jc w:val="both"/>
      </w:pPr>
      <w:r>
        <w:rPr>
          <w:rFonts w:ascii="Times New Roman" w:hAnsi="Times New Roman" w:eastAsia="Times New Roman"/>
          <w:b w:val="0"/>
          <w:i w:val="0"/>
          <w:sz w:val="26"/>
        </w:rPr>
        <w:t>- Biện pháp đã thực hiện (đổi máy, khôi phục mạng, cộng giờ, ...): ………………………………………………………………………………………………………………………………</w:t>
      </w:r>
    </w:p>
    <w:p>
      <w:pPr>
        <w:spacing w:after="60"/>
        <w:ind w:left="340" w:hanging="227"/>
        <w:jc w:val="both"/>
      </w:pPr>
      <w:r>
        <w:rPr>
          <w:rFonts w:ascii="Times New Roman" w:hAnsi="Times New Roman" w:eastAsia="Times New Roman"/>
          <w:b w:val="0"/>
          <w:i w:val="0"/>
          <w:sz w:val="26"/>
        </w:rPr>
        <w:t>- Kiểm tra dữ liệu trên máy chủ, tệp bài làm đã lưu: ………………………………………………………………………………………………………………………………</w:t>
      </w:r>
    </w:p>
    <w:p>
      <w:pPr>
        <w:spacing w:after="60"/>
        <w:ind w:left="340" w:hanging="227"/>
        <w:jc w:val="both"/>
      </w:pPr>
      <w:r>
        <w:rPr>
          <w:rFonts w:ascii="Times New Roman" w:hAnsi="Times New Roman" w:eastAsia="Times New Roman"/>
          <w:b w:val="0"/>
          <w:i w:val="0"/>
          <w:sz w:val="26"/>
        </w:rPr>
        <w:t>- Tệp, nhật ký, ảnh chụp màn hình lưu làm minh chứng, nơi lưu: ………………………………………………………………………………………………………………………………</w:t>
      </w:r>
    </w:p>
    <w:p>
      <w:pPr>
        <w:keepNext/>
        <w:spacing w:after="80" w:before="200"/>
      </w:pPr>
      <w:r>
        <w:rPr>
          <w:rFonts w:ascii="Times New Roman" w:hAnsi="Times New Roman" w:eastAsia="Times New Roman"/>
          <w:b/>
          <w:i w:val="0"/>
          <w:sz w:val="26"/>
        </w:rPr>
        <w:t>E. ĐÁNH GIÁ</w:t>
      </w:r>
    </w:p>
    <w:p>
      <w:pPr>
        <w:spacing w:after="80"/>
      </w:pPr>
      <w:r>
        <w:rPr>
          <w:rFonts w:ascii="Times New Roman" w:hAnsi="Times New Roman" w:eastAsia="Times New Roman"/>
          <w:b w:val="0"/>
          <w:i w:val="0"/>
          <w:sz w:val="26"/>
        </w:rPr>
        <w:t>☐ Không ảnh hưởng tới kết quả, tiếp tục sử dụng bài làm</w:t>
      </w:r>
    </w:p>
    <w:p>
      <w:pPr>
        <w:spacing w:after="80"/>
      </w:pPr>
      <w:r>
        <w:rPr>
          <w:rFonts w:ascii="Times New Roman" w:hAnsi="Times New Roman" w:eastAsia="Times New Roman"/>
          <w:b w:val="0"/>
          <w:i w:val="0"/>
          <w:sz w:val="26"/>
        </w:rPr>
        <w:t>☐ Ảnh hưởng tới kết quả của học sinh có tên ở mục C, cần kiểm tra lại hoặc chuyển sang giấy</w:t>
      </w:r>
    </w:p>
    <w:p>
      <w:pPr>
        <w:spacing w:after="160"/>
      </w:pPr>
      <w:r>
        <w:rPr>
          <w:rFonts w:ascii="Times New Roman" w:hAnsi="Times New Roman" w:eastAsia="Times New Roman"/>
          <w:b w:val="0"/>
          <w:i w:val="0"/>
          <w:sz w:val="26"/>
        </w:rPr>
        <w:t>Lý do: ………………………………………………………………………………………………………………………………</w:t>
      </w:r>
    </w:p>
    <w:p>
      <w:pPr>
        <w:jc w:val="both"/>
      </w:pPr>
      <w:r>
        <w:rPr>
          <w:rFonts w:ascii="Times New Roman" w:hAnsi="Times New Roman" w:eastAsia="Times New Roman"/>
          <w:b w:val="0"/>
          <w:i w:val="0"/>
          <w:sz w:val="26"/>
        </w:rPr>
        <w:t>Biên bản lập xong lúc …… giờ …… phút, đã đọc lại cho các thành phần có mặt cùng nghe và ký tên.</w:t>
      </w:r>
    </w:p>
    <w:p>
      <w:pPr>
        <w:spacing w:after="80"/>
      </w:pPr>
    </w:p>
    <w:tbl>
      <w:tblPr>
        <w:tblW w:type="auto" w:w="0"/>
        <w:jc w:val="center"/>
        <w:tblLayout w:type="fixed"/>
        <w:tblLook w:firstColumn="1" w:firstRow="1" w:lastColumn="0" w:lastRow="0" w:noHBand="0" w:noVBand="1" w:val="04A0"/>
      </w:tblPr>
      <w:tblGrid>
        <w:gridCol w:w="4535"/>
        <w:gridCol w:w="4535"/>
      </w:tblGrid>
      <w:tr>
        <w:trPr>
          <w:cantSplit/>
        </w:trPr>
        <w:tc>
          <w:tcPr>
            <w:tcW w:type="dxa" w:w="4535"/>
          </w:tcPr>
          <w:p>
            <w:pPr>
              <w:spacing w:after="40"/>
              <w:jc w:val="center"/>
            </w:pPr>
            <w:r/>
            <w:r>
              <w:rPr>
                <w:rFonts w:ascii="Times New Roman" w:hAnsi="Times New Roman" w:eastAsia="Times New Roman"/>
                <w:b/>
                <w:i w:val="0"/>
                <w:sz w:val="26"/>
              </w:rPr>
              <w:t>NGƯỜI TRỰC KỸ THUẬT</w:t>
            </w:r>
          </w:p>
          <w:p>
            <w:pPr>
              <w:jc w:val="center"/>
            </w:pPr>
            <w:r>
              <w:rPr>
                <w:rFonts w:ascii="Times New Roman" w:hAnsi="Times New Roman" w:eastAsia="Times New Roman"/>
                <w:b w:val="0"/>
                <w:i/>
                <w:sz w:val="24"/>
              </w:rPr>
              <w:t>(Ký, ghi rõ họ tên)</w:t>
            </w:r>
          </w:p>
          <w:p/>
          <w:p/>
          <w:p/>
        </w:tc>
        <w:tc>
          <w:tcPr>
            <w:tcW w:type="dxa" w:w="4535"/>
          </w:tcPr>
          <w:p>
            <w:pPr>
              <w:spacing w:after="40"/>
              <w:jc w:val="center"/>
            </w:pPr>
            <w:r/>
            <w:r>
              <w:rPr>
                <w:rFonts w:ascii="Times New Roman" w:hAnsi="Times New Roman" w:eastAsia="Times New Roman"/>
                <w:b/>
                <w:i w:val="0"/>
                <w:sz w:val="26"/>
              </w:rPr>
              <w:t>GIÁM THỊ</w:t>
            </w:r>
          </w:p>
          <w:p>
            <w:pPr>
              <w:jc w:val="center"/>
            </w:pPr>
            <w:r>
              <w:rPr>
                <w:rFonts w:ascii="Times New Roman" w:hAnsi="Times New Roman" w:eastAsia="Times New Roman"/>
                <w:b w:val="0"/>
                <w:i/>
                <w:sz w:val="24"/>
              </w:rPr>
              <w:t>(Ký, ghi rõ họ tên)</w:t>
            </w:r>
          </w:p>
          <w:p/>
          <w:p/>
          <w:p/>
        </w:tc>
      </w:tr>
    </w:tbl>
    <w:p>
      <w:pPr>
        <w:spacing w:after="80"/>
      </w:pPr>
    </w:p>
    <w:tbl>
      <w:tblPr>
        <w:tblW w:type="auto" w:w="0"/>
        <w:jc w:val="center"/>
        <w:tblLayout w:type="fixed"/>
        <w:tblLook w:firstColumn="1" w:firstRow="1" w:lastColumn="0" w:lastRow="0" w:noHBand="0" w:noVBand="1" w:val="04A0"/>
      </w:tblPr>
      <w:tblGrid>
        <w:gridCol w:w="4535"/>
        <w:gridCol w:w="4535"/>
      </w:tblGrid>
      <w:tr>
        <w:trPr>
          <w:cantSplit/>
        </w:trPr>
        <w:tc>
          <w:tcPr>
            <w:tcW w:type="dxa" w:w="4535"/>
          </w:tcPr>
          <w:p>
            <w:pPr>
              <w:spacing w:after="40"/>
              <w:jc w:val="center"/>
            </w:pPr>
            <w:r/>
            <w:r>
              <w:rPr>
                <w:rFonts w:ascii="Times New Roman" w:hAnsi="Times New Roman" w:eastAsia="Times New Roman"/>
                <w:b/>
                <w:i w:val="0"/>
                <w:sz w:val="26"/>
              </w:rPr>
              <w:t>NGƯỜI LẬP BIÊN BẢN</w:t>
            </w:r>
          </w:p>
          <w:p>
            <w:pPr>
              <w:jc w:val="center"/>
            </w:pPr>
            <w:r>
              <w:rPr>
                <w:rFonts w:ascii="Times New Roman" w:hAnsi="Times New Roman" w:eastAsia="Times New Roman"/>
                <w:b w:val="0"/>
                <w:i/>
                <w:sz w:val="24"/>
              </w:rPr>
              <w:t>(Ký, ghi rõ họ tên)</w:t>
            </w:r>
          </w:p>
          <w:p/>
          <w:p/>
          <w:p/>
        </w:tc>
        <w:tc>
          <w:tcPr>
            <w:tcW w:type="dxa" w:w="4535"/>
          </w:tcPr>
          <w:p>
            <w:pPr>
              <w:spacing w:after="40"/>
              <w:jc w:val="center"/>
            </w:pPr>
            <w:r/>
            <w:r>
              <w:rPr>
                <w:rFonts w:ascii="Times New Roman" w:hAnsi="Times New Roman" w:eastAsia="Times New Roman"/>
                <w:b/>
                <w:i w:val="0"/>
                <w:sz w:val="26"/>
              </w:rPr>
              <w:t>HIỆU TRƯỞNG</w:t>
            </w:r>
          </w:p>
          <w:p>
            <w:pPr>
              <w:jc w:val="center"/>
            </w:pPr>
            <w:r>
              <w:rPr>
                <w:rFonts w:ascii="Times New Roman" w:hAnsi="Times New Roman" w:eastAsia="Times New Roman"/>
                <w:b w:val="0"/>
                <w:i/>
                <w:sz w:val="24"/>
              </w:rPr>
              <w:t>(Ký tên, đóng dấu)</w:t>
            </w:r>
          </w:p>
          <w:p/>
          <w:p/>
          <w:p/>
        </w:tc>
      </w:tr>
    </w:tbl>
    <w:p>
      <w:r>
        <w:br w:type="page"/>
      </w:r>
    </w:p>
    <w:tbl>
      <w:tblPr>
        <w:tblW w:type="auto" w:w="0"/>
        <w:jc w:val="center"/>
        <w:tblLayout w:type="fixed"/>
        <w:tblLook w:firstColumn="1" w:firstRow="1" w:lastColumn="0" w:lastRow="0" w:noHBand="0" w:noVBand="1" w:val="04A0"/>
      </w:tblPr>
      <w:tblGrid>
        <w:gridCol w:w="4082"/>
        <w:gridCol w:w="4989"/>
      </w:tblGrid>
      <w:tr>
        <w:tc>
          <w:tcPr>
            <w:tcW w:type="dxa" w:w="4082"/>
          </w:tcPr>
          <w:p>
            <w:pPr>
              <w:spacing w:after="40"/>
              <w:jc w:val="center"/>
            </w:pPr>
            <w:r/>
            <w:r>
              <w:rPr>
                <w:rFonts w:ascii="Times New Roman" w:hAnsi="Times New Roman" w:eastAsia="Times New Roman"/>
                <w:b w:val="0"/>
                <w:i w:val="0"/>
                <w:sz w:val="24"/>
              </w:rPr>
              <w:t>CƠ QUAN CHỦ QUẢN: …………………………</w:t>
            </w:r>
          </w:p>
          <w:p>
            <w:pPr>
              <w:spacing w:after="40"/>
              <w:jc w:val="center"/>
            </w:pPr>
            <w:r>
              <w:rPr>
                <w:rFonts w:ascii="Times New Roman" w:hAnsi="Times New Roman" w:eastAsia="Times New Roman"/>
                <w:b/>
                <w:i w:val="0"/>
                <w:sz w:val="24"/>
              </w:rPr>
              <w:t>TRƯỜNG: ……………………………………</w:t>
            </w:r>
          </w:p>
          <w:p>
            <w:pPr>
              <w:spacing w:after="40"/>
              <w:jc w:val="center"/>
            </w:pPr>
            <w:r>
              <w:rPr>
                <w:rFonts w:ascii="Times New Roman" w:hAnsi="Times New Roman" w:eastAsia="Times New Roman"/>
                <w:b w:val="0"/>
                <w:i w:val="0"/>
                <w:sz w:val="24"/>
              </w:rPr>
              <w:t>Số: …………/…………</w:t>
            </w:r>
          </w:p>
        </w:tc>
        <w:tc>
          <w:tcPr>
            <w:tcW w:type="dxa" w:w="4989"/>
          </w:tcPr>
          <w:p>
            <w:pPr>
              <w:spacing w:after="40"/>
              <w:jc w:val="center"/>
            </w:pPr>
            <w:r/>
            <w:r>
              <w:rPr>
                <w:rFonts w:ascii="Times New Roman" w:hAnsi="Times New Roman" w:eastAsia="Times New Roman"/>
                <w:b/>
                <w:i w:val="0"/>
                <w:sz w:val="24"/>
              </w:rPr>
              <w:t>CỘNG HOÀ XÃ HỘI CHỦ NGHĨA VIỆT NAM</w:t>
            </w:r>
          </w:p>
          <w:p>
            <w:pPr>
              <w:spacing w:after="40"/>
              <w:jc w:val="center"/>
            </w:pPr>
            <w:r>
              <w:rPr>
                <w:rFonts w:ascii="Times New Roman" w:hAnsi="Times New Roman" w:eastAsia="Times New Roman"/>
                <w:b/>
                <w:i w:val="0"/>
                <w:sz w:val="24"/>
              </w:rPr>
              <w:t>Độc lập - Tự do - Hạnh phúc</w:t>
            </w:r>
          </w:p>
          <w:p>
            <w:pPr>
              <w:spacing w:after="40"/>
              <w:jc w:val="center"/>
            </w:pPr>
          </w:p>
        </w:tc>
      </w:tr>
    </w:tbl>
    <w:p>
      <w:pPr>
        <w:spacing w:after="200"/>
        <w:jc w:val="right"/>
      </w:pPr>
      <w:r>
        <w:rPr>
          <w:rFonts w:ascii="Times New Roman" w:hAnsi="Times New Roman" w:eastAsia="Times New Roman"/>
          <w:b w:val="0"/>
          <w:i/>
          <w:sz w:val="26"/>
        </w:rPr>
        <w:t>…………, ngày …… tháng …… năm 20……</w:t>
      </w:r>
    </w:p>
    <w:p>
      <w:pPr>
        <w:spacing w:after="40"/>
        <w:jc w:val="center"/>
      </w:pPr>
      <w:r>
        <w:rPr>
          <w:rFonts w:ascii="Times New Roman" w:hAnsi="Times New Roman" w:eastAsia="Times New Roman"/>
          <w:b/>
          <w:i w:val="0"/>
          <w:sz w:val="28"/>
        </w:rPr>
        <w:t>PHƯƠNG ÁN KIỂM TRA LẠI</w:t>
      </w:r>
    </w:p>
    <w:p>
      <w:pPr>
        <w:spacing w:after="200"/>
        <w:jc w:val="center"/>
      </w:pPr>
      <w:r>
        <w:rPr>
          <w:rFonts w:ascii="Times New Roman" w:hAnsi="Times New Roman" w:eastAsia="Times New Roman"/>
          <w:b/>
          <w:i w:val="0"/>
          <w:sz w:val="26"/>
        </w:rPr>
        <w:t>Sau sự cố kỹ thuật ngày ……/……/20……</w:t>
      </w:r>
    </w:p>
    <w:p>
      <w:pPr>
        <w:ind w:firstLine="567"/>
        <w:jc w:val="both"/>
      </w:pPr>
      <w:r>
        <w:rPr>
          <w:rFonts w:ascii="Times New Roman" w:hAnsi="Times New Roman" w:eastAsia="Times New Roman"/>
          <w:b w:val="0"/>
          <w:i w:val="0"/>
          <w:sz w:val="26"/>
        </w:rPr>
        <w:t>Căn cứ biên bản sự cố nêu trên và quy định hiện hành, nhà trường thống nhất phương án như sau. Thời hạn hoàn thành theo quy định; các bản tin về Thông tư số 89/2026/TT-BGDĐT nêu mức tối đa 7 ngày làm việc kể từ khi xảy ra sự cố, nhà trường đối chiếu văn bản gốc trước khi ghi.</w:t>
      </w:r>
    </w:p>
    <w:p>
      <w:pPr>
        <w:keepNext/>
        <w:spacing w:after="80" w:before="200"/>
      </w:pPr>
      <w:r>
        <w:rPr>
          <w:rFonts w:ascii="Times New Roman" w:hAnsi="Times New Roman" w:eastAsia="Times New Roman"/>
          <w:b/>
          <w:i w:val="0"/>
          <w:sz w:val="26"/>
        </w:rPr>
        <w:t>1. Hình thức</w:t>
      </w:r>
    </w:p>
    <w:p>
      <w:pPr>
        <w:spacing w:after="120"/>
      </w:pPr>
      <w:r>
        <w:rPr>
          <w:rFonts w:ascii="Times New Roman" w:hAnsi="Times New Roman" w:eastAsia="Times New Roman"/>
          <w:b w:val="0"/>
          <w:i w:val="0"/>
          <w:sz w:val="26"/>
        </w:rPr>
        <w:t>☐ Kiểm tra lại trên máy tính        ☐ Chuyển sang làm trên giấy        ☐ Hình thức khác: …………</w:t>
      </w:r>
    </w:p>
    <w:p>
      <w:pPr>
        <w:keepNext/>
        <w:spacing w:after="80" w:before="200"/>
      </w:pPr>
      <w:r>
        <w:rPr>
          <w:rFonts w:ascii="Times New Roman" w:hAnsi="Times New Roman" w:eastAsia="Times New Roman"/>
          <w:b/>
          <w:i w:val="0"/>
          <w:sz w:val="26"/>
        </w:rPr>
        <w:t>2. Thời hạn</w:t>
      </w:r>
    </w:p>
    <w:p>
      <w:pPr>
        <w:spacing w:after="120"/>
      </w:pPr>
      <w:r>
        <w:rPr>
          <w:rFonts w:ascii="Times New Roman" w:hAnsi="Times New Roman" w:eastAsia="Times New Roman"/>
          <w:b w:val="0"/>
          <w:i w:val="0"/>
          <w:sz w:val="26"/>
        </w:rPr>
        <w:t>Ngày xảy ra sự cố: ……/……/20……    Hạn cuối: ……/……/20……    Ngày tổ chức: ……/……/20……</w:t>
      </w:r>
    </w:p>
    <w:p>
      <w:pPr>
        <w:keepNext/>
        <w:spacing w:after="80" w:before="200"/>
      </w:pPr>
      <w:r>
        <w:rPr>
          <w:rFonts w:ascii="Times New Roman" w:hAnsi="Times New Roman" w:eastAsia="Times New Roman"/>
          <w:b/>
          <w:i w:val="0"/>
          <w:sz w:val="26"/>
        </w:rPr>
        <w:t>3. Danh sách và lịch</w:t>
      </w:r>
    </w:p>
    <w:tbl>
      <w:tblPr>
        <w:tblStyle w:val="TableGrid"/>
        <w:tblW w:type="auto" w:w="0"/>
        <w:jc w:val="center"/>
        <w:tblLayout w:type="fixed"/>
        <w:tblLook w:firstColumn="1" w:firstRow="1" w:lastColumn="0" w:lastRow="0" w:noHBand="0" w:noVBand="1" w:val="04A0"/>
      </w:tblPr>
      <w:tblGrid>
        <w:gridCol w:w="567"/>
        <w:gridCol w:w="2608"/>
        <w:gridCol w:w="794"/>
        <w:gridCol w:w="1474"/>
        <w:gridCol w:w="1020"/>
        <w:gridCol w:w="1247"/>
        <w:gridCol w:w="1361"/>
      </w:tblGrid>
      <w:tr>
        <w:trPr>
          <w:tblHeader/>
        </w:trPr>
        <w:tc>
          <w:tcPr>
            <w:tcW w:type="dxa" w:w="567"/>
          </w:tcPr>
          <w:p>
            <w:pPr>
              <w:spacing w:after="40" w:line="252" w:lineRule="auto"/>
              <w:jc w:val="center"/>
            </w:pPr>
            <w:r/>
            <w:r>
              <w:rPr>
                <w:rFonts w:ascii="Times New Roman" w:hAnsi="Times New Roman" w:eastAsia="Times New Roman"/>
                <w:b/>
                <w:i w:val="0"/>
                <w:sz w:val="24"/>
              </w:rPr>
              <w:t>TT</w:t>
            </w:r>
          </w:p>
        </w:tc>
        <w:tc>
          <w:tcPr>
            <w:tcW w:type="dxa" w:w="2608"/>
          </w:tcPr>
          <w:p>
            <w:pPr>
              <w:spacing w:after="40" w:line="252" w:lineRule="auto"/>
              <w:jc w:val="center"/>
            </w:pPr>
            <w:r/>
            <w:r>
              <w:rPr>
                <w:rFonts w:ascii="Times New Roman" w:hAnsi="Times New Roman" w:eastAsia="Times New Roman"/>
                <w:b/>
                <w:i w:val="0"/>
                <w:sz w:val="24"/>
              </w:rPr>
              <w:t>Họ tên học sinh</w:t>
            </w:r>
          </w:p>
        </w:tc>
        <w:tc>
          <w:tcPr>
            <w:tcW w:type="dxa" w:w="794"/>
          </w:tcPr>
          <w:p>
            <w:pPr>
              <w:spacing w:after="40" w:line="252" w:lineRule="auto"/>
              <w:jc w:val="center"/>
            </w:pPr>
            <w:r/>
            <w:r>
              <w:rPr>
                <w:rFonts w:ascii="Times New Roman" w:hAnsi="Times New Roman" w:eastAsia="Times New Roman"/>
                <w:b/>
                <w:i w:val="0"/>
                <w:sz w:val="24"/>
              </w:rPr>
              <w:t>Lớp</w:t>
            </w:r>
          </w:p>
        </w:tc>
        <w:tc>
          <w:tcPr>
            <w:tcW w:type="dxa" w:w="1474"/>
          </w:tcPr>
          <w:p>
            <w:pPr>
              <w:spacing w:after="40" w:line="252" w:lineRule="auto"/>
              <w:jc w:val="center"/>
            </w:pPr>
            <w:r/>
            <w:r>
              <w:rPr>
                <w:rFonts w:ascii="Times New Roman" w:hAnsi="Times New Roman" w:eastAsia="Times New Roman"/>
                <w:b/>
                <w:i w:val="0"/>
                <w:sz w:val="24"/>
              </w:rPr>
              <w:t>Ngày, giờ</w:t>
            </w:r>
          </w:p>
        </w:tc>
        <w:tc>
          <w:tcPr>
            <w:tcW w:type="dxa" w:w="1020"/>
          </w:tcPr>
          <w:p>
            <w:pPr>
              <w:spacing w:after="40" w:line="252" w:lineRule="auto"/>
              <w:jc w:val="center"/>
            </w:pPr>
            <w:r/>
            <w:r>
              <w:rPr>
                <w:rFonts w:ascii="Times New Roman" w:hAnsi="Times New Roman" w:eastAsia="Times New Roman"/>
                <w:b/>
                <w:i w:val="0"/>
                <w:sz w:val="24"/>
              </w:rPr>
              <w:t>Phòng</w:t>
            </w:r>
          </w:p>
        </w:tc>
        <w:tc>
          <w:tcPr>
            <w:tcW w:type="dxa" w:w="1247"/>
          </w:tcPr>
          <w:p>
            <w:pPr>
              <w:spacing w:after="40" w:line="252" w:lineRule="auto"/>
              <w:jc w:val="center"/>
            </w:pPr>
            <w:r/>
            <w:r>
              <w:rPr>
                <w:rFonts w:ascii="Times New Roman" w:hAnsi="Times New Roman" w:eastAsia="Times New Roman"/>
                <w:b/>
                <w:i w:val="0"/>
                <w:sz w:val="24"/>
              </w:rPr>
              <w:t>Hình thức</w:t>
            </w:r>
          </w:p>
        </w:tc>
        <w:tc>
          <w:tcPr>
            <w:tcW w:type="dxa" w:w="1361"/>
          </w:tcPr>
          <w:p>
            <w:pPr>
              <w:spacing w:after="40" w:line="252" w:lineRule="auto"/>
              <w:jc w:val="center"/>
            </w:pPr>
            <w:r/>
            <w:r>
              <w:rPr>
                <w:rFonts w:ascii="Times New Roman" w:hAnsi="Times New Roman" w:eastAsia="Times New Roman"/>
                <w:b/>
                <w:i w:val="0"/>
                <w:sz w:val="24"/>
              </w:rPr>
              <w:t>Ghi chú</w:t>
            </w:r>
          </w:p>
        </w:tc>
      </w:tr>
      <w:tr>
        <w:trPr>
          <w:cantSplit/>
        </w:trPr>
        <w:tc>
          <w:tcPr>
            <w:tcW w:type="dxa" w:w="567"/>
          </w:tcPr>
          <w:p>
            <w:pPr>
              <w:spacing w:after="40" w:line="252" w:lineRule="auto"/>
            </w:pPr>
            <w:r/>
          </w:p>
        </w:tc>
        <w:tc>
          <w:tcPr>
            <w:tcW w:type="dxa" w:w="2608"/>
          </w:tcPr>
          <w:p>
            <w:pPr>
              <w:spacing w:after="40" w:line="252" w:lineRule="auto"/>
            </w:pPr>
            <w:r/>
          </w:p>
        </w:tc>
        <w:tc>
          <w:tcPr>
            <w:tcW w:type="dxa" w:w="794"/>
          </w:tcPr>
          <w:p>
            <w:pPr>
              <w:spacing w:after="40" w:line="252" w:lineRule="auto"/>
            </w:pPr>
            <w:r/>
          </w:p>
        </w:tc>
        <w:tc>
          <w:tcPr>
            <w:tcW w:type="dxa" w:w="1474"/>
          </w:tcPr>
          <w:p>
            <w:pPr>
              <w:spacing w:after="40" w:line="252" w:lineRule="auto"/>
            </w:pPr>
            <w:r/>
          </w:p>
        </w:tc>
        <w:tc>
          <w:tcPr>
            <w:tcW w:type="dxa" w:w="1020"/>
          </w:tcPr>
          <w:p>
            <w:pPr>
              <w:spacing w:after="40" w:line="252" w:lineRule="auto"/>
            </w:pPr>
            <w:r/>
          </w:p>
        </w:tc>
        <w:tc>
          <w:tcPr>
            <w:tcW w:type="dxa" w:w="1247"/>
          </w:tcPr>
          <w:p>
            <w:pPr>
              <w:spacing w:after="40" w:line="252" w:lineRule="auto"/>
            </w:pPr>
            <w:r/>
          </w:p>
        </w:tc>
        <w:tc>
          <w:tcPr>
            <w:tcW w:type="dxa" w:w="1361"/>
          </w:tcPr>
          <w:p>
            <w:pPr>
              <w:spacing w:after="40" w:line="252" w:lineRule="auto"/>
            </w:pPr>
            <w:r/>
          </w:p>
        </w:tc>
      </w:tr>
      <w:tr>
        <w:trPr>
          <w:cantSplit/>
        </w:trPr>
        <w:tc>
          <w:tcPr>
            <w:tcW w:type="dxa" w:w="567"/>
          </w:tcPr>
          <w:p>
            <w:pPr>
              <w:spacing w:after="40" w:line="252" w:lineRule="auto"/>
            </w:pPr>
            <w:r/>
          </w:p>
        </w:tc>
        <w:tc>
          <w:tcPr>
            <w:tcW w:type="dxa" w:w="2608"/>
          </w:tcPr>
          <w:p>
            <w:pPr>
              <w:spacing w:after="40" w:line="252" w:lineRule="auto"/>
            </w:pPr>
            <w:r/>
          </w:p>
        </w:tc>
        <w:tc>
          <w:tcPr>
            <w:tcW w:type="dxa" w:w="794"/>
          </w:tcPr>
          <w:p>
            <w:pPr>
              <w:spacing w:after="40" w:line="252" w:lineRule="auto"/>
            </w:pPr>
            <w:r/>
          </w:p>
        </w:tc>
        <w:tc>
          <w:tcPr>
            <w:tcW w:type="dxa" w:w="1474"/>
          </w:tcPr>
          <w:p>
            <w:pPr>
              <w:spacing w:after="40" w:line="252" w:lineRule="auto"/>
            </w:pPr>
            <w:r/>
          </w:p>
        </w:tc>
        <w:tc>
          <w:tcPr>
            <w:tcW w:type="dxa" w:w="1020"/>
          </w:tcPr>
          <w:p>
            <w:pPr>
              <w:spacing w:after="40" w:line="252" w:lineRule="auto"/>
            </w:pPr>
            <w:r/>
          </w:p>
        </w:tc>
        <w:tc>
          <w:tcPr>
            <w:tcW w:type="dxa" w:w="1247"/>
          </w:tcPr>
          <w:p>
            <w:pPr>
              <w:spacing w:after="40" w:line="252" w:lineRule="auto"/>
            </w:pPr>
            <w:r/>
          </w:p>
        </w:tc>
        <w:tc>
          <w:tcPr>
            <w:tcW w:type="dxa" w:w="1361"/>
          </w:tcPr>
          <w:p>
            <w:pPr>
              <w:spacing w:after="40" w:line="252" w:lineRule="auto"/>
            </w:pPr>
            <w:r/>
          </w:p>
        </w:tc>
      </w:tr>
      <w:tr>
        <w:trPr>
          <w:cantSplit/>
        </w:trPr>
        <w:tc>
          <w:tcPr>
            <w:tcW w:type="dxa" w:w="567"/>
          </w:tcPr>
          <w:p>
            <w:pPr>
              <w:spacing w:after="40" w:line="252" w:lineRule="auto"/>
            </w:pPr>
            <w:r/>
          </w:p>
        </w:tc>
        <w:tc>
          <w:tcPr>
            <w:tcW w:type="dxa" w:w="2608"/>
          </w:tcPr>
          <w:p>
            <w:pPr>
              <w:spacing w:after="40" w:line="252" w:lineRule="auto"/>
            </w:pPr>
            <w:r/>
          </w:p>
        </w:tc>
        <w:tc>
          <w:tcPr>
            <w:tcW w:type="dxa" w:w="794"/>
          </w:tcPr>
          <w:p>
            <w:pPr>
              <w:spacing w:after="40" w:line="252" w:lineRule="auto"/>
            </w:pPr>
            <w:r/>
          </w:p>
        </w:tc>
        <w:tc>
          <w:tcPr>
            <w:tcW w:type="dxa" w:w="1474"/>
          </w:tcPr>
          <w:p>
            <w:pPr>
              <w:spacing w:after="40" w:line="252" w:lineRule="auto"/>
            </w:pPr>
            <w:r/>
          </w:p>
        </w:tc>
        <w:tc>
          <w:tcPr>
            <w:tcW w:type="dxa" w:w="1020"/>
          </w:tcPr>
          <w:p>
            <w:pPr>
              <w:spacing w:after="40" w:line="252" w:lineRule="auto"/>
            </w:pPr>
            <w:r/>
          </w:p>
        </w:tc>
        <w:tc>
          <w:tcPr>
            <w:tcW w:type="dxa" w:w="1247"/>
          </w:tcPr>
          <w:p>
            <w:pPr>
              <w:spacing w:after="40" w:line="252" w:lineRule="auto"/>
            </w:pPr>
            <w:r/>
          </w:p>
        </w:tc>
        <w:tc>
          <w:tcPr>
            <w:tcW w:type="dxa" w:w="1361"/>
          </w:tcPr>
          <w:p>
            <w:pPr>
              <w:spacing w:after="40" w:line="252" w:lineRule="auto"/>
            </w:pPr>
            <w:r/>
          </w:p>
        </w:tc>
      </w:tr>
      <w:tr>
        <w:trPr>
          <w:cantSplit/>
        </w:trPr>
        <w:tc>
          <w:tcPr>
            <w:tcW w:type="dxa" w:w="567"/>
          </w:tcPr>
          <w:p>
            <w:pPr>
              <w:spacing w:after="40" w:line="252" w:lineRule="auto"/>
            </w:pPr>
            <w:r/>
          </w:p>
        </w:tc>
        <w:tc>
          <w:tcPr>
            <w:tcW w:type="dxa" w:w="2608"/>
          </w:tcPr>
          <w:p>
            <w:pPr>
              <w:spacing w:after="40" w:line="252" w:lineRule="auto"/>
            </w:pPr>
            <w:r/>
          </w:p>
        </w:tc>
        <w:tc>
          <w:tcPr>
            <w:tcW w:type="dxa" w:w="794"/>
          </w:tcPr>
          <w:p>
            <w:pPr>
              <w:spacing w:after="40" w:line="252" w:lineRule="auto"/>
            </w:pPr>
            <w:r/>
          </w:p>
        </w:tc>
        <w:tc>
          <w:tcPr>
            <w:tcW w:type="dxa" w:w="1474"/>
          </w:tcPr>
          <w:p>
            <w:pPr>
              <w:spacing w:after="40" w:line="252" w:lineRule="auto"/>
            </w:pPr>
            <w:r/>
          </w:p>
        </w:tc>
        <w:tc>
          <w:tcPr>
            <w:tcW w:type="dxa" w:w="1020"/>
          </w:tcPr>
          <w:p>
            <w:pPr>
              <w:spacing w:after="40" w:line="252" w:lineRule="auto"/>
            </w:pPr>
            <w:r/>
          </w:p>
        </w:tc>
        <w:tc>
          <w:tcPr>
            <w:tcW w:type="dxa" w:w="1247"/>
          </w:tcPr>
          <w:p>
            <w:pPr>
              <w:spacing w:after="40" w:line="252" w:lineRule="auto"/>
            </w:pPr>
            <w:r/>
          </w:p>
        </w:tc>
        <w:tc>
          <w:tcPr>
            <w:tcW w:type="dxa" w:w="1361"/>
          </w:tcPr>
          <w:p>
            <w:pPr>
              <w:spacing w:after="40" w:line="252" w:lineRule="auto"/>
            </w:pPr>
            <w:r/>
          </w:p>
        </w:tc>
      </w:tr>
      <w:tr>
        <w:trPr>
          <w:cantSplit/>
        </w:trPr>
        <w:tc>
          <w:tcPr>
            <w:tcW w:type="dxa" w:w="567"/>
          </w:tcPr>
          <w:p>
            <w:pPr>
              <w:spacing w:after="40" w:line="252" w:lineRule="auto"/>
            </w:pPr>
            <w:r/>
          </w:p>
        </w:tc>
        <w:tc>
          <w:tcPr>
            <w:tcW w:type="dxa" w:w="2608"/>
          </w:tcPr>
          <w:p>
            <w:pPr>
              <w:spacing w:after="40" w:line="252" w:lineRule="auto"/>
            </w:pPr>
            <w:r/>
          </w:p>
        </w:tc>
        <w:tc>
          <w:tcPr>
            <w:tcW w:type="dxa" w:w="794"/>
          </w:tcPr>
          <w:p>
            <w:pPr>
              <w:spacing w:after="40" w:line="252" w:lineRule="auto"/>
            </w:pPr>
            <w:r/>
          </w:p>
        </w:tc>
        <w:tc>
          <w:tcPr>
            <w:tcW w:type="dxa" w:w="1474"/>
          </w:tcPr>
          <w:p>
            <w:pPr>
              <w:spacing w:after="40" w:line="252" w:lineRule="auto"/>
            </w:pPr>
            <w:r/>
          </w:p>
        </w:tc>
        <w:tc>
          <w:tcPr>
            <w:tcW w:type="dxa" w:w="1020"/>
          </w:tcPr>
          <w:p>
            <w:pPr>
              <w:spacing w:after="40" w:line="252" w:lineRule="auto"/>
            </w:pPr>
            <w:r/>
          </w:p>
        </w:tc>
        <w:tc>
          <w:tcPr>
            <w:tcW w:type="dxa" w:w="1247"/>
          </w:tcPr>
          <w:p>
            <w:pPr>
              <w:spacing w:after="40" w:line="252" w:lineRule="auto"/>
            </w:pPr>
            <w:r/>
          </w:p>
        </w:tc>
        <w:tc>
          <w:tcPr>
            <w:tcW w:type="dxa" w:w="1361"/>
          </w:tcPr>
          <w:p>
            <w:pPr>
              <w:spacing w:after="40" w:line="252" w:lineRule="auto"/>
            </w:pPr>
            <w:r/>
          </w:p>
        </w:tc>
      </w:tr>
      <w:tr>
        <w:trPr>
          <w:cantSplit/>
        </w:trPr>
        <w:tc>
          <w:tcPr>
            <w:tcW w:type="dxa" w:w="567"/>
          </w:tcPr>
          <w:p>
            <w:pPr>
              <w:spacing w:after="40" w:line="252" w:lineRule="auto"/>
            </w:pPr>
            <w:r/>
          </w:p>
        </w:tc>
        <w:tc>
          <w:tcPr>
            <w:tcW w:type="dxa" w:w="2608"/>
          </w:tcPr>
          <w:p>
            <w:pPr>
              <w:spacing w:after="40" w:line="252" w:lineRule="auto"/>
            </w:pPr>
            <w:r/>
          </w:p>
        </w:tc>
        <w:tc>
          <w:tcPr>
            <w:tcW w:type="dxa" w:w="794"/>
          </w:tcPr>
          <w:p>
            <w:pPr>
              <w:spacing w:after="40" w:line="252" w:lineRule="auto"/>
            </w:pPr>
            <w:r/>
          </w:p>
        </w:tc>
        <w:tc>
          <w:tcPr>
            <w:tcW w:type="dxa" w:w="1474"/>
          </w:tcPr>
          <w:p>
            <w:pPr>
              <w:spacing w:after="40" w:line="252" w:lineRule="auto"/>
            </w:pPr>
            <w:r/>
          </w:p>
        </w:tc>
        <w:tc>
          <w:tcPr>
            <w:tcW w:type="dxa" w:w="1020"/>
          </w:tcPr>
          <w:p>
            <w:pPr>
              <w:spacing w:after="40" w:line="252" w:lineRule="auto"/>
            </w:pPr>
            <w:r/>
          </w:p>
        </w:tc>
        <w:tc>
          <w:tcPr>
            <w:tcW w:type="dxa" w:w="1247"/>
          </w:tcPr>
          <w:p>
            <w:pPr>
              <w:spacing w:after="40" w:line="252" w:lineRule="auto"/>
            </w:pPr>
            <w:r/>
          </w:p>
        </w:tc>
        <w:tc>
          <w:tcPr>
            <w:tcW w:type="dxa" w:w="1361"/>
          </w:tcPr>
          <w:p>
            <w:pPr>
              <w:spacing w:after="40" w:line="252" w:lineRule="auto"/>
            </w:pPr>
            <w:r/>
          </w:p>
        </w:tc>
      </w:tr>
    </w:tbl>
    <w:p>
      <w:pPr>
        <w:spacing w:after="80"/>
      </w:pPr>
    </w:p>
    <w:p>
      <w:pPr>
        <w:keepNext/>
        <w:spacing w:after="80" w:before="200"/>
      </w:pPr>
      <w:r>
        <w:rPr>
          <w:rFonts w:ascii="Times New Roman" w:hAnsi="Times New Roman" w:eastAsia="Times New Roman"/>
          <w:b/>
          <w:i w:val="0"/>
          <w:sz w:val="26"/>
        </w:rPr>
        <w:t>4. Đề kiểm tra</w:t>
      </w:r>
    </w:p>
    <w:p>
      <w:pPr>
        <w:spacing w:after="60"/>
        <w:ind w:left="340" w:hanging="227"/>
        <w:jc w:val="both"/>
      </w:pPr>
      <w:r>
        <w:rPr>
          <w:rFonts w:ascii="Times New Roman" w:hAnsi="Times New Roman" w:eastAsia="Times New Roman"/>
          <w:b w:val="0"/>
          <w:i w:val="0"/>
          <w:sz w:val="26"/>
        </w:rPr>
        <w:t>- Đề thay thế: mã, người chịu trách nhiệm, người xác nhận tương đương về nội dung và mức độ yêu cầu: ………………………………………………………………………………………………………………………………</w:t>
      </w:r>
    </w:p>
    <w:p>
      <w:pPr>
        <w:spacing w:after="60"/>
        <w:ind w:left="340" w:hanging="227"/>
        <w:jc w:val="both"/>
      </w:pPr>
      <w:r>
        <w:rPr>
          <w:rFonts w:ascii="Times New Roman" w:hAnsi="Times New Roman" w:eastAsia="Times New Roman"/>
          <w:b w:val="0"/>
          <w:i w:val="0"/>
          <w:sz w:val="26"/>
        </w:rPr>
        <w:t>- Cách xử lý bài làm cũ của học sinh được kiểm tra lại: ………………………………………………………………………………………………………………………………</w:t>
      </w:r>
    </w:p>
    <w:p>
      <w:pPr>
        <w:keepNext/>
        <w:spacing w:after="80" w:before="200"/>
      </w:pPr>
      <w:r>
        <w:rPr>
          <w:rFonts w:ascii="Times New Roman" w:hAnsi="Times New Roman" w:eastAsia="Times New Roman"/>
          <w:b/>
          <w:i w:val="0"/>
          <w:sz w:val="26"/>
        </w:rPr>
        <w:t>5. Phân công</w:t>
      </w:r>
    </w:p>
    <w:tbl>
      <w:tblPr>
        <w:tblStyle w:val="TableGrid"/>
        <w:tblW w:type="auto" w:w="0"/>
        <w:jc w:val="center"/>
        <w:tblLayout w:type="fixed"/>
        <w:tblLook w:firstColumn="1" w:firstRow="1" w:lastColumn="0" w:lastRow="0" w:noHBand="0" w:noVBand="1" w:val="04A0"/>
      </w:tblPr>
      <w:tblGrid>
        <w:gridCol w:w="4535"/>
        <w:gridCol w:w="2835"/>
        <w:gridCol w:w="1701"/>
      </w:tblGrid>
      <w:tr>
        <w:trPr>
          <w:tblHeader/>
        </w:trPr>
        <w:tc>
          <w:tcPr>
            <w:tcW w:type="dxa" w:w="4535"/>
          </w:tcPr>
          <w:p>
            <w:pPr>
              <w:spacing w:after="40" w:line="252" w:lineRule="auto"/>
              <w:jc w:val="center"/>
            </w:pPr>
            <w:r/>
            <w:r>
              <w:rPr>
                <w:rFonts w:ascii="Times New Roman" w:hAnsi="Times New Roman" w:eastAsia="Times New Roman"/>
                <w:b/>
                <w:i w:val="0"/>
                <w:sz w:val="24"/>
              </w:rPr>
              <w:t>Nhiệm vụ</w:t>
            </w:r>
          </w:p>
        </w:tc>
        <w:tc>
          <w:tcPr>
            <w:tcW w:type="dxa" w:w="2835"/>
          </w:tcPr>
          <w:p>
            <w:pPr>
              <w:spacing w:after="40" w:line="252" w:lineRule="auto"/>
              <w:jc w:val="center"/>
            </w:pPr>
            <w:r/>
            <w:r>
              <w:rPr>
                <w:rFonts w:ascii="Times New Roman" w:hAnsi="Times New Roman" w:eastAsia="Times New Roman"/>
                <w:b/>
                <w:i w:val="0"/>
                <w:sz w:val="24"/>
              </w:rPr>
              <w:t>Người phụ trách</w:t>
            </w:r>
          </w:p>
        </w:tc>
        <w:tc>
          <w:tcPr>
            <w:tcW w:type="dxa" w:w="1701"/>
          </w:tcPr>
          <w:p>
            <w:pPr>
              <w:spacing w:after="40" w:line="252" w:lineRule="auto"/>
              <w:jc w:val="center"/>
            </w:pPr>
            <w:r/>
            <w:r>
              <w:rPr>
                <w:rFonts w:ascii="Times New Roman" w:hAnsi="Times New Roman" w:eastAsia="Times New Roman"/>
                <w:b/>
                <w:i w:val="0"/>
                <w:sz w:val="24"/>
              </w:rPr>
              <w:t>Hoàn thành</w:t>
            </w:r>
          </w:p>
        </w:tc>
      </w:tr>
      <w:tr>
        <w:trPr>
          <w:cantSplit/>
        </w:trPr>
        <w:tc>
          <w:tcPr>
            <w:tcW w:type="dxa" w:w="4535"/>
          </w:tcPr>
          <w:p>
            <w:pPr>
              <w:spacing w:after="40" w:line="252" w:lineRule="auto"/>
            </w:pPr>
            <w:r/>
            <w:r>
              <w:rPr>
                <w:rFonts w:ascii="Times New Roman" w:hAnsi="Times New Roman" w:eastAsia="Times New Roman"/>
                <w:b w:val="0"/>
                <w:i w:val="0"/>
                <w:sz w:val="24"/>
              </w:rPr>
              <w:t>Thông báo cho học sinh, cha mẹ học sinh</w:t>
            </w:r>
          </w:p>
        </w:tc>
        <w:tc>
          <w:tcPr>
            <w:tcW w:type="dxa" w:w="2835"/>
          </w:tcPr>
          <w:p>
            <w:pPr>
              <w:spacing w:after="40" w:line="252" w:lineRule="auto"/>
            </w:pPr>
            <w:r/>
          </w:p>
        </w:tc>
        <w:tc>
          <w:tcPr>
            <w:tcW w:type="dxa" w:w="1701"/>
          </w:tcPr>
          <w:p>
            <w:pPr>
              <w:spacing w:after="40" w:line="252" w:lineRule="auto"/>
            </w:pPr>
            <w:r/>
          </w:p>
        </w:tc>
      </w:tr>
      <w:tr>
        <w:trPr>
          <w:cantSplit/>
        </w:trPr>
        <w:tc>
          <w:tcPr>
            <w:tcW w:type="dxa" w:w="4535"/>
          </w:tcPr>
          <w:p>
            <w:pPr>
              <w:spacing w:after="40" w:line="252" w:lineRule="auto"/>
            </w:pPr>
            <w:r/>
            <w:r>
              <w:rPr>
                <w:rFonts w:ascii="Times New Roman" w:hAnsi="Times New Roman" w:eastAsia="Times New Roman"/>
                <w:b w:val="0"/>
                <w:i w:val="0"/>
                <w:sz w:val="24"/>
              </w:rPr>
              <w:t>Chuẩn bị đề, phòng, máy hoặc giấy</w:t>
            </w:r>
          </w:p>
        </w:tc>
        <w:tc>
          <w:tcPr>
            <w:tcW w:type="dxa" w:w="2835"/>
          </w:tcPr>
          <w:p>
            <w:pPr>
              <w:spacing w:after="40" w:line="252" w:lineRule="auto"/>
            </w:pPr>
            <w:r/>
          </w:p>
        </w:tc>
        <w:tc>
          <w:tcPr>
            <w:tcW w:type="dxa" w:w="1701"/>
          </w:tcPr>
          <w:p>
            <w:pPr>
              <w:spacing w:after="40" w:line="252" w:lineRule="auto"/>
            </w:pPr>
            <w:r/>
          </w:p>
        </w:tc>
      </w:tr>
      <w:tr>
        <w:trPr>
          <w:cantSplit/>
        </w:trPr>
        <w:tc>
          <w:tcPr>
            <w:tcW w:type="dxa" w:w="4535"/>
          </w:tcPr>
          <w:p>
            <w:pPr>
              <w:spacing w:after="40" w:line="252" w:lineRule="auto"/>
            </w:pPr>
            <w:r/>
            <w:r>
              <w:rPr>
                <w:rFonts w:ascii="Times New Roman" w:hAnsi="Times New Roman" w:eastAsia="Times New Roman"/>
                <w:b w:val="0"/>
                <w:i w:val="0"/>
                <w:sz w:val="24"/>
              </w:rPr>
              <w:t>Coi kiểm tra</w:t>
            </w:r>
          </w:p>
        </w:tc>
        <w:tc>
          <w:tcPr>
            <w:tcW w:type="dxa" w:w="2835"/>
          </w:tcPr>
          <w:p>
            <w:pPr>
              <w:spacing w:after="40" w:line="252" w:lineRule="auto"/>
            </w:pPr>
            <w:r/>
          </w:p>
        </w:tc>
        <w:tc>
          <w:tcPr>
            <w:tcW w:type="dxa" w:w="1701"/>
          </w:tcPr>
          <w:p>
            <w:pPr>
              <w:spacing w:after="40" w:line="252" w:lineRule="auto"/>
            </w:pPr>
            <w:r/>
          </w:p>
        </w:tc>
      </w:tr>
      <w:tr>
        <w:trPr>
          <w:cantSplit/>
        </w:trPr>
        <w:tc>
          <w:tcPr>
            <w:tcW w:type="dxa" w:w="4535"/>
          </w:tcPr>
          <w:p>
            <w:pPr>
              <w:spacing w:after="40" w:line="252" w:lineRule="auto"/>
            </w:pPr>
            <w:r/>
            <w:r>
              <w:rPr>
                <w:rFonts w:ascii="Times New Roman" w:hAnsi="Times New Roman" w:eastAsia="Times New Roman"/>
                <w:b w:val="0"/>
                <w:i w:val="0"/>
                <w:sz w:val="24"/>
              </w:rPr>
              <w:t>Chấm và cập nhật điểm</w:t>
            </w:r>
          </w:p>
        </w:tc>
        <w:tc>
          <w:tcPr>
            <w:tcW w:type="dxa" w:w="2835"/>
          </w:tcPr>
          <w:p>
            <w:pPr>
              <w:spacing w:after="40" w:line="252" w:lineRule="auto"/>
            </w:pPr>
            <w:r/>
          </w:p>
        </w:tc>
        <w:tc>
          <w:tcPr>
            <w:tcW w:type="dxa" w:w="1701"/>
          </w:tcPr>
          <w:p>
            <w:pPr>
              <w:spacing w:after="40" w:line="252" w:lineRule="auto"/>
            </w:pPr>
            <w:r/>
          </w:p>
        </w:tc>
      </w:tr>
      <w:tr>
        <w:trPr>
          <w:cantSplit/>
        </w:trPr>
        <w:tc>
          <w:tcPr>
            <w:tcW w:type="dxa" w:w="4535"/>
          </w:tcPr>
          <w:p>
            <w:pPr>
              <w:spacing w:after="40" w:line="252" w:lineRule="auto"/>
            </w:pPr>
            <w:r/>
            <w:r>
              <w:rPr>
                <w:rFonts w:ascii="Times New Roman" w:hAnsi="Times New Roman" w:eastAsia="Times New Roman"/>
                <w:b w:val="0"/>
                <w:i w:val="0"/>
                <w:sz w:val="24"/>
              </w:rPr>
              <w:t>Lưu hồ sơ: biên bản, danh sách, kết quả</w:t>
            </w:r>
          </w:p>
        </w:tc>
        <w:tc>
          <w:tcPr>
            <w:tcW w:type="dxa" w:w="2835"/>
          </w:tcPr>
          <w:p>
            <w:pPr>
              <w:spacing w:after="40" w:line="252" w:lineRule="auto"/>
            </w:pPr>
            <w:r/>
          </w:p>
        </w:tc>
        <w:tc>
          <w:tcPr>
            <w:tcW w:type="dxa" w:w="1701"/>
          </w:tcPr>
          <w:p>
            <w:pPr>
              <w:spacing w:after="40" w:line="252" w:lineRule="auto"/>
            </w:pPr>
            <w:r/>
          </w:p>
        </w:tc>
      </w:tr>
    </w:tbl>
    <w:p>
      <w:pPr>
        <w:spacing w:after="80"/>
      </w:pPr>
    </w:p>
    <w:p>
      <w:pPr>
        <w:keepNext/>
        <w:spacing w:after="80" w:before="200"/>
      </w:pPr>
      <w:r>
        <w:rPr>
          <w:rFonts w:ascii="Times New Roman" w:hAnsi="Times New Roman" w:eastAsia="Times New Roman"/>
          <w:b/>
          <w:i w:val="0"/>
          <w:sz w:val="26"/>
        </w:rPr>
        <w:t>6. Kết quả thực hiện</w:t>
      </w:r>
    </w:p>
    <w:p>
      <w:pPr>
        <w:spacing w:after="120"/>
      </w:pPr>
      <w:r>
        <w:rPr>
          <w:rFonts w:ascii="Times New Roman" w:hAnsi="Times New Roman" w:eastAsia="Times New Roman"/>
          <w:b w:val="0"/>
          <w:i w:val="0"/>
          <w:sz w:val="26"/>
        </w:rPr>
        <w:t>Số học sinh được kiểm tra lại: ………  Vắng: ………  Lý do, hướng xử lý: …………………………………</w:t>
      </w:r>
    </w:p>
    <w:p>
      <w:pPr>
        <w:spacing w:after="80"/>
      </w:pPr>
    </w:p>
    <w:tbl>
      <w:tblPr>
        <w:tblW w:type="auto" w:w="0"/>
        <w:jc w:val="center"/>
        <w:tblLayout w:type="fixed"/>
        <w:tblLook w:firstColumn="1" w:firstRow="1" w:lastColumn="0" w:lastRow="0" w:noHBand="0" w:noVBand="1" w:val="04A0"/>
      </w:tblPr>
      <w:tblGrid>
        <w:gridCol w:w="4535"/>
        <w:gridCol w:w="4535"/>
      </w:tblGrid>
      <w:tr>
        <w:trPr>
          <w:cantSplit/>
        </w:trPr>
        <w:tc>
          <w:tcPr>
            <w:tcW w:type="dxa" w:w="4535"/>
          </w:tcPr>
          <w:p>
            <w:pPr>
              <w:spacing w:after="40"/>
              <w:jc w:val="center"/>
            </w:pPr>
            <w:r/>
            <w:r>
              <w:rPr>
                <w:rFonts w:ascii="Times New Roman" w:hAnsi="Times New Roman" w:eastAsia="Times New Roman"/>
                <w:b/>
                <w:i w:val="0"/>
                <w:sz w:val="26"/>
              </w:rPr>
              <w:t>NGƯỜI LẬP</w:t>
            </w:r>
          </w:p>
          <w:p>
            <w:pPr>
              <w:jc w:val="center"/>
            </w:pPr>
            <w:r>
              <w:rPr>
                <w:rFonts w:ascii="Times New Roman" w:hAnsi="Times New Roman" w:eastAsia="Times New Roman"/>
                <w:b w:val="0"/>
                <w:i/>
                <w:sz w:val="24"/>
              </w:rPr>
              <w:t>(Ký, ghi rõ họ tên)</w:t>
            </w:r>
          </w:p>
          <w:p/>
          <w:p/>
          <w:p/>
        </w:tc>
        <w:tc>
          <w:tcPr>
            <w:tcW w:type="dxa" w:w="4535"/>
          </w:tcPr>
          <w:p>
            <w:pPr>
              <w:spacing w:after="40"/>
              <w:jc w:val="center"/>
            </w:pPr>
            <w:r/>
            <w:r>
              <w:rPr>
                <w:rFonts w:ascii="Times New Roman" w:hAnsi="Times New Roman" w:eastAsia="Times New Roman"/>
                <w:b/>
                <w:i w:val="0"/>
                <w:sz w:val="26"/>
              </w:rPr>
              <w:t>HIỆU TRƯỞNG</w:t>
            </w:r>
          </w:p>
          <w:p>
            <w:pPr>
              <w:jc w:val="center"/>
            </w:pPr>
            <w:r>
              <w:rPr>
                <w:rFonts w:ascii="Times New Roman" w:hAnsi="Times New Roman" w:eastAsia="Times New Roman"/>
                <w:b w:val="0"/>
                <w:i/>
                <w:sz w:val="24"/>
              </w:rPr>
              <w:t>(Ký tên, đóng dấu)</w:t>
            </w:r>
          </w:p>
          <w:p/>
          <w:p/>
          <w:p/>
        </w:tc>
      </w:tr>
    </w:tbl>
    <w:p>
      <w:pPr>
        <w:jc w:val="both"/>
      </w:pPr>
      <w:r>
        <w:rPr>
          <w:rFonts w:ascii="Times New Roman" w:hAnsi="Times New Roman" w:eastAsia="Times New Roman"/>
          <w:b w:val="0"/>
          <w:i/>
          <w:sz w:val="21"/>
        </w:rPr>
        <w:t>Mẫu tham khảo do SmartTest biên soạn, không phải biểu mẫu do cơ quan quản lý ban hành. Nhà trường đối chiếu văn bản gốc, hướng dẫn của Bộ, của Sở và sửa cho phù hợp trước khi dùng.</w:t>
      </w:r>
    </w:p>
    <w:sectPr w:rsidR="00FC693F" w:rsidRPr="0006063C" w:rsidSect="00034616">
      <w:footerReference w:type="default" r:id="rId9"/>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b w:val="0"/>
        <w:i w:val="0"/>
        <w:sz w:val="20"/>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Biên bản sự cố kỹ thuật và phương án kiểm tra lại</dc:title>
  <dc:subject/>
  <dc:creator>SmartTest</dc:creator>
  <cp:keywords/>
  <dc:description>generated by python-docx</dc:description>
  <cp:lastModifiedBy/>
  <cp:revision>1</cp:revision>
  <dcterms:created xsi:type="dcterms:W3CDTF">2026-11-03T00:00:00Z</dcterms:created>
  <dcterms:modified xsi:type="dcterms:W3CDTF">2026-11-03T00:00:00Z</dcterms:modified>
  <cp:category/>
  <dc:language>vi-VN</dc:language>
</cp:coreProperties>
</file>