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Một số vấn đề chung; Chủ đề 2 – Sử dụng bản đồ; Chủ đề 3 – Trái Đất; Chủ đề 4 – Thạch quyển; Chủ đề 5 – Khí quyển; Chủ đề 6 – Thuỷ quyển; Chủ đề 7 – Sinh quyển; Chủ đề 8 – Một số quy luật của vỏ địa lí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vấn đề chung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Môn Địa lí với định hướng nghề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Sử dụng bản đồ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phương pháp biểu hiện các đối tượng địa lí trên bản đồ; Sử dụng bản đồ trong học tập và đời sống, một số ứng dụng của GPS và bản đồ số trong đời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Trái Đất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Trái Đất, vỏ Trái Đất và vật liệu cấu tạo vỏ Trái Đất; Hệ quả địa lí các chuyển động của Trái Đất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Thạch quyển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Thạch quyển, thuyết kiến tạo mảng; Nội lực và ngoại lực; Thực hành: Sự phân bố các vành đai động đất, núi lửa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Khí quyển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Khí quyển, các yếu tố khí hậu; Thực hành: Đọc bản đồ các đới và các kiểu khí hậu trên Trái Đất, phân tích biểu đồ một số kiểu khí hậu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Thuỷ quyển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Thuỷ quyển, nước trên lục địa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biển và đại dương; Thực hành: Phân tích chế độ nước của sông Hồng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quyển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Đất trên Trái Đất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quyển; Thực hành: Tìm hiểu sự phân bố đất và sinh vật trên Trái Đất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quy luật của vỏ địa lí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Vỏ địa lí, quy luật thống nhất và hoàn chỉnh của vỏ địa lí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luật địa đới và quy luật phi địa đới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vấn đề chung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Môn Địa lí với định hướng nghề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các ngành nghề có liên quan đến kiến thức địa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Sử dụng bản đồ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phương pháp biểu hiện các đối tượng địa lí trên bản đồ; Sử dụng bản đồ trong học tập và đời sống, một số ứng dụng của GPS và bản đồ số trong đời sống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phương pháp biểu hiện đối tượng địa lí trên bản đồ.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cách sử dụng bản đồ trong học tập và đời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 thể hiện các đối tượng địa lí bằng các phương pháp khác nhau.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bản đồ số, GPS để tìm đường hoặc xác định vị trí.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Trái Đất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Trái Đất, vỏ Trái Đất và vật liệu cấu tạo vỏ Trái Đất; Hệ quả địa lí các chuyển động của Trái Đất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của các vật liệu cấu tạo vỏ Trái Đất (khoáng vật, đá).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luân phiên ngày đêm, giờ trên Trái Đất, các mùa, hiện tượng ngày đêm dài ngắn theo mùa và theo vĩ độ.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nhóm đá dựa vào nguồn gốc hình thành.</w:t>
            </w:r>
          </w:p>
          <w:p>
            <w:pPr>
              <w:spacing w:after="0"/>
            </w:pPr>
            <w:r>
              <w:rPr>
                <w:sz w:val="18"/>
              </w:rPr>
              <w:t>- Tính được giờ ở các múi giờ; liên hệ được thực tế về mùa và độ dài ngày đêm ở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Thạch quyển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Thạch quyển, thuyết kiến tạo mảng; Nội lực và ngoại lực; Thực hành: Sự phân bố các vành đai động đất, núi lửa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thạch quyển với vỏ Trái Đất; giải thích được sự hình thành các vùng núi trẻ, các vành đai động đất, núi lửa theo thuyết kiến tạo mảng.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tác động của nội lực, ngoại lực đến sự hình thành địa hình bề mặt Trái Đất.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Khí quyển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Khí quyển, các yếu tố khí hậu; Thực hành: Đọc bản đồ các đới và các kiểu khí hậu trên Trái Đất, phân tích biểu đồ một số kiểu khí hậu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khí quyển; sự phân bố nhiệt độ không khí, khí áp, gió và mưa trên Trái Đất.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nhiệt độ không khí, khí áp, gió và lượng mưa.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hiện tượng thời tiết và khí hậu trong thực tế.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biểu đồ nhiệt độ, lượng mưa của một số kiểu khí hậu.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Thuỷ quyển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Thuỷ quyển, nước trên lục địa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thuỷ quyển; đặc điểm của nước băng tuyết, nước ngầm, nước hồ.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biển và đại dương; Thực hành: Phân tích chế độ nước của sông Hồng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tính chất của nước biển và đại dương (nhiệt độ, độ muối).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hiện tượng sóng biển, thuỷ triều; trình bày được sự phân bố các dòng biển lớn.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vai trò của biển và đại dương đối với sự phát triển kinh tế – xã hội.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chế độ nước của sông Hồng dựa vào các nhân tố ảnh hưởng.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quyển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Đất trên Trái Đất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đất và lớp phủ thổ nhưỡng.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biện pháp sử dụng hợp lí và bảo vệ đất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quyển; Thực hành: Tìm hiểu sự phân bố đất và sinh vật trên Trái Đất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sinh quyển và giới hạn của sinh quyển.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biện pháp bảo vệ sự đa dạng sinh vật.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phân bố của đất và sinh vật trên Trái Đất.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quy luật của vỏ địa lí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Vỏ địa lí, quy luật thống nhất và hoàn chỉnh của vỏ địa lí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vỏ địa lí; phân biệt được vỏ địa lí và vỏ Trái Đất.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quy luật thống nhất và hoàn chỉnh để giải thích một số hiện tượng trong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luật địa đới và quy luật phi địa đới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quy luật địa đới và quy luật phi địa đới.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nhân và biểu hiện của quy luật địa đới, quy luật phi địa đới.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smarttest.vn/vi/ma-tran-de-kiem-tra/lop-10/dia-li/cuoi-ki-1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dia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Địa lí 10</dc:title>
  <dc:subject>Địa lí 10 – Kết nối tri thức</dc:subject>
  <dc:creator>SmartTest</dc:creator>
  <cp:keywords>ma trận đề kiểm tra, bản đặc tả, địa lí 10, cuối học kì 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