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Nền kinh tế và các chủ thể của nền kinh tế; Chủ đề 2 – Thị trường và cơ chế thị trường; Chủ đề 3 – Ngân sách nhà nước và thuế; Chủ đề 4 – Sản xuất kinh doanh và các mô hình sản xuất kinh doanh; Chủ đề 5 – Tín dụng và cách sử dụng các dịch vụ tín dụng trong đời sống; Chủ đề 6 – Lập kế hoạch tài chính cá nhân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Nền kinh tế và các chủ thể của nền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hoạt động kinh tế cơ bản trong đời sống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chủ thể của nền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và cơ chế thị trường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chế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Ngân sách nhà nước và thuế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Ngân sách nhà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Sản xuất kinh doanh và các mô hình sản xuất kinh doanh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Sản xuất kinh doanh và các mô hình sản xuất kinh doanh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 dụng và cách sử dụng các dịch vụ tín dụng trong đời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 dụng và vai trò của tín dụng trong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tín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Lập kế hoạch tài chính cá nhân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tài chính cá nhân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Nền kinh tế và các chủ thể của nền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hoạt động kinh tế cơ bản trong đời sống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các hoạt động kinh tế cơ bản: sản xuất, phân phối – trao đổi, tiêu dùng.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mối quan hệ giữa sản xuất với phân phối – trao đổi, tiêu dùng.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chủ thể của nền kinh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chủ thể của nền kinh tế: chủ thể sản xuất, chủ thể tiêu dùng, chủ thể trung gian, chủ thể nhà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việc thực hiện vai trò của các chủ thể kinh tế trong tình huống cụ thể; xác định được vai trò của bản thân với tư cách chủ thể tiêu dùng.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và cơ chế thị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thị trường và các loại thị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chức năng của thị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loại thị trường và chức năng của thị trường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chế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ưu điểm và nhược điểm của cơ chế thị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Ngân sách nhà nước và thuế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Ngân sách nhà nước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và vai trò của ngân sách nhà nước.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quyền và nghĩa vụ của công dân trong việc thực hiện pháp luật về ngân sách nhà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chấp hành hoặc vi phạm pháp luật về ngân sách nhà nước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thuế và một số loại thuế phổ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thuế đối với kinh tế – xã hội; trách nhiệm của công dân trong việc thực hiện pháp luật về thuế.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Phê phán hành vi vi phạm pháp luật về thuế trong tình huống cụ thể; vận động người thân thực hiện nghĩa vụ nộp thuế.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Sản xuất kinh doanh và các mô hình sản xuất kinh doanh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Sản xuất kinh doanh và các mô hình sản xuất kinh doanh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 của sản xuất kinh doanh; đặc điểm của các mô hình hộ sản xuất kinh doanh, hợp tác xã, doanh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ưu điểm, hạn chế của các mô hình sản xuất kinh doanh.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mô hình sản xuất kinh doanh phù hợp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 dụng và cách sử dụng các dịch vụ tín dụng trong đời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 dụng và vai trò của tín dụng trong đời sống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đặc điểm của tín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tín dụng trong đời sống kinh tế – xã hội.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 tín dụng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dịch vụ tín dụng: cho vay tiêu dùng, vay thế chấp, vay tín chấp, thẻ tín dụng.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dịch vụ tín dụng phù hợp; nhận diện và phòng tránh rủi ro tín dụng đen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Lập kế hoạch tài chính cá nhân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Lập kế hoạch tài chính cá nhân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ý nghĩa và các loại kế hoạch tài chính cá nhân.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lập kế hoạch tài chính cá nhân.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tài chính cá nhân và đánh giá được việc thực hiện kế hoạch đó.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smarttest.vn/vi/ma-tran-de-kiem-tra/lop-10/kinh-te-phap-luat/cuoi-ki-1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kinh-te-phap-luat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kinh tế và pháp luật 10</dc:title>
  <dc:subject>Giáo dục kinh tế và pháp luật 10 – Kết nối tri thức</dc:subject>
  <dc:creator>SmartTest</dc:creator>
  <cp:keywords>ma trận đề kiểm tra, bản đặc tả, giáo dục kinh tế và pháp luật 10, cuối học kì 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