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CUỐI HỌC KÌ 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LỊCH SỬ 10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Cuối học kì I</w:t>
      </w:r>
    </w:p>
    <w:p>
      <w:pPr>
        <w:spacing w:after="40"/>
      </w:pPr>
      <w:r>
        <w:rPr>
          <w:b w:val="0"/>
          <w:i w:val="0"/>
          <w:sz w:val="22"/>
        </w:rPr>
        <w:t>- Thời gian làm bài: 45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2 dạng thức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phương án lựa chọn: 24 câu – 6 điểm (60%)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Trắc nghiệm đúng/sai: 4 câu (16 ý) – 4 điểm (40%)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Lịch sử và Sử học; Chủ đề 2 – Vai trò của Sử học; Chủ đề 3 – Một số nền văn minh thế giới thời cổ – trung đại; Chủ đề 4 – Các cuộc cách mạng công nghiệp trong lịch sử thế giới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7303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730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3912"/>
            <w:gridSpan w:val="6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TN nhiều phương án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TN đúng/sai (tính theo ý)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Lịch sử và Sử học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Hiện thực lịch sử và lịch sử được con người nhận thức; Tri thức lịch sử và cuộc sống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17,5%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Vai trò của Sử học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Vai trò của Sử học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7,5%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Một số nền văn minh thế giới thời cổ – trung đại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Khái niệm văn minh. Một số nền văn minh phương Đông thời cổ – trung đại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Một số nền văn minh phương Tây thời cổ – trung đại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9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22,5%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Các cuộc cách mạng công nghiệp trong lịch sử thế giới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Các cuộc cách mạng công nghiệp thời cận đại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9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22,5%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Các cuộc cách mạng công nghiệp thời hiện đại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9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22,5%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40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5725"/>
            <w:gridSpan w:val="8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ý 0,25 điểm (mỗi câu 4 ý = 1 điểm).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7939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7939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3402"/>
            <w:gridSpan w:val="6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7939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đúng/sai (ý)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7939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Lịch sử và Sử học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Hiện thực lịch sử và lịch sử được con người nhận thức; Tri thức lịch sử và cuộc sống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 lịch sử, hiện thực lịch sử, lịch sử được con người nhận thức; đối tượng, chức năng, nhiệm vụ của Sử học.</w:t>
            </w:r>
          </w:p>
          <w:p>
            <w:pPr>
              <w:spacing w:after="0"/>
            </w:pPr>
            <w:r>
              <w:rPr>
                <w:sz w:val="18"/>
              </w:rPr>
              <w:t>- Nêu được sự cần thiết phải học tập và khám phá lịch sử suốt đời.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biệt được hiện thực lịch sử và lịch sử được con người nhận thức; giải thích được các nguyên tắc cơ bản của Sử học.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vai trò của tri thức lịch sử đối với việc nhận thức quá khứ và định hướng tương lai.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Phân biệt và khai thác được một số nguồn sử liệu.</w:t>
            </w:r>
          </w:p>
          <w:p>
            <w:pPr>
              <w:spacing w:after="0"/>
            </w:pPr>
            <w:r>
              <w:rPr>
                <w:sz w:val="18"/>
              </w:rPr>
              <w:t>- Vận dụng được tri thức lịch sử để giải thích một số vấn đề của cuộc sống hiện nay.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Vai trò của Sử học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Vai trò của Sử học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mối quan hệ giữa Sử học với các ngành khoa học khác; vai trò của Sử học đối với việc bảo tồn di sản văn hoá, di sản thiên nhiên.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Liên hệ được việc bảo tồn và phát huy giá trị di sản văn hoá ở địa phương.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Một số nền văn minh thế giới thời cổ – trung đại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Khái niệm văn minh. Một số nền văn minh phương Đông thời cổ – trung đại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 văn minh, văn hoá; cơ sở hình thành văn minh Ai Cập, Trung Hoa, Ấn Độ thời cổ – trung đại.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Đánh giá được ảnh hưởng của văn minh Trung Hoa, Ấn Độ đối với Việt Nam và Đông Nam Á.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Một số nền văn minh phương Tây thời cổ – trung đại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cơ sở hình thành văn minh Hy Lạp – La Mã cổ đại và văn minh Tây Âu thời Phục hưng.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tích được ý nghĩa của những thành tựu tiêu biểu của văn minh Hy Lạp – La Mã và thời Phục hưng.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Đánh giá được giá trị của các thành tựu văn minh phương Tây đối với nhân loại ngày nay.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Các cuộc cách mạng công nghiệp trong lịch sử thế giới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Các cuộc cách mạng công nghiệp thời cận đại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những thành tựu cơ bản của cách mạng công nghiệp lần thứ nhất và lần thứ hai.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tích được ý nghĩa, tác động của cách mạng công nghiệp thời cận đại đối với kinh tế, xã hội, văn hoá.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Liên hệ được tác động hai mặt của cách mạng công nghiệp đến cuộc sống hiện nay.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Các cuộc cách mạng công nghiệp thời hiện đại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những thành tựu cơ bản của cách mạng công nghiệp lần thứ ba và lần thứ tư.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tích được ý nghĩa, tác động của cách mạng công nghiệp thời hiện đại đối với xã hội loài người.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Liên hệ được trách nhiệm của bản thân trong việc sử dụng các thành tựu của cách mạng công nghiệp lần thứ tư.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smarttest.vn/vi/ma-tran-de-kiem-tra/lop-10/lich-su/cuoi-ki-1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10/lich-su/cuoi-ki-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cuối học kì i Lịch sử 10</dc:title>
  <dc:subject>Lịch sử 10 – Kết nối tri thức</dc:subject>
  <dc:creator>SmartTest</dc:creator>
  <cp:keywords>ma trận đề kiểm tra, bản đặc tả, lịch sử 10, cuối học kì i</cp:keywords>
  <dc:description/>
  <cp:lastModifiedBy>SmartTest</cp:lastModifiedBy>
  <cp:revision>1</cp:revision>
  <dcterms:created xsi:type="dcterms:W3CDTF">2026-10-30T05:28:13Z</dcterms:created>
  <dcterms:modified xsi:type="dcterms:W3CDTF">2026-10-30T05:28:13Z</dcterms:modified>
  <cp:category/>
</cp:coreProperties>
</file>