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Sức hấp dẫn của truyện kể; Chủ đề 2 – Vẻ đẹp của thơ ca; Chủ đề 3 – Nghệ thuật thuyết phục trong văn nghị luận; Chủ đề 4 – Sức sống của sử thi; Chủ đề 5 – Tích trò sân khấu dân gian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Nghệ thuật thuyết phục trong văn nghị luận (văn bản nghị luận); Sức sống của sử thi (sử thi); Tích trò sân khấu dân gian (chèo, tuồng)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luận thuyết phục người khác từ bỏ một thói quen hay một quan niệm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 Bài kiểm tra cuối kì đánh giá cả học kì; ngữ liệu đọc hiểu và đề viết ưu tiên các bài học sau kiểm tra giữa kì.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Nghệ thuật thuyết phục trong văn nghị luận (văn bản nghị luận); Sức sống của sử thi (sử thi); Tích trò sân khấu dân gian (chèo, tuồng)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vấn đề, ý kiến, lí lẽ và bằng chứng trong văn bản nghị luận.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sử thi.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xung đột, hành động, lời thoại và nhân vật trong chèo, tuồng.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Chỉ ra được mối quan hệ giữa ý kiến, lí lẽ và bằng chứng; hiểu được mục đích, quan điểm của người viết.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tính cách nhân vật thể hiện qua hành động, lời thoại; hiểu được chủ đề, thông điệp.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lỗi về mạch lạc và liên kết trong đoạn văn, văn bản: Dấu hiệu nhận biết và cách chỉnh sửa; sử dụng trích dẫn, cước chú và cách đánh dấu phần bị tỉnh lược trong văn bản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ý kiến của bản thân (đồng tình hoặc không) về vấn đề đặt ra trong văn bản và lí giải.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  <w:p>
            <w:pPr>
              <w:spacing w:after="0"/>
            </w:pPr>
            <w:r>
              <w:rPr>
                <w:sz w:val="18"/>
              </w:rPr>
              <w:t>- Nêu được ý nghĩa, tác động của văn bản đối với quan niệm, cách nhìn của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luận thuyết phục người khác từ bỏ một thói quen hay một quan niệm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vấn đề cần bàn luận; bảo đảm bố cục bài văn nghị luận.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smarttest.vn/vi/ma-tran-de-kiem-tra/lop-10/ngu-van/cuoi-ki-1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ngu-va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Ngữ văn 10</dc:title>
  <dc:subject>Ngữ văn 10 – Kết nối tri thức</dc:subject>
  <dc:creator>SmartTest</dc:creator>
  <cp:keywords>ma trận đề kiểm tra, bản đặc tả, ngữ văn 10, cuối học kì i</cp:keywords>
  <dc:description/>
  <cp:lastModifiedBy>SmartTest</cp:lastModifiedBy>
  <cp:revision>1</cp:revision>
  <dcterms:created xsi:type="dcterms:W3CDTF">2026-10-30T05:28:11Z</dcterms:created>
  <dcterms:modified xsi:type="dcterms:W3CDTF">2026-10-30T05:28:11Z</dcterms:modified>
  <cp:category/>
</cp:coreProperties>
</file>