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Thành phần hoá học của tế bào; Chủ đề 3 – Cấu trúc tế bào; Chủ đề 4 – Trao đổi chất qua màng và truyền tin tế bào; Chủ đề 5 – Chuyển hoá năng lượng trong tế bào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khái quát môn Sinh học; Phương pháp nghiên cứu và học tập môn Sinh học; Các cấp độ tổ chức của thế giới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Thành phần hoá học của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nguyên tố hoá học và nước; Các phân tử sinh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trúc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sơ; Tế bào nhân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qua màng và truyền tin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chất qua màng tế bào; Truyền tin tế bào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Chuyển hoá năng lượng trong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chuyển hoá vật chất và năng lượng; Phân giải và tổng hợp các chất trong tế bào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khái quát môn Sinh học; Phương pháp nghiên cứu và học tập môn Sinh học; Các cấp độ tổ chức của thế giới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tượng, mục tiêu môn Sinh học, các ngành nghề liên quan; các phương pháp nghiên cứu sinh học.</w:t>
            </w:r>
          </w:p>
          <w:p>
            <w:pPr>
              <w:spacing w:after="0"/>
            </w:pPr>
            <w:r>
              <w:rPr>
                <w:sz w:val="18"/>
              </w:rPr>
              <w:t>- Nêu được các cấp độ tổ chức của thế giới sống; khái niệm hệ thống mở, tự điều chỉnh.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sinh học với đời sống, phát triển bền vững; các bước của phương pháp nghiên cứu khoa học.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các cấp độ tổ chức sống; tế bào là đơn vị cơ sở của sự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Thành phần hoá học của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nguyên tố hoá học và nước; Các phân tử sinh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nguyên tố hoá học, nguyên tố đa lượng, vi lượng; cấu trúc và tính chất của nước.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chức năng của carbohydrate, lipid, protein, nucleic acid.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carbon, của nước đối với tế bào.</w:t>
            </w:r>
          </w:p>
          <w:p>
            <w:pPr>
              <w:spacing w:after="0"/>
            </w:pPr>
            <w:r>
              <w:rPr>
                <w:sz w:val="18"/>
              </w:rPr>
              <w:t>- Phân biệt các phân tử sinh học; giải thích mối liên hệ giữa cấu trúc và chức năng.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nguyên tố, nước giải thích việc bón phân, chế độ ăn uống hợp lí.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chế độ dinh dưỡng hợp lí; giải bài tập về cấu trúc DNA.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trúc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sơ; Tế bào nhân thực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chung và cấu tạo của tế bào nhân sơ.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màng sinh chất, tế bào chất, nhân và các bào quan.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thế của kích thước nhỏ; chức năng các thành phần của tế bào nhân sơ.</w:t>
            </w:r>
          </w:p>
          <w:p>
            <w:pPr>
              <w:spacing w:after="0"/>
            </w:pPr>
            <w:r>
              <w:rPr>
                <w:sz w:val="18"/>
              </w:rPr>
              <w:t>- Phân biệt tế bào nhân sơ và nhân thực, tế bào động vật và tế bào thực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tế bào nhân sơ giải thích cơ chế tác động của thuốc kháng sinh.</w:t>
            </w:r>
          </w:p>
          <w:p>
            <w:pPr>
              <w:spacing w:after="0"/>
            </w:pPr>
            <w:r>
              <w:rPr>
                <w:sz w:val="18"/>
              </w:rPr>
              <w:t>- Giải thích mối liên hệ cấu trúc – chức năng của các bào quan trong hoạt động sống của tế bào.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qua màng và truyền tin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chất qua màng tế bào; Truyền tin tế bào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vận chuyển thụ động, chủ động, nhập bào, xuất bào; môi trường ưu trương, nhược trương, đẳng trương.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truyền tin tế bào; các giai đoạn tiếp nhận, truyền tin nội bào, đáp 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hình thức vận chuyển qua màng; giải thích hiện tượng co và phản co nguyên sinh.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truyền tin giữa các tế bào.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hiện tượng thực tiễn (muối dưa, ngâm rau, tưới nước cho cây).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ví dụ về truyền tin tế bào trong cơ thể (tác động của hormone).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Chuyển hoá năng lượng trong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chuyển hoá vật chất và năng lượng; Phân giải và tổng hợp các chất trong tế bào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chuyển hoá vật chất, năng lượng; cấu tạo, vai trò của ATP; cấu trúc, cơ chế tác động của enzyme.</w:t>
            </w:r>
          </w:p>
          <w:p>
            <w:pPr>
              <w:spacing w:after="0"/>
            </w:pPr>
            <w:r>
              <w:rPr>
                <w:sz w:val="18"/>
              </w:rPr>
              <w:t>- Nêu được các giai đoạn của hô hấp tế bào, lên men; các pha của quang hợp; hoá tổng hợp.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các yếu tố ảnh hưởng đến hoạt tính enzyme; vai trò điều hoà của enzyme.</w:t>
            </w:r>
          </w:p>
          <w:p>
            <w:pPr>
              <w:spacing w:after="0"/>
            </w:pPr>
            <w:r>
              <w:rPr>
                <w:sz w:val="18"/>
              </w:rPr>
              <w:t>- Phân biệt hô hấp hiếu khí và lên men; phân tích mối quan hệ giữa quang hợp và hô hấp.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enzyme giải thích ứng dụng trong đời sống, sản xuất.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ứng dụng trong bảo quản nông sản, chế biến thực phẩm,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smarttest.vn/vi/ma-tran-de-kiem-tra/lop-10/sinh-hoc/cuoi-ki-1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sinh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Sinh học 10</dc:title>
  <dc:subject>Sinh học 10 – Kết nối tri thức</dc:subject>
  <dc:creator>SmartTest</dc:creator>
  <cp:keywords>ma trận đề kiểm tra, bản đặc tả, sinh học 10, cuối học kì 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