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Động học; Chủ đề 3 – Động lực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Vật lí; Các quy tắc an toàn trong phòng thực hành Vật lí; Thực hành tính sai số trong phép đo. Ghi kết quả đo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 dịch chuyển và quãng đường đi được; Tốc độ và vận tốc; Đồ thị độ dịch chuyển – thời gian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biến đổi. Gia tốc; Chuyển động thẳng biến đổi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rơi tự do; Chuyển động ném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hợp và phân tích lực. Cân bằng lực; Định luật 1 Newton; Định luật 2 Newton; Định luật 3 Newton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Trọng lực và lực căng; Lực ma sát; Lực cản và lực nâng; Một số ví dụ về cách giải các bài toán thuộc phần động lực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Vật lí; Các quy tắc an toàn trong phòng thực hành Vật lí; Thực hành tính sai số trong phép đo. Ghi kết quả đo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 nghiên cứu, một số phương pháp nghiên cứu vật lí; quy tắc an toàn và kí hiệu cảnh báo trong phòng thực hành.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sai số ngẫu nhiên và sai số hệ thống; tính được sai số tuyệt đối, sai số tương đối của phép đo.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Ghi đúng kết quả đo kèm sai số; đánh giá và đề xuất cách giảm sai số trong một phép đo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 dịch chuyển và quãng đường đi được; Tốc độ và vận tốc; Đồ thị độ dịch chuyển – thời gian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độ dịch chuyển và quãng đường đi được, tốc độ và vận tốc; nêu được định nghĩa tốc độ trung bình, vận tốc trung bình.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tốc độ, vận tốc trung bình, tổng hợp hai vận tốc; xác định được vận tốc từ độ dốc của đồ thị độ dịch chuyển –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sử dụng đồ thị độ dịch chuyển – thời gian để mô tả, giải bài toán chuyển động thẳng của một hoặc hai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biến đổi. Gia tốc; Chuyển động thẳng biến đổi đều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nghĩa, đơn vị của gia tốc; đặc điểm của chuyển động thẳng biến đổi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các công thức vận tốc, độ dịch chuyển của chuyển động thẳng biến đổi đều; xác định được gia tốc từ đồ thị vận tốc –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và đồ thị v – t của chuyển động thẳng biến đổi đều giải bài toán thực tiễn (tăng tốc, hãm phanh).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rơi tự do; Chuyển động ném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sự rơi tự do, gia tốc rơi tự do; chuyển động ném là tổng hợp của hai chuyển động thành phần.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thời gian rơi, vận tốc chạm đất của vật rơi tự do; mô tả và giải thích được chuyển động ném ngang, ném xiên.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tầm xa, độ cao, thời gian chuyển động của vật bị ném; giải thích ứng dụng trong thể thao,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hợp và phân tích lực. Cân bằng lực; Định luật 1 Newton; Định luật 2 Newton; Định luật 3 Newton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tắc tổng hợp, phân tích lực, điều kiện cân bằng lực; phát biểu được ba định luật Newton; nêu được khái niệm quán tính, khối lượng.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Tổng hợp, phân tích được lực bằng hình vẽ; giải thích được hiện tượng quán tính; xác định được cặp lực và phản lực.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2 Newton tính gia tốc, lực trong các tình huống chuyển động thẳng.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Trọng lực và lực căng; Lực ma sát; Lực cản và lực nâng; Một số ví dụ về cách giải các bài toán thuộc phần động lực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trọng lực, lực căng, lực ma sát; lực cản và lực nâng của chất lưu.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các lực tác dụng lên vật; phân biệt ma sát nghỉ, ma sát trượt; giải thích được tác dụng của lực cản, lực nâng.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định luật Newton giải bài toán chuyển động có ma sát, trên mặt phẳng nghiêng, vật treo bằng dây.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smarttest.vn/vi/ma-tran-de-kiem-tra/lop-10/vat-li/cuoi-ki-1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vat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Vật lí 10</dc:title>
  <dc:subject>Vật lí 10 – Kết nối tri thức</dc:subject>
  <dc:creator>SmartTest</dc:creator>
  <cp:keywords>ma trận đề kiểm tra, bản đặc tả, vật lí 10, cuối học kì 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