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Thiết kế và công nghệ: Vẽ kĩ thuật; Chủ đề 2 – Thiết kế kĩ thuật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Vẽ kĩ thuật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quy ước ren; Bản vẽ cơ khí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xây dựng; Vẽ kĩ thuật với sự trợ giúp của máy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Những yếu tố ảnh hưởng đến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tắc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pháp, phương tiện hỗ trợ thiết kế kĩ thuật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Thiết kế sản phẩm đơn giản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và công nghệ: Vẽ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diễn quy ước ren; Bản vẽ cơ khí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ước vẽ ren ngoài, ren trong.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dung, công dụng của bản vẽ chi tiết, bản vẽ lắp.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kí hiệu ren trên bản vẽ kĩ thuật.</w:t>
            </w:r>
          </w:p>
          <w:p>
            <w:pPr>
              <w:spacing w:after="0"/>
            </w:pPr>
            <w:r>
              <w:rPr>
                <w:sz w:val="18"/>
              </w:rPr>
              <w:t>- Mô tả được trình tự đọc bản vẽ chi tiết, bản vẽ lắp.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ren trên bản vẽ chi tiết đơn giản.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chi tiết, bản vẽ lắp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 vẽ xây dựng; Vẽ kĩ thuật với sự trợ giúp của máy tính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nội dung của bản vẽ mặt bằng tổng thể, bản vẽ nhà; kí hiệu quy ước trên bản vẽ xây dựng.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ưu điểm của vẽ kĩ thuật với sự trợ giúp của máy tính; kể tên được một số phần mềm vẽ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trình tự đọc bản vẽ nhà.</w:t>
            </w:r>
          </w:p>
          <w:p>
            <w:pPr>
              <w:spacing w:after="0"/>
            </w:pPr>
            <w:r>
              <w:rPr>
                <w:sz w:val="18"/>
              </w:rPr>
              <w:t>- Mô tả được cấu trúc hệ thống và các bước lập bản vẽ bằng phần mềm.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vẽ nhà đơn giản.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phần mềm để vẽ bản vẽ kĩ thuật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Thiết kế kĩ thuật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mục đích, vai trò của thiết kế kĩ thuật; một số ngành nghề liên quan đến thiết kế.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ý nghĩa của thiết kế kĩ thuật đối với sản phẩm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phù hợp của bản thân với các ngành nghề liên quan đến thiết kế.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các bước trong quy trình thiết kế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nội dung, yêu cầu của từng bước trong quy trình thiết kế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quy trình thiết kế kĩ thuật cho một sản phẩm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Những yếu tố ảnh hưởng đến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các yếu tố ảnh hưởng đến thiết kế kĩ thuật (yếu tố về sản phẩm, về nguồn lực).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các yếu tố tới quá trình thiết kế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các yếu tố cần xem xét khi thiết kế một sản phẩm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tắc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 nguyên tắc cơ bản trong thiết kế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từng nguyên tắc thiết kế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Áp dụng được các nguyên tắc thiết kế kĩ thuật để nhận xét một sản phẩm.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pháp, phương tiện hỗ trợ thiết kế kĩ thuật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phương pháp, phương tiện hỗ trợ thiết kế kĩ thuật.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ứng dụng của các phương pháp, phương tiện hỗ trợ thiết kế.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phương pháp, phương tiện hỗ trợ phù hợp với nhiệm vụ thiết kế.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Thiết kế sản phẩm đơn giản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yêu cầu của dự án thiết kế sản phẩm đơn giản.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giải pháp thiết kế sản phẩm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10</dc:title>
  <dc:subject>Công nghệ 10 – Kết nối tri thức</dc:subject>
  <dc:creator>SmartTest</dc:creator>
  <cp:keywords>ma trận đề kiểm tra, bản đặc tả, công nghệ 10, cuối học kì ii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