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Phản ứng oxi hoá – khử; Chủ đề 2 – Năng lượng hoá học; Chủ đề 3 – Tốc độ phản ứng; Chủ đề 4 – Nguyên tố nhóm halogen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Phản ứng oxi hoá – khử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Phản ứng oxi hoá – khử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 hoá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thiên enthalpy trong các phản ứng hoá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Tốc độ phản ứng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Tốc độ phản ứng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tố nhóm halogen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Nhóm halogen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Hydrogen halide. Muối halide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Phản ứng oxi hoá – khử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Phản ứng oxi hoá – khử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số oxi hoá, chất oxi hoá, chất khử, quá trình oxi hoá, quá trình khử.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số oxi hoá; cân bằng được phương trình phản ứng oxi hoá – khử bằng phương pháp thăng bằng electron.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phản ứng oxi hoá – khử giải thích quá trình trong đời sống, sản xuất; tính toán theo phương trình phản ứng.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 hoá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thiên enthalpy trong các phản ứng hoá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phản ứng toả nhiệt, thu nhiệt; điều kiện chuẩn; enthalpy tạo thành, biến thiên enthalpy chuẩn của phản 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biến thiên enthalpy; tính được ΔrH°298 theo enthalpy tạo thành hoặc năng lượng liên kết.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biến thiên enthalpy tính nhiệt lượng của phản ứng, giải thích việc sử dụng nhiên liệu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Tốc độ phản ứng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Tốc độ phản ứng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tốc độ phản ứng, tốc độ trung bình; định luật tác dụng khối lượng; các yếu tố ảnh hưởng đến tốc độ phản ứng.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tốc độ trung bình của phản ứng; giải thích ảnh hưởng của nồng độ, nhiệt độ, áp suất, diện tích bề mặt, chất xúc tác; sử dụng hệ số Van't Hoff.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yếu tố ảnh hưởng giải thích, điều chỉnh tốc độ phản ứng trong đời sống, sản xuất.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tố nhóm halogen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Nhóm halogen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nhiên, tính chất vật lí, cấu hình electron lớp ngoài cùng của các halogen.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xu hướng biến đổi tính oxi hoá của halogen; viết được phương trình phản ứng với kim loại, hydrogen, nước, dung dịch kiềm.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halogen giải thích ứng dụng (khử trùng nước, tẩy màu); tính toán theo phương trình phản ứng.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Hydrogen halide. Muối halide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vật lí của hydrogen halide; tính acid của hydrohalic acid; ứng dụng của muối halide.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xu hướng biến đổi nhiệt độ sôi, tính acid, tính khử của hydrogen halide; nhận biết ion halide bằng dung dịch AgNO3.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hydrohalic acid, muối halide giải bài toán và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smarttest.vn/vi/ma-tran-de-kiem-tra/lop-10/hoa-hoc/cuoi-ki-2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hoa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Hóa học 10</dc:title>
  <dc:subject>Hóa học 10 – Kết nối tri thức</dc:subject>
  <dc:creator>SmartTest</dc:creator>
  <cp:keywords>ma trận đề kiểm tra, bản đặc tả, hóa học 10, cuối học kì ii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