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 KINH TẾ VÀ PHÁP LUẬT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2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24 câu – 6 điểm (60%)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Pháp luật nước Cộng hoà xã hội chủ nghĩa Việt Nam; Chủ đề 2 – Hiến pháp nước Cộng hoà xã hội chủ nghĩa Việt Nam; Chủ đề 3 – Hệ thống chính trị nước Cộng hoà xã hội chủ nghĩa Việt Nam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Pháp luật nước Cộng hoà xã hội chủ nghĩa Việt Nam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niệm, đặc điểm và vai trò của pháp luật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pháp luật và văn bản pháp luật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hiện pháp luật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Hiến pháp nước Cộng hoà xã hội chủ nghĩa Việt Nam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Hiến pháp nước Cộng hoà xã hội chủ nghĩa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dung cơ bản của Hiến pháp Việt Nam về chế độ chính trị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con người, quyền và nghĩa vụ cơ bản của công dân trong Hiến pháp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dung cơ bản của Hiến pháp về kinh tế, văn hoá, xã hội, giáo dục, khoa học, công nghệ, môi trường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dung cơ bản của Hiến pháp về bộ máy nhà nước Cộng hoà xã hội chủ nghĩa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thống chính trị nước Cộng hoà xã hội chủ nghĩa Việt Nam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điểm, cấu trúc và nguyên tắc hoạt động của hệ thống chính trị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điểm, nguyên tắc tổ chức và hoạt động của bộ máy nhà nước Cộng hoà xã hội chủ nghĩa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Quốc hội, Chủ tịch nước, Chính phủ nước Cộng hoà xã hội chủ nghĩa Việt Nam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Toà án nhân dân và Viện kiểm sát nhân dân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Hội đồng nhân dân và Uỷ ban nhân dân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Pháp luật nước Cộng hoà xã hội chủ nghĩa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Khái niệm, đặc điểm và vai trò của pháp luật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đặc điểm của pháp luật.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thống pháp luật và văn bản pháp luật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văn bản quy phạm pháp luật theo thẩm quyền ban hành và hiệu lực pháp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Thực hiện pháp luật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hình thức thực hiện pháp luật trong tình huống cụ thể; tự giác thực hiện pháp luật, phê phán hành vi vi phạm.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Hiến pháp nước Cộng hoà xã hội chủ nghĩa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thiệu về Hiến pháp nước Cộng hoà xã hội chủ nghĩa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đặc điểm của Hiến pháp nước Cộng hoà xã hội chủ nghĩa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vị trí, vai trò của Hiến pháp trong hệ thống pháp luật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quy định của Hiến pháp bằng hành vi cụ thể,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dung cơ bản của Hiến pháp Việt Nam về chế độ chính trị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cơ bản của Hiến pháp về chế độ chính trị: bản chất nhà nước, chủ quyền lãnh thổ, nguyên tắc tổ chức quyền lực, chính sách đối ngoại.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Quyền con người, quyền và nghĩa vụ cơ bản của công dân trong Hiến pháp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hành vi thực hiện và hành vi vi phạm quyền con người, quyền và nghĩa vụ cơ bản của công dân.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dung cơ bản của Hiến pháp về kinh tế, văn hoá, xã hội, giáo dục, khoa học, công nghệ, môi trường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cơ bản của Hiến pháp về kinh tế, văn hoá, xã hội, giáo dục, khoa học, công nghệ, môi trường.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các quy định đó đối với sự phát triển đất nước.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quy định đó bằng hành vi phù hợp với lứa tuổi; phê phán hành vi vi phạm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dung cơ bản của Hiến pháp về bộ máy nhà nước Cộng hoà xã hội chủ nghĩa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nội dung cơ bản của Hiến pháp về bộ máy nhà nước: Quốc hội, Chủ tịch nước, Chính phủ, Toà án nhân dân, Viện kiểm sát nhân dân, chính quyền địa phương.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vị trí, chức năng của các cơ quan trong bộ máy nhà nước theo Hiến pháp.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cơ quan nhà nước có thẩm quyền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thống chính trị nước Cộng hoà xã hội chủ nghĩa Việt Nam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điểm, cấu trúc và nguyên tắc hoạt động của hệ thống chính trị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điểm, cấu trúc của hệ thống chính trị Việt Nam: Đảng Cộng sản Việt Nam, Nhà nước, Mặt trận Tổ quốc Việt Nam và các tổ chức chính trị – xã hội.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nguyên tắc hoạt động của hệ thống chính trị Việt Nam.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trách nhiệm công dân trong việc tham gia xây dựng hệ thống chính trị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Đặc điểm, nguyên tắc tổ chức và hoạt động của bộ máy nhà nước Cộng hoà xã hội chủ nghĩa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của bộ máy nhà nước Cộng hoà xã hội chủ nghĩa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các nguyên tắc tổ chức và hoạt động của bộ máy nhà nước: tuân thủ Hiến pháp và pháp luật, Đảng lãnh đạo, tập trung dân chủ, quyền lực nhà nước là thống nhất, có phân công, phối hợp, kiểm soát.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việc thực hiện các nguyên tắc tổ chức và hoạt động của bộ máy nhà nước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Quốc hội, Chủ tịch nước, Chính phủ nước Cộng hoà xã hội chủ nghĩa Việt Nam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trí, chức năng, cơ cấu tổ chức của Quốc hội, Chủ tịch nước, Chính phủ.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thẩm quyền của Quốc hội, Chủ tịch nước, Chính phủ trong tình huống cụ thể.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Toà án nhân dân và Viện kiểm sát nhân dân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trí, chức năng, cơ cấu tổ chức của Toà án nhân dân và Viện kiểm sát nhân dân.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nguyên tắc tổ chức và hoạt động của Toà án nhân dân và Viện kiểm sát nhân dân.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Hội đồng nhân dân và Uỷ ban nhân dân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vị trí, chức năng, cơ cấu tổ chức của Hội đồng nhân dân và Uỷ ban nhân dân theo quy định hiện hành về chính quyền địa phương.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nhiệm vụ, quyền hạn và cách thức hoạt động của Hội đồng nhân dân và Uỷ ban nhân dân.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trách nhiệm công dân trong việc tham gia xây dựng chính quyền địa phương phù hợp với lứa tuổi.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smarttest.vn/vi/ma-tran-de-kiem-tra/lop-10/kinh-te-phap-luat/cuoi-ki-2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kinh-te-phap-luat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Giáo dục kinh tế và pháp luật 10</dc:title>
  <dc:subject>Giáo dục kinh tế và pháp luật 10 – Kết nối tri thức</dc:subject>
  <dc:creator>SmartTest</dc:creator>
  <cp:keywords>ma trận đề kiểm tra, bản đặc tả, giáo dục kinh tế và pháp luật 10, cuối học kì ii</cp:keywords>
  <dc:description/>
  <cp:lastModifiedBy>SmartTest</cp:lastModifiedBy>
  <cp:revision>1</cp:revision>
  <dcterms:created xsi:type="dcterms:W3CDTF">2026-10-30T05:28:14Z</dcterms:created>
  <dcterms:modified xsi:type="dcterms:W3CDTF">2026-10-30T05:28:14Z</dcterms:modified>
  <cp:category/>
</cp:coreProperties>
</file>