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Chu kì tế bào và phân bào; Chủ đề 2 – Sinh học vi sinh vật; Chủ đề 3 – Virus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Chu kì tế bào và phân bào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 kì tế bào và nguyên phân; Giảm phân; Công nghệ tế bào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học vi sinh vật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đa dạng và phương pháp nghiên cứu vi sinh vật; Trao đổi chất, sinh trưởng và sinh sản ở vi sinh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 và ứng dụng của vi sinh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Virus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virus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bệnh do virus và các thành tựu nghiên cứu ứng dụng virus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Chu kì tế bào và phân bào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 kì tế bào và nguyên phân; Giảm phân; Công nghệ tế bào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các pha của chu kì tế bào; diễn biến các kì của nguyên phân; ý nghĩa của nguyên phân.</w:t>
            </w:r>
          </w:p>
          <w:p>
            <w:pPr>
              <w:spacing w:after="0"/>
            </w:pPr>
            <w:r>
              <w:rPr>
                <w:sz w:val="18"/>
              </w:rPr>
              <w:t>- Nêu được diễn biến các kì của giảm phân I, giảm phân II; ý nghĩa của giảm phân.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nguyên lí của công nghệ tế bào; tính toàn năng của tế bào.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cơ chế điều hoà chu kì tế bào; hậu quả của rối loạn điều hoà (ung thư).</w:t>
            </w:r>
          </w:p>
          <w:p>
            <w:pPr>
              <w:spacing w:after="0"/>
            </w:pPr>
            <w:r>
              <w:rPr>
                <w:sz w:val="18"/>
              </w:rPr>
              <w:t>- Phân biệt nguyên phân và giảm phân; giải thích cơ sở của biến dị tổ hợp.</w:t>
            </w:r>
          </w:p>
          <w:p>
            <w:pPr>
              <w:spacing w:after="0"/>
            </w:pPr>
            <w:r>
              <w:rPr>
                <w:sz w:val="18"/>
              </w:rPr>
              <w:t>- Trình bày quy trình nuôi cấy mô tế bào thực vật, nhân bản vô tính động vật.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tập số NST, số tế bào con qua nguyên phân; đề xuất biện pháp phòng tránh ung thư.</w:t>
            </w:r>
          </w:p>
          <w:p>
            <w:pPr>
              <w:spacing w:after="0"/>
            </w:pPr>
            <w:r>
              <w:rPr>
                <w:sz w:val="18"/>
              </w:rPr>
              <w:t>- Giải bài tập số giao tử, số NST qua giảm phân; phân tích mối quan hệ nguyên phân – giảm phân – thụ tinh.</w:t>
            </w:r>
          </w:p>
          <w:p>
            <w:pPr>
              <w:spacing w:after="0"/>
            </w:pPr>
            <w:r>
              <w:rPr>
                <w:sz w:val="18"/>
              </w:rPr>
              <w:t>- Đánh giá thành tựu và triển vọng của công nghệ tế bào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học vi sinh vật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đa dạng và phương pháp nghiên cứu vi sinh vật; Trao đổi chất, sinh trưởng và sinh sản ở vi sinh vật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đặc điểm của vi sinh vật; các kiểu dinh dưỡng; một số phương pháp nghiên cứu vi sinh vật.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tổng hợp, phân giải ở vi sinh vật; các pha sinh trưởng của quần thể vi khuẩn; các hình thức sinh sản.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các kiểu dinh dưỡng ở vi sinh vật dựa vào nguồn năng lượng và nguồn carbon.</w:t>
            </w:r>
          </w:p>
          <w:p>
            <w:pPr>
              <w:spacing w:after="0"/>
            </w:pPr>
            <w:r>
              <w:rPr>
                <w:sz w:val="18"/>
              </w:rPr>
              <w:t>- Giải thích các yếu tố ảnh hưởng đến sinh trưởng; đặc điểm sinh trưởng trong nuôi cấy liên tục, không liên tục.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phương pháp nghiên cứu vi sinh vật trong tình huống cụ thể.</w:t>
            </w:r>
          </w:p>
          <w:p>
            <w:pPr>
              <w:spacing w:after="0"/>
            </w:pPr>
            <w:r>
              <w:rPr>
                <w:sz w:val="18"/>
              </w:rPr>
              <w:t>- Tính số tế bào, thời gian thế hệ; vận dụng trong bảo quản thực phẩm, sử dụng kháng sinh hợp lí.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 và ứng dụng của vi sinh vật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vi sinh vật trong tự nhiên, đời sống; một số thành tựu công nghệ vi sinh vật.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cơ sở khoa học của các ứng dụng vi sinh vật trong thực tiễn.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quy trình làm một số sản phẩm lên men (sữa chua, dưa muối).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Virus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virus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đặc điểm, cấu tạo, phân loại virus; các giai đoạn nhân lên của virus.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virus là dạng sống kí sinh nội bào bắt buộc; quá trình nhân lên trong tế bào chủ.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virus giải thích cơ chế gây bệnh.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bệnh do virus và các thành tựu nghiên cứu ứng dụng virus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bệnh do virus ở người, động vật, thực vật; phương thức lây truyền; thành tựu ứng dụng virus.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cơ chế gây bệnh và biện pháp phòng chống bệnh do virus.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xuất, tuyên truyền biện pháp phòng tránh bệnh do virus trong cộng đồng.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smarttest.vn/vi/ma-tran-de-kiem-tra/lop-10/sinh-hoc/cuoi-ki-2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sinh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Sinh học 10</dc:title>
  <dc:subject>Sinh học 10 – Kết nối tri thức</dc:subject>
  <dc:creator>SmartTest</dc:creator>
  <cp:keywords>ma trận đề kiểm tra, bản đặc tả, sinh học 10, cuối học kì ii</cp:keywords>
  <dc:description/>
  <cp:lastModifiedBy>SmartTest</cp:lastModifiedBy>
  <cp:revision>1</cp:revision>
  <dcterms:created xsi:type="dcterms:W3CDTF">2026-10-30T05:28:13Z</dcterms:created>
  <dcterms:modified xsi:type="dcterms:W3CDTF">2026-10-30T05:28:13Z</dcterms:modified>
  <cp:category/>
</cp:coreProperties>
</file>