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VẬT LÍ 10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3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18 câu – 4,5 điểm (45%)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6 câu – 1,5 điểm (15%)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Động lực học; Chủ đề 2 – Năng lượng, công, công suất; Chủ đề 3 – Động lượng; Chủ đề 4 – Chuyển động tròn; Chủ đề 5 – Biến dạng của vật rắn. Áp suất chất lỏng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5347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534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5868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Động lực học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Moment lực. Cân bằng của vật rắn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Năng lượng, công, công suất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Năng lượng. Công cơ học; Công suất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Động năng, thế năng; Cơ năng và định luật bảo toàn cơ năng; Hiệu suất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Động lượng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Động lượng; Định luật bảo toàn động lượng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Chuyển động tròn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Động học của chuyển động tròn đều; Lực hướng tâm và gia tốc hướng tâm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Biến dạng của vật rắn. Áp suất chất lỏng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Biến dạng của vật rắn; Khối lượng riêng. Áp suất chất lỏng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5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4,5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1,5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7681"/>
            <w:gridSpan w:val="11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0,25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623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6238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5103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Động lực học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Moment lực. Cân bằng của vật rắn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moment lực, ngẫu lực; quy tắc moment và điều kiện cân bằng của vật rắn.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Tính được moment lực, moment ngẫu lực; áp dụng quy tắc moment cho vật có trục quay cố định.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điều kiện cân bằng giải thích, tính toán đòn bẩy và một số dụng cụ trong đời sống.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Năng lượng, công, công suất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Năng lượng. Công cơ học; Công suất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dạng năng lượng, sự truyền năng lượng; biểu thức tính công, công suất và đơn vị.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Tính được công của lực khi lực hợp với hướng dịch chuyển một góc α; tính được công suất, liên hệ P = F.v.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công thức công, công suất giải bài toán về máy móc, phương tiện trong thực tiễn.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Động năng, thế năng; Cơ năng và định luật bảo toàn cơ năng; Hiệu suất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biểu thức động năng, thế năng trọng trường, cơ năng; phát biểu được định luật bảo toàn cơ năng; định nghĩa hiệu suất.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sự chuyển hoá giữa động năng và thế năng; tính được hiệu suất của một số thiết bị.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định luật bảo toàn cơ năng giải bài toán chuyển động của vật; đề xuất cách nâng cao hiệu suất.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Động lượng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Động lượng; Định luật bảo toàn động lượng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định nghĩa động lượng, mối liên hệ giữa lực và tốc độ thay đổi động lượng; phát biểu định luật bảo toàn động lượng.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Tính được động lượng, độ biến thiên động lượng; phân biệt va chạm mềm và va chạm đàn hồi.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định luật bảo toàn động lượng giải bài toán va chạm, chuyển động bằng phản lực.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Chuyển động tròn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Động học của chuyển động tròn đều; Lực hướng tâm và gia tốc hướng tâm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radian, tốc độ góc, chu kì, tần số; đặc điểm của gia tốc hướng tâm, lực hướng tâm.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Tính được tốc độ, tốc độ góc, gia tốc hướng tâm, lực hướng tâm trong chuyển động tròn đều.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biểu thức lực hướng tâm giải thích, tính toán chuyển động của xe qua khúc cua, vệ tinh nhân tạo.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Biến dạng của vật rắn. Áp suất chất lỏng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Biến dạng của vật rắn; Khối lượng riêng. Áp suất chất lỏng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biến dạng kéo, nén, giới hạn đàn hồi, định luật Hooke; khái niệm khối lượng riêng, áp suất chất lỏng.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Tính được lực đàn hồi, độ cứng của lò xo; tính được áp suất chất lỏng theo độ sâu (p = ρgh).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định luật Hooke và công thức áp suất chất lỏng giải thích, tính toán trong thực tiễn.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smarttest.vn/vi/ma-tran-de-kiem-tra/lop-10/vat-li/cuoi-ki-2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0/vat-li/cuoi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ii Vật lí 10</dc:title>
  <dc:subject>Vật lí 10 – Kết nối tri thức</dc:subject>
  <dc:creator>SmartTest</dc:creator>
  <cp:keywords>ma trận đề kiểm tra, bản đặc tả, vật lí 10, cuối học kì ii</cp:keywords>
  <dc:description/>
  <cp:lastModifiedBy>SmartTest</cp:lastModifiedBy>
  <cp:revision>1</cp:revision>
  <dcterms:created xsi:type="dcterms:W3CDTF">2026-10-30T05:28:12Z</dcterms:created>
  <dcterms:modified xsi:type="dcterms:W3CDTF">2026-10-30T05:28:12Z</dcterms:modified>
  <cp:category/>
</cp:coreProperties>
</file>