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Thiết kế và công nghệ: Đại cương về công nghệ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Đại cương về công nghệ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và đời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phổ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công nghệ mới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Đánh giá công nghệ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công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kĩ thuật, công nghệ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Đại cương về công nghệ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và đời sống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khoa học, kĩ thuật, công nghệ.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mối quan hệ giữa khoa học, kĩ thuật và công nghệ; mối quan hệ giữa công nghệ với tự nhiên, con người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động của một công nghệ cụ thể đối với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cấu trúc của hệ thống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đầu vào, bộ phận xử lí, đầu ra của một hệ thống kĩ thuật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tả được cấu trúc hệ thống kĩ thuật của một thiết bị quen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phổ biến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công nghệ phổ biến: luyện kim, đúc, gia công cắt gọt, điện, điện tử, sản xuất điện năng.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lí cơ bản của một số công nghệ phổ biến.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công nghệ được sử dụng để tạo ra một số sản phẩm quen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công nghệ mới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công nghệ mới: nano, CAD/CAM/CNC, in 3D, năng lượng tái tạo, Internet vạn vật, robot thông minh, trí tuệ nhân tạo.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bản chất, ứng dụng của một số công nghệ mới.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triển vọng ứng dụng của một công nghệ mới trong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Đánh giá công nghệ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tiêu chí cơ bản để đánh giá công nghệ, đánh giá sản phẩm công nghệ.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một sản phẩm công nghệ phổ biến theo các tiêu chí.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công nghiệp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trưng cơ bản của các cuộc cách mạng công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động của các cuộc cách mạng công nghiệp đối với sản xuất và đời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biểu hiện của Cách mạng công nghiệp lần thứ tư tại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kĩ thuật, công nghệ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cơ bản của một số ngành nghề kĩ thuật, công nghệ.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yêu cầu về năng lực, phẩm chất của các ngành nghề kĩ thuật, công nghệ.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một số ngành nghề kĩ thuật, công nghệ.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smarttest.vn/vi/ma-tran-de-kiem-tra/lop-10/cong-nghe/giua-ki-1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cong-nghe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Công nghệ 10</dc:title>
  <dc:subject>Công nghệ 10 – Kết nối tri thức</dc:subject>
  <dc:creator>SmartTest</dc:creator>
  <cp:keywords>ma trận đề kiểm tra, bản đặc tả, công nghệ 10, giữa học kì i</cp:keywords>
  <dc:description/>
  <cp:lastModifiedBy>SmartTest</cp:lastModifiedBy>
  <cp:revision>1</cp:revision>
  <dcterms:created xsi:type="dcterms:W3CDTF">2026-10-30T05:28:15Z</dcterms:created>
  <dcterms:modified xsi:type="dcterms:W3CDTF">2026-10-30T05:28:15Z</dcterms:modified>
  <cp:category/>
</cp:coreProperties>
</file>