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GIỮA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ĐỊA LÍ 10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Giữa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Một số vấn đề chung; Chủ đề 2 – Sử dụng bản đồ; Chủ đề 3 – Trái Đất; Chủ đề 4 – Thạch quyển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chung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Môn Địa lí với định hướng nghề nghiệp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Sử dụng bản đồ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phương pháp biểu hiện các đối tượng địa lí trên bản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bản đồ trong học tập và đời sống, một số ứng dụng của GPS và bản đồ số trong đời sống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Trái Đất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Trái Đất, vỏ Trái Đất và vật liệu cấu tạo vỏ Trái Đất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quả địa lí các chuyển động của Trái Đất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Thạch quyển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Thạch quyển, thuyết kiến tạo mảng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lực và ngoại lực; Thực hành: Sự phân bố các vành đai động đất, núi lửa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vấn đề chung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Môn Địa lí với định hướng nghề nghiệp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đặc điểm cơ bản và vai trò của môn Địa lí.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các ngành nghề có liên quan đến kiến thức địa lí.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Liên hệ được sự phù hợp của bản thân với các ngành nghề liên quan đến địa lí.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Sử dụng bản đồ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Một số phương pháp biểu hiện các đối tượng địa lí trên bản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các phương pháp biểu hiện đối tượng địa lí trên bản đồ: kí hiệu, đường chuyển động, chấm điểm, khoanh vùng, bản đồ – biểu đồ.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phương pháp biểu hiện đối tượng địa lí trên bản đồ.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Đọc được bản đồ thể hiện các đối tượng địa lí bằng các phương pháp khác nhau.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Sử dụng bản đồ trong học tập và đời sống, một số ứng dụng của GPS và bản đồ số trong đời sống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một số ứng dụng của GPS và bản đồ số trong đời sống.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cách sử dụng bản đồ trong học tập và đời sống.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bản đồ số, GPS để tìm đường hoặc xác định vị trí.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Trái Đất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Sự hình thành Trái Đất, vỏ Trái Đất và vật liệu cấu tạo vỏ Trái Đất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nguồn gốc hình thành Trái Đất; đặc điểm của vỏ Trái Đất.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đặc điểm của các vật liệu cấu tạo vỏ Trái Đất (khoáng vật, đá).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biệt được các nhóm đá dựa vào nguồn gốc hình thành.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Hệ quả địa lí các chuyển động của Trái Đất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hệ quả địa lí của chuyển động tự quay và chuyển động quanh Mặt Trời của Trái Đất.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sự luân phiên ngày đêm, giờ trên Trái Đất, các mùa, hiện tượng ngày đêm dài ngắn theo mùa và theo vĩ độ.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Thạch quyển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Thạch quyển, thuyết kiến tạo mảng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thạch quyển và nội dung cơ bản của thuyết kiến tạo mảng.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Nội lực và ngoại lực; Thực hành: Sự phân bố các vành đai động đất, núi lửa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nội lực, ngoại lực và nguyên nhân sinh ra chúng.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Trình bày được tác động của nội lực, ngoại lực đến sự hình thành địa hình bề mặt Trái Đất.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hình ảnh, sơ đồ về tác động của nội lực, ngoại lực.</w:t>
            </w:r>
          </w:p>
          <w:p>
            <w:pPr>
              <w:spacing w:after="0"/>
            </w:pPr>
            <w:r>
              <w:rPr>
                <w:sz w:val="18"/>
              </w:rPr>
              <w:t>- Nhận xét được mối liên hệ giữa sự phân bố vành đai động đất, núi lửa với ranh giới các mảng kiến tạo.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smarttest.vn/vi/ma-tran-de-kiem-tra/lop-10/dia-li/giua-ki-1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0/dia-li/giua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giữa học kì i Địa lí 10</dc:title>
  <dc:subject>Địa lí 10 – Kết nối tri thức</dc:subject>
  <dc:creator>SmartTest</dc:creator>
  <cp:keywords>ma trận đề kiểm tra, bản đặc tả, địa lí 10, giữa học kì i</cp:keywords>
  <dc:description/>
  <cp:lastModifiedBy>SmartTest</cp:lastModifiedBy>
  <cp:revision>1</cp:revision>
  <dcterms:created xsi:type="dcterms:W3CDTF">2026-10-30T05:28:13Z</dcterms:created>
  <dcterms:modified xsi:type="dcterms:W3CDTF">2026-10-30T05:28:13Z</dcterms:modified>
  <cp:category/>
</cp:coreProperties>
</file>