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HÓA HỌC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Mở đầu; Chủ đề 2 – Cấu tạo nguyên tử; Chủ đề 3 – Bảng tuần hoàn các nguyên tố hoá học và định luật tuần hoàn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đầu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Mở đầu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Cấu tạo nguyên tử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Thành phần của nguyên tử; Nguyên tố hoá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lớp vỏ electron nguyên tử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Bảng tuần hoàn các nguyên tố hoá học và định luật tuần hoàn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tạo của bảng tuần hoàn các nguyên tố hoá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Xu hướng biến đổi một số tính chất của nguyên tử các nguyên tố trong một chu kì và trong một nhóm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đầu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Mở đầu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đối tượng nghiên cứu của hoá học và vai trò của hoá học đối với đời sống, sản xuất.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Cấu tạo nguyên tử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Thành phần của nguyên tử; Nguyên tố hoá học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thành phần nguyên tử (proton, neutron, electron), điện tích, khối lượng; khái niệm nguyên tố hoá học, số khối, đồng vị.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số proton, neutron, electron từ kí hiệu nguyên tử; so sánh kích thước, khối lượng của nguyên tử và hạt nhân.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nguyên tử khối trung bình, phần trăm số nguyên tử của các đồng vị.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trúc lớp vỏ electron nguyên tử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orbital nguyên tử, lớp, phân lớp electron; nguyên lí và quy tắc phân bố electron.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cấu hình electron, biểu diễn electron theo ô orbital của nguyên tử có Z = 1 – 20.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Dự đoán được tính kim loại, phi kim, khí hiếm của nguyên tố dựa vào cấu hình electron.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Bảng tuần hoàn các nguyên tố hoá học và định luật tuần hoàn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Cấu tạo của bảng tuần hoàn các nguyên tố hoá học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tắc sắp xếp và cấu tạo bảng tuần hoàn: ô, chu kì, nhóm, khối nguyên tố.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vị trí nguyên tố (ô, chu kì, nhóm) từ cấu hình electron và ngược lại.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loại được nguyên tố s, p, d, f; kim loại, phi kim dựa vào vị trí trong bảng tuần hoàn.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Xu hướng biến đổi một số tính chất của nguyên tử các nguyên tố trong một chu kì và trong một nhóm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xu hướng biến đổi bán kính nguyên tử, độ âm điện, tính kim loại, tính phi kim trong một chu kì, một nhóm A.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xu hướng biến đổi các tính chất dựa vào cấu hình electron, điện tích hạt nhân.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So sánh, sắp xếp được bán kính, độ âm điện, tính kim loại, tính phi kim của các nguyên tố.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smarttest.vn/vi/ma-tran-de-kiem-tra/lop-10/hoa-hoc/giua-ki-1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hoa-hoc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Hóa học 10</dc:title>
  <dc:subject>Hóa học 10 – Kết nối tri thức</dc:subject>
  <dc:creator>SmartTest</dc:creator>
  <cp:keywords>ma trận đề kiểm tra, bản đặc tả, hóa học 10, giữa học kì i</cp:keywords>
  <dc:description/>
  <cp:lastModifiedBy>SmartTest</cp:lastModifiedBy>
  <cp:revision>1</cp:revision>
  <dcterms:created xsi:type="dcterms:W3CDTF">2026-10-30T05:28:12Z</dcterms:created>
  <dcterms:modified xsi:type="dcterms:W3CDTF">2026-10-30T05:28:12Z</dcterms:modified>
  <cp:category/>
</cp:coreProperties>
</file>