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 KINH TẾ VÀ PHÁP LUẬT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Nền kinh tế và các chủ thể của nền kinh tế; Chủ đề 2 – Thị trường và cơ chế thị trường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Nền kinh tế và các chủ thể của nền kinh tế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hoạt động kinh tế cơ bản trong đời sống xã hội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chủ thể của nền kinh tế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Thị trường và cơ chế thị trường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Thị trường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Cơ chế thị trường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Nền kinh tế và các chủ thể của nền kinh tế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hoạt động kinh tế cơ bản trong đời sống xã hội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của các hoạt động kinh tế cơ bản: sản xuất, phân phối – trao đổi, tiêu dùng.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mối quan hệ giữa sản xuất với phân phối – trao đổi, tiêu dùng.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tính đúng đắn của các hoạt động kinh tế trong tình huống cụ thể; tích cực tham gia hoạt động kinh tế phù hợp với lứa tuổi.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chủ thể của nền kinh tế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chủ thể của nền kinh tế: chủ thể sản xuất, chủ thể tiêu dùng, chủ thể trung gian, chủ thể nhà nước.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vai trò của các chủ thể tham gia trong nền kinh tế.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việc thực hiện vai trò của các chủ thể kinh tế trong tình huống cụ thể; xác định được vai trò của bản thân với tư cách chủ thể tiêu dùng.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Thị trường và cơ chế thị trường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Thị trường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thị trường và các loại thị trường.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các chức năng của thị trường.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loại thị trường và chức năng của thị trường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Cơ chế thị trường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cơ chế thị trường; khái niệm và chức năng của giá cả thị trường.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ưu điểm và nhược điểm của cơ chế thị trường.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xét, đánh giá được biểu hiện của cơ chế thị trường và sự biến động của giá cả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smarttest.vn/vi/ma-tran-de-kiem-tra/lop-10/kinh-te-phap-luat/giua-ki-1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kinh-te-phap-luat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Giáo dục kinh tế và pháp luật 10</dc:title>
  <dc:subject>Giáo dục kinh tế và pháp luật 10 – Kết nối tri thức</dc:subject>
  <dc:creator>SmartTest</dc:creator>
  <cp:keywords>ma trận đề kiểm tra, bản đặc tả, giáo dục kinh tế và pháp luật 10, giữa học kì i</cp:keywords>
  <dc:description/>
  <cp:lastModifiedBy>SmartTest</cp:lastModifiedBy>
  <cp:revision>1</cp:revision>
  <dcterms:created xsi:type="dcterms:W3CDTF">2026-10-30T05:28:14Z</dcterms:created>
  <dcterms:modified xsi:type="dcterms:W3CDTF">2026-10-30T05:28:14Z</dcterms:modified>
  <cp:category/>
</cp:coreProperties>
</file>