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 và Sử học; Chủ đề 2 – Vai trò của Sử học; Chủ đề 3 – Một số nền văn minh thế giới thời cổ – trung đại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 và Sử học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Hiện thực lịch sử và lịch sử được con người nhận thức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Tri thức lịch sử và cuộc sống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Vai trò của Sử học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 của Sử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nền văn minh thế giới thời cổ – trung đại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văn minh. Một số nền văn minh phương Đông thời cổ – trung đại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 và Sử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Hiện thực lịch sử và lịch sử được con người nhận thức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lịch sử, hiện thực lịch sử, lịch sử được con người nhận thức; đối tượng, chức năng, nhiệm vụ của Sử học.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hiện thực lịch sử và lịch sử được con người nhận thức; giải thích được các nguyên tắc cơ bản của Sử học.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biệt và khai thác được một số nguồn sử liệu.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Tri thức lịch sử và cuộc sống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sự cần thiết phải học tập và khám phá lịch sử suốt đời.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tri thức lịch sử đối với việc nhận thức quá khứ và định hướng tương lai.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tri thức lịch sử để giải thích một số vấn đề của cuộc sống hiện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Vai trò của Sử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 của Sử học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mối quan hệ giữa Sử học với các ngành khoa học khác; vai trò của Sử học đối với việc bảo tồn di sản văn hoá, di sản thiên nhiên.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mối quan hệ giữa Sử học với công nghiệp văn hoá, du lịch.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việc bảo tồn và phát huy giá trị di sản văn hoá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nền văn minh thế giới thời cổ – trung đại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văn minh. Một số nền văn minh phương Đông thời cổ – trung đại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văn minh, văn hoá; cơ sở hình thành văn minh Ai Cập, Trung Hoa, Ấn Độ thời cổ – trung đại.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ý nghĩa của những thành tựu tiêu biểu của văn minh Ai Cập, Trung Hoa, Ấn Độ.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ảnh hưởng của văn minh Trung Hoa, Ấn Độ đối với Việt Nam và Đông Nam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smarttest.vn/vi/ma-tran-de-kiem-tra/lop-10/lich-su/giua-ki-1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lich-su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Lịch sử 10</dc:title>
  <dc:subject>Lịch sử 10 – Kết nối tri thức</dc:subject>
  <dc:creator>SmartTest</dc:creator>
  <cp:keywords>ma trận đề kiểm tra, bản đặc tả, lịch sử 10, giữa học kì i</cp:keywords>
  <dc:description/>
  <cp:lastModifiedBy>SmartTest</cp:lastModifiedBy>
  <cp:revision>1</cp:revision>
  <dcterms:created xsi:type="dcterms:W3CDTF">2026-10-30T05:28:13Z</dcterms:created>
  <dcterms:modified xsi:type="dcterms:W3CDTF">2026-10-30T05:28:13Z</dcterms:modified>
  <cp:category/>
</cp:coreProperties>
</file>