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SINH HỌC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Mở đầu; Chủ đề 2 – Thành phần hoá học của tế bào; Chủ đề 3 – Cấu trúc tế bào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khái quát môn Sinh học; Phương pháp nghiên cứu và học tập môn Sinh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cấp độ tổ chức của thế giới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Thành phần hoá học của tế bào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nguyên tố hoá học và nước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phân tử sinh học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Cấu trúc tế bào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Tế bào nhân sơ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Tế bào nhân thực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Mở đầu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khái quát môn Sinh học; Phương pháp nghiên cứu và học tập môn Sinh học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đối tượng, mục tiêu môn Sinh học, các ngành nghề liên quan; các phương pháp nghiên cứu sinh học.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 của sinh học với đời sống, phát triển bền vững; các bước của phương pháp nghiên cứu khoa học.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cấp độ tổ chức của thế giới sống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cấp độ tổ chức của thế giới sống; khái niệm hệ thống mở, tự điều chỉnh.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mối quan hệ giữa các cấp độ tổ chức sống; tế bào là đơn vị cơ sở của sự sống.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đặc điểm các cấp độ tổ chức sống giải thích hiện tượng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Thành phần hoá học của tế bào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nguyên tố hoá học và nước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nguyên tố hoá học, nguyên tố đa lượng, vi lượng; cấu trúc và tính chất của nước.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vai trò của carbon, của nước đối với tế bào.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nguyên tố, nước giải thích việc bón phân, chế độ ăn uống hợp lí.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Các phân tử sinh học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chức năng của carbohydrate, lipid, protein, nucleic acid.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các phân tử sinh học; giải thích mối liên hệ giữa cấu trúc và chức năng.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giải thích chế độ dinh dưỡng hợp lí; giải bài tập về cấu trúc DNA.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Cấu trúc tế bào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Tế bào nhân sơ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chung và cấu tạo của tế bào nhân sơ.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lợi thế của kích thước nhỏ; chức năng các thành phần của tế bào nhân sơ.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hiểu biết về tế bào nhân sơ giải thích cơ chế tác động của thuốc kháng sinh.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Tế bào nhân thực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cấu trúc, chức năng của màng sinh chất, tế bào chất, nhân và các bào quan.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tế bào nhân sơ và nhân thực, tế bào động vật và tế bào thực vật.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thích mối liên hệ cấu trúc – chức năng của các bào quan trong hoạt động sống của tế bào.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smarttest.vn/vi/ma-tran-de-kiem-tra/lop-10/sinh-hoc/giua-ki-1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sinh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Sinh học 10</dc:title>
  <dc:subject>Sinh học 10 – Kết nối tri thức</dc:subject>
  <dc:creator>SmartTest</dc:creator>
  <cp:keywords>ma trận đề kiểm tra, bản đặc tả, sinh học 10, giữa học kì i</cp:keywords>
  <dc:description/>
  <cp:lastModifiedBy>SmartTest</cp:lastModifiedBy>
  <cp:revision>1</cp:revision>
  <dcterms:created xsi:type="dcterms:W3CDTF">2026-10-30T05:28:12Z</dcterms:created>
  <dcterms:modified xsi:type="dcterms:W3CDTF">2026-10-30T05:28:12Z</dcterms:modified>
  <cp:category/>
</cp:coreProperties>
</file>