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xã hội tri thức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xử lí thông tin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thiết bị thông minh và tin học đối với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kiểu dữ liệu và dữ liệu văn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nhị phân và dữ liệu số nguyên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lôgic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âm thanh và hình ảnh; Thực hành sử dụng thiết bị số thông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xử lí thông tin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thông tin, dữ liệu và các đơn vị đo lượng thông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thông tin và dữ liệu; giải thích được quá trình xử lí thông tin của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Đổi được giữa các đơn vị đo lượng thông tin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thiết bị thông minh và tin học đối với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thiết bị thông minh và đóng góp cơ bản của tin học đối với xã hội.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thiết bị thông minh trong cách mạng công nghiệp lần thứ tư.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ứng dụng tin học, thiết bị thông minh trong một lĩnh vực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kiểu dữ liệu và dữ liệu văn bản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kiểu dữ liệu và các bảng mã kí tự ASCII, Unicode.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mã hoá dữ liệu văn bản trong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dung lượng lưu trữ văn bản theo bảng mã cho trước.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nhị phân và dữ liệu số nguyên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biểu diễn số nguyên trong hệ nhị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phép tính cộng, nhân trong hệ nhị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Chuyển đổi được số giữa hệ thập phân và hệ nhị phân; thực hiện được phép tính trong hệ nhị phân.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lôgic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giá trị lôgic và các phép toán lôgic AND, OR, NOT, XOR.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biểu thức lôgic và mối liên hệ với bit nhị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biểu thức lôgic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âm thanh và hình ảnh; Thực hành sử dụng thiết bị số thông dụng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tắc số hoá âm thanh và hình ảnh.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tần số lấy mẫu, độ phân giải đến chất lượng và dung lượng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dung lượng tệp âm thanh, ảnh bitmap đơn giản.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một số chức năng của thiết bị số thông dụng như điện thoại thông minh, máy tính bảng.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10</dc:title>
  <dc:subject>Tin học 10 – Kết nối tri thức</dc:subject>
  <dc:creator>SmartTest</dc:creator>
  <cp:keywords>ma trận đề kiểm tra, bản đặc tả, tin học 10, giữa học kì 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