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60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Mệnh đề và tập hợp; Chủ đề 2 – Bất phương trình và hệ bất phương trình bậc nhất hai ẩn; Chủ đề 3 – Hệ thức lượng trong tam giác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Mệnh đề và tập hợp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Mệnh đề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 và các phép toán trên tập hợp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Bất phương trình và hệ bất phương trình bậc nhất hai ẩn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Bất phương trình bậc nhất hai ẩn; Hệ bất phương trình bậc nhất hai ẩn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thức lượng trong tam giác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Giá trị lượng giác của một góc từ 0° đến 180°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thức lượng trong tam giác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9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8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34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Mệnh đề và tập hợp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Mệnh đề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mệnh đề, mệnh đề phủ định, mệnh đề kéo theo, mệnh đề tương đương; các kí hiệu ∀, ∃.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tính đúng sai của mệnh đề; lập được mệnh đề phủ định, mệnh đề đảo; phân biệt điều kiện cần, điều kiện đủ.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mệnh đề để lập luận, chứng minh đơn giản trong tình huống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Tập hợp và các phép toán trên tập hợp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tập con, hai tập hợp bằng nhau, các tập hợp số, khoảng, đoạn; nêu được các phép toán giao, hợp, hiệu, phần bù.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Thực hiện được các phép toán trên tập hợp, biểu diễn trên trục số.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được bài toán thực tiễn bằng biểu đồ Ven và các phép toán tập hợp.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Bất phương trình và hệ bất phương trình bậc nhất hai ẩn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Bất phương trình bậc nhất hai ẩn; Hệ bất phương trình bậc nhất hai ẩn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bất phương trình, hệ bất phương trình bậc nhất hai ẩn và nghiệm của chúng.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Biểu diễn được miền nghiệm của bất phương trình, hệ bất phương trình bậc nhất hai ẩn trên mặt phẳng toạ độ.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được bài toán thực tiễn (tối ưu đơn giản) bằng hệ bất phương trình bậc nhất hai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Hệ thức lượng trong tam giác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Giá trị lượng giác của một góc từ 0° đến 180°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giá trị lượng giác của góc đặc biệt và quan hệ giữa giá trị lượng giác của hai góc bù nhau.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lượng giác của một góc bằng định nghĩa hoặc máy tính cầm tay.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thức lượng trong tam giác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Phát biểu được định lí côsin, định lí sin và các công thức tính diện tích tam giác.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cạnh, góc, diện tích tam giác khi biết đủ yếu tố.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được bài toán thực tế (đo khoảng cách, chiều cao) bằng hệ thức lượng trong tam giác.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smarttest.vn/vi/ma-tran-de-kiem-tra/lop-10/toan/giua-ki-1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toan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Toán 10</dc:title>
  <dc:subject>Toán 10 – Kết nối tri thức</dc:subject>
  <dc:creator>SmartTest</dc:creator>
  <cp:keywords>ma trận đề kiểm tra, bản đặc tả, toán 10, giữa học kì i</cp:keywords>
  <dc:description/>
  <cp:lastModifiedBy>SmartTest</cp:lastModifiedBy>
  <cp:revision>1</cp:revision>
  <dcterms:created xsi:type="dcterms:W3CDTF">2026-10-30T05:28:10Z</dcterms:created>
  <dcterms:modified xsi:type="dcterms:W3CDTF">2026-10-30T05:28:10Z</dcterms:modified>
  <cp:category/>
</cp:coreProperties>
</file>