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Động học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Vật lí; Các quy tắc an toàn trong phòng thực hành Vật lí; Thực hành tính sai số trong phép đo. Ghi kết quả đo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học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 dịch chuyển và quãng đường đi được; Tốc độ và vận tốc; Đồ thị độ dịch chuyển – thời gian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biến đổi. Gia tốc; Chuyển động thẳng biến đổi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rơi tự do; Chuyển động ném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Làm quen với Vật lí; Các quy tắc an toàn trong phòng thực hành Vật lí; Thực hành tính sai số trong phép đo. Ghi kết quả đo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 nghiên cứu, một số phương pháp nghiên cứu vật lí; quy tắc an toàn và kí hiệu cảnh báo trong phòng thực hành.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sai số ngẫu nhiên và sai số hệ thống; tính được sai số tuyệt đối, sai số tương đối của phép đo.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Ghi đúng kết quả đo kèm sai số; đánh giá và đề xuất cách giảm sai số trong một phép đo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Động học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Độ dịch chuyển và quãng đường đi được; Tốc độ và vận tốc; Đồ thị độ dịch chuyển – thời gian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độ dịch chuyển và quãng đường đi được, tốc độ và vận tốc; nêu được định nghĩa tốc độ trung bình, vận tốc trung bình.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tốc độ, vận tốc trung bình, tổng hợp hai vận tốc; xác định được vận tốc từ độ dốc của đồ thị độ dịch chuyển –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và sử dụng đồ thị độ dịch chuyển – thời gian để mô tả, giải bài toán chuyển động thẳng của một hoặc hai vật.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biến đổi. Gia tốc; Chuyển động thẳng biến đổi đều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nghĩa, đơn vị của gia tốc; đặc điểm của chuyển động thẳng biến đổi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các công thức vận tốc, độ dịch chuyển của chuyển động thẳng biến đổi đều; xác định được gia tốc từ đồ thị vận tốc – thời gian.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và đồ thị v – t của chuyển động thẳng biến đổi đều giải bài toán thực tiễn (tăng tốc, hãm phanh).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rơi tự do; Chuyển động ném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sự rơi tự do, gia tốc rơi tự do; chuyển động ném là tổng hợp của hai chuyển động thành phần.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thời gian rơi, vận tốc chạm đất của vật rơi tự do; mô tả và giải thích được chuyển động ném ngang, ném xiên.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được tầm xa, độ cao, thời gian chuyển động của vật bị ném; giải thích ứng dụng trong thể thao, đời sống.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smarttest.vn/vi/ma-tran-de-kiem-tra/lop-10/vat-li/giua-ki-1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vat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Vật lí 10</dc:title>
  <dc:subject>Vật lí 10 – Kết nối tri thức</dc:subject>
  <dc:creator>SmartTest</dc:creator>
  <cp:keywords>ma trận đề kiểm tra, bản đặc tả, vật lí 10, giữa học kì i</cp:keywords>
  <dc:description/>
  <cp:lastModifiedBy>SmartTest</cp:lastModifiedBy>
  <cp:revision>1</cp:revision>
  <dcterms:created xsi:type="dcterms:W3CDTF">2026-10-30T05:28:11Z</dcterms:created>
  <dcterms:modified xsi:type="dcterms:W3CDTF">2026-10-30T05:28:11Z</dcterms:modified>
  <cp:category/>
</cp:coreProperties>
</file>