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Thiết kế và công nghệ: Vẽ kĩ thuật; Chủ đề 2 – Thiết kế kĩ thuật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và công nghệ: Vẽ kĩ thuật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diễn quy ước ren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cơ khí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xây dựng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Vẽ kĩ thuật với sự trợ giúp của máy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kĩ thuật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thiết kế kĩ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và công nghệ: Vẽ kĩ thuật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diễn quy ước ren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ước vẽ ren ngoài, ren trong.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kí hiệu ren trên bản vẽ kĩ thuật.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Biểu diễn được ren trên bản vẽ chi tiết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cơ khí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nội dung, công dụng của bản vẽ chi tiết, bản vẽ lắp.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trình tự đọc bản vẽ chi tiết, bản vẽ lắp.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vẽ chi tiết, bản vẽ lắp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xây dựng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nội dung của bản vẽ mặt bằng tổng thể, bản vẽ nhà; kí hiệu quy ước trên bản vẽ xây dựng.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trình tự đọc bản vẽ nhà.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vẽ nhà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Vẽ kĩ thuật với sự trợ giúp của máy tính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ưu điểm của vẽ kĩ thuật với sự trợ giúp của máy tính; kể tên được một số phần mềm vẽ kĩ thuật.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cấu trúc hệ thống và các bước lập bản vẽ bằng phần mềm.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phần mềm để vẽ bản vẽ kĩ thuật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kĩ thuật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thiết kế kĩ thuật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mục đích, vai trò của thiết kế kĩ thuật; một số ngành nghề liên quan đến thiết kế.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ý nghĩa của thiết kế kĩ thuật đối với sản phẩm và đời sống.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sự phù hợp của bản thân với các ngành nghề liên quan đến thiết kế.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smarttest.vn/vi/ma-tran-de-kiem-tra/lop-10/cong-nghe/giua-ki-2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cong-nghe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Công nghệ 10</dc:title>
  <dc:subject>Công nghệ 10 – Kết nối tri thức</dc:subject>
  <dc:creator>SmartTest</dc:creator>
  <cp:keywords>ma trận đề kiểm tra, bản đặc tả, công nghệ 10, giữa học kì ii</cp:keywords>
  <dc:description/>
  <cp:lastModifiedBy>SmartTest</cp:lastModifiedBy>
  <cp:revision>1</cp:revision>
  <dcterms:created xsi:type="dcterms:W3CDTF">2026-10-30T05:28:15Z</dcterms:created>
  <dcterms:modified xsi:type="dcterms:W3CDTF">2026-10-30T05:28:15Z</dcterms:modified>
  <cp:category/>
</cp:coreProperties>
</file>