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ĐỊA LÍ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Địa lí dân cư; Chủ đề 2 – Các nguồn lực, một số tiêu chí đánh giá sự phát triển kinh tế; Chủ đề 3 – Địa lí ngành nông nghiệp, lâm nghiệp, thuỷ sản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dân cư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 mô dân số, gia tăng dân số và cơ cấu dân số thế giới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Phân bố dân cư và đô thị hoá trên thế giới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 nguồn lực, một số tiêu chí đánh giá sự phát triển kinh tế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nguồn lực phát triển kinh tế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Cơ cấu kinh tế, tổng sản phẩm trong nước và tổng thu nhập quốc gia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ngành nông nghiệp, lâm nghiệp, thuỷ sản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trò, đặc điểm, các nhân tố ảnh hưởng tới sự phát triển và phân bố nông nghiệp, lâm nghiệp, thuỷ sản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Địa lí ngành nông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Địa lí ngành lâm nghiệp và ngành thuỷ sản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Tổ chức lãnh thổ nông nghiệp, một số vấn đề phát triển nông nghiệp hiện đại trên thế giới và định hướng phát triển nông nghiệp trong tương lai; Thực hành: Vẽ và nhận xét biểu đồ về sản lượng lương thực của thế giới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dân cư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 mô dân số, gia tăng dân số và cơ cấu dân số thế giới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và xu hướng biến đổi quy mô dân số thế giới.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các nhân tố tác động đến gia tăng dân số; trình bày được các loại cơ cấu dân số.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Phân bố dân cư và đô thị hoá trên thế giới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phân bố dân cư và đô thị hoá.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các nhân tố ảnh hưởng đến phân bố dân cư, đô thị hoá; ảnh hưởng của đô thị hoá đến kinh tế – xã hội và môi trường.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 nguồn lực, một số tiêu chí đánh giá sự phát triển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nguồn lực phát triển kinh tế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phân loại các nguồn lực phát triển kinh tế.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vai trò của từng loại nguồn lực đối với phát triển kinh tế.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các nguồn lực phát triển kinh tế ở địa phương.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Cơ cấu kinh tế, tổng sản phẩm trong nước và tổng thu nhập quốc gia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cơ cấu kinh tế, tổng sản phẩm trong nước (GDP), tổng thu nhập quốc gia (GNI).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GDP, GNI bình quân đầu người; vẽ và nhận xét được biểu đồ cơ cấu kinh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 ngành nông nghiệp, lâm nghiệp, thuỷ sản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Vai trò, đặc điểm, các nhân tố ảnh hưởng tới sự phát triển và phân bố nông nghiệp, lâm nghiệp, thuỷ sản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trò, đặc điểm của nông nghiệp, lâm nghiệp, thuỷ sản.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các nhân tố ảnh hưởng đến sự phát triển và phân bố nông nghiệp, lâm nghiệp, thuỷ sản.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Địa lí ngành nông nghiệp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phát triển và phân bố các cây trồng, vật nuôi chính trên thế giới.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Địa lí ngành lâm nghiệp và ngành thuỷ sản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tình hình phát triển và phân bố ngành lâm nghiệp và ngành thuỷ sản trên thế giới.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sản lượng thuỷ sản thế giới.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Tổ chức lãnh thổ nông nghiệp, một số vấn đề phát triển nông nghiệp hiện đại trên thế giới và định hướng phát triển nông nghiệp trong tương lai; Thực hành: Vẽ và nhận xét biểu đồ về sản lượng lương thực của thế giới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trò, đặc điểm của một số hình thức tổ chức lãnh thổ nông nghiệp.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một số vấn đề phát triển nông nghiệp hiện đại và định hướng phát triển nông nghiệp trong tương lai.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các hình thức tổ chức lãnh thổ nông nghiệp ở Việt Nam.</w:t>
            </w:r>
          </w:p>
          <w:p>
            <w:pPr>
              <w:spacing w:after="0"/>
            </w:pPr>
            <w:r>
              <w:rPr>
                <w:sz w:val="18"/>
              </w:rPr>
              <w:t>- Nhận xét và giải thích được sự thay đổi sản lượng lương thực của thế giới.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smarttest.vn/vi/ma-tran-de-kiem-tra/lop-10/dia-li/giua-ki-2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dia-li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Địa lí 10</dc:title>
  <dc:subject>Địa lí 10 – Kết nối tri thức</dc:subject>
  <dc:creator>SmartTest</dc:creator>
  <cp:keywords>ma trận đề kiểm tra, bản đặc tả, địa lí 10, giữa học kì ii</cp:keywords>
  <dc:description/>
  <cp:lastModifiedBy>SmartTest</cp:lastModifiedBy>
  <cp:revision>1</cp:revision>
  <dcterms:created xsi:type="dcterms:W3CDTF">2026-10-30T05:28:13Z</dcterms:created>
  <dcterms:modified xsi:type="dcterms:W3CDTF">2026-10-30T05:28:13Z</dcterms:modified>
  <cp:category/>
</cp:coreProperties>
</file>