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HÓA HỌC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Phản ứng oxi hoá – khử; Chủ đề 2 – Năng lượng hoá học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Phản ứng oxi hoá – khử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Phản ứng oxi hoá – khử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Năng lượng hoá học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Biến thiên enthalpy trong các phản ứng hoá học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Phản ứng oxi hoá – khử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Phản ứng oxi hoá – khử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số oxi hoá, chất oxi hoá, chất khử, quá trình oxi hoá, quá trình khử.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số oxi hoá; cân bằng được phương trình phản ứng oxi hoá – khử bằng phương pháp thăng bằng electron.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phản ứng oxi hoá – khử giải thích quá trình trong đời sống, sản xuất; tính toán theo phương trình phản ứng.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Năng lượng hoá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Biến thiên enthalpy trong các phản ứng hoá học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phản ứng toả nhiệt, thu nhiệt; điều kiện chuẩn; enthalpy tạo thành, biến thiên enthalpy chuẩn của phản ứng.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Đọc được sơ đồ biến thiên enthalpy; tính được ΔrH°298 theo enthalpy tạo thành hoặc năng lượng liên kết.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biến thiên enthalpy tính nhiệt lượng của phản ứng, giải thích việc sử dụng nhiên liệu trong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smarttest.vn/vi/ma-tran-de-kiem-tra/lop-10/hoa-hoc/giua-ki-2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hoa-hoc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Hóa học 10</dc:title>
  <dc:subject>Hóa học 10 – Kết nối tri thức</dc:subject>
  <dc:creator>SmartTest</dc:creator>
  <cp:keywords>ma trận đề kiểm tra, bản đặc tả, hóa học 10, giữa học kì ii</cp:keywords>
  <dc:description/>
  <cp:lastModifiedBy>SmartTest</cp:lastModifiedBy>
  <cp:revision>1</cp:revision>
  <dcterms:created xsi:type="dcterms:W3CDTF">2026-10-30T05:28:12Z</dcterms:created>
  <dcterms:modified xsi:type="dcterms:W3CDTF">2026-10-30T05:28:12Z</dcterms:modified>
  <cp:category/>
</cp:coreProperties>
</file>