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GD KINH TẾ VÀ PHÁP LUẬT 10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2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24 câu – 6 điểm (60%)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Pháp luật nước Cộng hoà xã hội chủ nghĩa Việt Nam; Chủ đề 2 – Hiến pháp nước Cộng hoà xã hội chủ nghĩa Việt Nam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Pháp luật nước Cộng hoà xã hội chủ nghĩa Việt Nam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niệm, đặc điểm và vai trò của pháp luật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Hệ thống pháp luật và văn bản pháp luật Việt Nam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Thực hiện pháp luật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Hiến pháp nước Cộng hoà xã hội chủ nghĩa Việt Nam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Giới thiệu về Hiến pháp nước Cộng hoà xã hội chủ nghĩa Việt Nam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Nội dung cơ bản của Hiến pháp Việt Nam về chế độ chính trị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Quyền con người, quyền và nghĩa vụ cơ bản của công dân trong Hiến pháp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Pháp luật nước Cộng hoà xã hội chủ nghĩa Việt Nam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niệm, đặc điểm và vai trò của pháp luật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và đặc điểm của pháp luật.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vai trò của pháp luật đối với Nhà nước, xã hội và công dân.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Đánh giá được hành vi tuân thủ hoặc vi phạm pháp luật trong tình huống cụ thể.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Hệ thống pháp luật và văn bản pháp luật Việt Nam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niệm, cấu trúc của hệ thống pháp luật Việt Nam và các loại văn bản quy phạm pháp luật.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các văn bản quy phạm pháp luật theo thẩm quyền ban hành và hiệu lực pháp lí.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văn bản quy phạm pháp luật điều chỉnh trong tình huống cụ thể.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Thực hiện pháp luật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và các hình thức thực hiện pháp luật: tuân thủ, thi hành, sử dụng, áp dụng pháp luật.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các hình thức thực hiện pháp luật.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hình thức thực hiện pháp luật trong tình huống cụ thể; tự giác thực hiện pháp luật, phê phán hành vi vi phạm.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Hiến pháp nước Cộng hoà xã hội chủ nghĩa Việt Nam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Giới thiệu về Hiến pháp nước Cộng hoà xã hội chủ nghĩa Việt Nam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và đặc điểm của Hiến pháp nước Cộng hoà xã hội chủ nghĩa Việt Nam.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vị trí, vai trò của Hiến pháp trong hệ thống pháp luật Việt Nam.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Thực hiện được quy định của Hiến pháp bằng hành vi cụ thể, phù hợp với lứa tuổi.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Nội dung cơ bản của Hiến pháp Việt Nam về chế độ chính trị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nội dung cơ bản của Hiến pháp về chế độ chính trị: bản chất nhà nước, chủ quyền lãnh thổ, nguyên tắc tổ chức quyền lực, chính sách đối ngoại.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ý nghĩa của các quy định của Hiến pháp về chế độ chính trị.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Đánh giá được hành vi chấp hành hoặc vi phạm quy định của Hiến pháp về chế độ chính trị trong tình huống cụ thể.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Quyền con người, quyền và nghĩa vụ cơ bản của công dân trong Hiến pháp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nội dung cơ bản của Hiến pháp về quyền con người, quyền và nghĩa vụ cơ bản của công dân.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hành vi thực hiện và hành vi vi phạm quyền con người, quyền và nghĩa vụ cơ bản của công dân.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Thực hiện được quyền và nghĩa vụ cơ bản của công dân phù hợp với lứa tuổi; phê phán hành vi vi phạm trong tình huống cụ thể.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smarttest.vn/vi/ma-tran-de-kiem-tra/lop-10/kinh-te-phap-luat/giua-ki-2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0/kinh-te-phap-luat/giua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ii Giáo dục kinh tế và pháp luật 10</dc:title>
  <dc:subject>Giáo dục kinh tế và pháp luật 10 – Kết nối tri thức</dc:subject>
  <dc:creator>SmartTest</dc:creator>
  <cp:keywords>ma trận đề kiểm tra, bản đặc tả, giáo dục kinh tế và pháp luật 10, giữa học kì ii</cp:keywords>
  <dc:description/>
  <cp:lastModifiedBy>SmartTest</cp:lastModifiedBy>
  <cp:revision>1</cp:revision>
  <dcterms:created xsi:type="dcterms:W3CDTF">2026-10-30T05:28:14Z</dcterms:created>
  <dcterms:modified xsi:type="dcterms:W3CDTF">2026-10-30T05:28:14Z</dcterms:modified>
  <cp:category/>
</cp:coreProperties>
</file>