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Văn minh Đông Nam Á thời cổ – trung đại; Chủ đề 2 – Một số nền văn minh trên đất nước Việt Nam (trước năm 1858)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Văn minh Đông Nam Á thời cổ – trung đại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Hành trình phát triển và thành tựu của văn minh Đông Nam Á thời cổ – trung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trên đất nước Việt Nam (trước năm 1858)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nền văn minh cổ trên đất nước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Văn minh Đại Việt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Văn minh Đông Nam Á thời cổ – trung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Hành trình phát triển và thành tựu của văn minh Đông Nam Á thời cổ – trung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văn minh Đông Nam Á và các thời kì phát triển của văn minh Đông Nam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những thành tựu văn minh tiêu biểu của Đông Nam Á: tín ngưỡng, tôn giáo, chữ viết, văn học, kiến trúc.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giá trị của các thành tựu văn minh Đông Nam Á thời cổ – trung đại.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trên đất nước Việt Nam (trước năm 1858)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nền văn minh cổ trên đất nước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của văn minh Văn Lang – Âu Lạc, văn minh Chăm-pa, văn minh Phù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thành tựu tiêu biểu của các nền văn minh Văn Lang – Âu Lạc, Chăm-pa, Phù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các thành tựu văn minh cổ trên đất nước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Văn minh Đại Việt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và quá trình phát triển của văn minh Đại Việt.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những thành tựu cơ bản của văn minh Đại Việt về chính trị, kinh tế, tư tưởng, tôn giáo, giáo dục, văn học, nghệ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văn minh Đại Việt trong lịch sử dân tộc.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smarttest.vn/vi/ma-tran-de-kiem-tra/lop-10/lich-su/giua-ki-2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lich-su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10</dc:title>
  <dc:subject>Lịch sử 10 – Kết nối tri thức</dc:subject>
  <dc:creator>SmartTest</dc:creator>
  <cp:keywords>ma trận đề kiểm tra, bản đặc tả, lịch sử 10, giữa học kì ii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