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II – NĂM HỌC 2026-2027</w:t>
      </w:r>
    </w:p>
    <w:p>
      <w:pPr>
        <w:spacing w:after="40"/>
        <w:jc w:val="center"/>
      </w:pPr>
      <w:r>
        <w:rPr>
          <w:b/>
          <w:i w:val="0"/>
          <w:sz w:val="26"/>
        </w:rPr>
        <w:t>MÔN: NGỮ VĂN 10</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II</w:t>
      </w:r>
    </w:p>
    <w:p>
      <w:pPr>
        <w:spacing w:after="40"/>
      </w:pPr>
      <w:r>
        <w:rPr>
          <w:b w:val="0"/>
          <w:i w:val="0"/>
          <w:sz w:val="22"/>
        </w:rPr>
        <w:t>- Thời gian làm bài: 90 phút</w:t>
      </w:r>
    </w:p>
    <w:p>
      <w:pPr>
        <w:spacing w:after="40"/>
      </w:pPr>
      <w:r>
        <w:rPr>
          <w:b w:val="0"/>
          <w:i w:val="0"/>
          <w:sz w:val="22"/>
        </w:rPr>
        <w:t>- Hình thức kiểm tra: tự luận (đọc hiểu và viết)</w:t>
      </w:r>
    </w:p>
    <w:p>
      <w:pPr>
        <w:spacing w:after="40"/>
      </w:pPr>
      <w:r>
        <w:rPr>
          <w:b w:val="0"/>
          <w:i w:val="0"/>
          <w:sz w:val="22"/>
        </w:rPr>
        <w:t>- Cấu trúc:</w:t>
      </w:r>
    </w:p>
    <w:p>
      <w:pPr>
        <w:spacing w:after="40"/>
      </w:pPr>
      <w:r>
        <w:rPr>
          <w:b w:val="0"/>
          <w:i w:val="0"/>
          <w:sz w:val="22"/>
        </w:rPr>
        <w:t xml:space="preserve">    + Phần I. Đọc hiểu: 4 câu – 4 điểm (40%)</w:t>
      </w:r>
    </w:p>
    <w:p>
      <w:pPr>
        <w:spacing w:after="40"/>
      </w:pPr>
      <w:r>
        <w:rPr>
          <w:b w:val="0"/>
          <w:i w:val="0"/>
          <w:sz w:val="22"/>
        </w:rPr>
        <w:t xml:space="preserve">    + Phần II. Viết: 2 câu (6 ý) – 6 điểm (60%)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Nguyễn Trãi – “Dành còn để trợ dân này”; Chủ đề 2 – Quyền năng của người kể chuyện</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7303"/>
        <w:gridCol w:w="652"/>
        <w:gridCol w:w="652"/>
        <w:gridCol w:w="652"/>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7303"/>
            <w:vMerge w:val="restart"/>
            <w:shd w:val="clear" w:color="auto" w:fill="D9E2F3"/>
          </w:tcPr>
          <w:p>
            <w:pPr>
              <w:spacing w:after="20"/>
              <w:jc w:val="center"/>
            </w:pPr>
            <w:r/>
            <w:r>
              <w:rPr>
                <w:rFonts w:ascii="Times New Roman" w:hAnsi="Times New Roman"/>
                <w:b/>
                <w:sz w:val="18"/>
              </w:rPr>
              <w:t>Đơn vị kiến thức</w:t>
            </w:r>
          </w:p>
        </w:tc>
        <w:tc>
          <w:tcPr>
            <w:tcW w:type="dxa" w:w="3912"/>
            <w:gridSpan w:val="6"/>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7303"/>
            <w:vMerge/>
          </w:tcPr>
          <w:p/>
        </w:tc>
        <w:tc>
          <w:tcPr>
            <w:tcW w:type="dxa" w:w="1956"/>
            <w:gridSpan w:val="3"/>
            <w:shd w:val="clear" w:color="auto" w:fill="D9E2F3"/>
          </w:tcPr>
          <w:p>
            <w:pPr>
              <w:spacing w:after="20"/>
              <w:jc w:val="center"/>
            </w:pPr>
            <w:r/>
            <w:r>
              <w:rPr>
                <w:rFonts w:ascii="Times New Roman" w:hAnsi="Times New Roman"/>
                <w:b/>
                <w:sz w:val="18"/>
              </w:rPr>
              <w:t>Phần I: Đọc hiểu</w:t>
            </w:r>
          </w:p>
        </w:tc>
        <w:tc>
          <w:tcPr>
            <w:tcW w:type="dxa" w:w="1956"/>
            <w:gridSpan w:val="3"/>
            <w:shd w:val="clear" w:color="auto" w:fill="D9E2F3"/>
          </w:tcPr>
          <w:p>
            <w:pPr>
              <w:spacing w:after="20"/>
              <w:jc w:val="center"/>
            </w:pPr>
            <w:r/>
            <w:r>
              <w:rPr>
                <w:rFonts w:ascii="Times New Roman" w:hAnsi="Times New Roman"/>
                <w:b/>
                <w:sz w:val="18"/>
              </w:rPr>
              <w:t>Phần II: Viết (tính theo ý)</w:t>
            </w:r>
          </w:p>
        </w:tc>
        <w:tc>
          <w:tcPr>
            <w:tcW w:type="dxa" w:w="963"/>
            <w:vMerge/>
          </w:tcPr>
          <w:p/>
        </w:tc>
        <w:tc>
          <w:tcPr>
            <w:tcW w:type="dxa" w:w="850"/>
            <w:vMerge/>
          </w:tcPr>
          <w:p/>
        </w:tc>
      </w:tr>
      <w:tr>
        <w:tc>
          <w:tcPr>
            <w:tcW w:type="dxa" w:w="510"/>
            <w:vMerge/>
          </w:tcPr>
          <w:p/>
        </w:tc>
        <w:tc>
          <w:tcPr>
            <w:tcW w:type="dxa" w:w="1600"/>
            <w:vMerge/>
          </w:tcPr>
          <w:p/>
        </w:tc>
        <w:tc>
          <w:tcPr>
            <w:tcW w:type="dxa" w:w="7303"/>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tcPr>
          <w:p>
            <w:pPr>
              <w:spacing w:after="20"/>
              <w:jc w:val="center"/>
            </w:pPr>
            <w:r/>
            <w:r>
              <w:rPr>
                <w:rFonts w:ascii="Times New Roman" w:hAnsi="Times New Roman"/>
                <w:b w:val="0"/>
                <w:sz w:val="18"/>
              </w:rPr>
              <w:t>1</w:t>
            </w:r>
          </w:p>
        </w:tc>
        <w:tc>
          <w:tcPr>
            <w:tcW w:type="dxa" w:w="1600"/>
          </w:tcPr>
          <w:p>
            <w:pPr>
              <w:spacing w:after="20"/>
              <w:jc w:val="left"/>
            </w:pPr>
            <w:r/>
            <w:r>
              <w:rPr>
                <w:rFonts w:ascii="Times New Roman" w:hAnsi="Times New Roman"/>
                <w:b/>
                <w:sz w:val="18"/>
              </w:rPr>
              <w:t>Đọc hiểu</w:t>
            </w:r>
          </w:p>
        </w:tc>
        <w:tc>
          <w:tcPr>
            <w:tcW w:type="dxa" w:w="7303"/>
          </w:tcPr>
          <w:p>
            <w:pPr>
              <w:spacing w:after="20"/>
              <w:jc w:val="left"/>
            </w:pPr>
            <w:r/>
            <w:r>
              <w:rPr>
                <w:rFonts w:ascii="Times New Roman" w:hAnsi="Times New Roman"/>
                <w:b w:val="0"/>
                <w:sz w:val="18"/>
              </w:rPr>
              <w:t>Ngữ liệu ngoài sách giáo khoa: Nguyễn Trãi – “Dành còn để trợ dân này” (văn bản nghị luận trung đại, thơ chữ Hán và chữ Nôm của Nguyễn Trãi); Quyền năng của người kể chuyện (tiểu thuyết, truyện ngắn)</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510"/>
            <w:vMerge w:val="restart"/>
          </w:tcPr>
          <w:p>
            <w:pPr>
              <w:spacing w:after="20"/>
              <w:jc w:val="center"/>
            </w:pPr>
            <w:r/>
            <w:r>
              <w:rPr>
                <w:rFonts w:ascii="Times New Roman" w:hAnsi="Times New Roman"/>
                <w:b w:val="0"/>
                <w:sz w:val="18"/>
              </w:rPr>
              <w:t>2</w:t>
            </w:r>
          </w:p>
        </w:tc>
        <w:tc>
          <w:tcPr>
            <w:tcW w:type="dxa" w:w="1600"/>
            <w:vMerge w:val="restart"/>
          </w:tcPr>
          <w:p>
            <w:pPr>
              <w:spacing w:after="20"/>
              <w:jc w:val="left"/>
            </w:pPr>
            <w:r/>
            <w:r>
              <w:rPr>
                <w:rFonts w:ascii="Times New Roman" w:hAnsi="Times New Roman"/>
                <w:b/>
                <w:sz w:val="18"/>
              </w:rPr>
              <w:t>Viết</w:t>
            </w:r>
          </w:p>
        </w:tc>
        <w:tc>
          <w:tcPr>
            <w:tcW w:type="dxa" w:w="7303"/>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2</w:t>
            </w:r>
          </w:p>
        </w:tc>
        <w:tc>
          <w:tcPr>
            <w:tcW w:type="dxa" w:w="850"/>
          </w:tcPr>
          <w:p>
            <w:pPr>
              <w:spacing w:after="20"/>
              <w:jc w:val="center"/>
            </w:pPr>
            <w:r/>
            <w:r>
              <w:rPr>
                <w:rFonts w:ascii="Times New Roman" w:hAnsi="Times New Roman"/>
                <w:b w:val="0"/>
                <w:sz w:val="18"/>
              </w:rPr>
              <w:t>20%</w:t>
            </w:r>
          </w:p>
        </w:tc>
      </w:tr>
      <w:tr>
        <w:tc>
          <w:tcPr>
            <w:tcW w:type="dxa" w:w="510"/>
            <w:vMerge/>
          </w:tcPr>
          <w:p/>
        </w:tc>
        <w:tc>
          <w:tcPr>
            <w:tcW w:type="dxa" w:w="1600"/>
            <w:vMerge/>
          </w:tcPr>
          <w:p/>
        </w:tc>
        <w:tc>
          <w:tcPr>
            <w:tcW w:type="dxa" w:w="7303"/>
          </w:tcPr>
          <w:p>
            <w:pPr>
              <w:spacing w:after="20"/>
              <w:jc w:val="left"/>
            </w:pPr>
            <w:r/>
            <w:r>
              <w:rPr>
                <w:rFonts w:ascii="Times New Roman" w:hAnsi="Times New Roman"/>
                <w:b w:val="0"/>
                <w:sz w:val="18"/>
              </w:rPr>
              <w:t>Viết văn bản nghị luận về một vấn đề xã hội hoặc Viết bài văn nghị luận phân tích, đánh giá một tác phẩm văn học (Chủ đề và nhân vật trong tác phẩm truyện)</w:t>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1</w:t>
            </w:r>
          </w:p>
        </w:tc>
        <w:tc>
          <w:tcPr>
            <w:tcW w:type="dxa" w:w="652"/>
          </w:tcPr>
          <w:p>
            <w:pPr>
              <w:spacing w:after="20"/>
              <w:jc w:val="center"/>
            </w:pPr>
            <w:r/>
            <w:r>
              <w:rPr>
                <w:rFonts w:ascii="Times New Roman" w:hAnsi="Times New Roman"/>
                <w:b w:val="0"/>
                <w:sz w:val="18"/>
              </w:rPr>
              <w:t>1</w:t>
            </w:r>
          </w:p>
        </w:tc>
        <w:tc>
          <w:tcPr>
            <w:tcW w:type="dxa" w:w="963"/>
          </w:tcPr>
          <w:p>
            <w:pPr>
              <w:spacing w:after="20"/>
              <w:jc w:val="center"/>
            </w:pPr>
            <w:r/>
            <w:r>
              <w:rPr>
                <w:rFonts w:ascii="Times New Roman" w:hAnsi="Times New Roman"/>
                <w:b w:val="0"/>
                <w:sz w:val="18"/>
              </w:rPr>
              <w:t>4</w:t>
            </w:r>
          </w:p>
        </w:tc>
        <w:tc>
          <w:tcPr>
            <w:tcW w:type="dxa" w:w="850"/>
          </w:tcPr>
          <w:p>
            <w:pPr>
              <w:spacing w:after="20"/>
              <w:jc w:val="center"/>
            </w:pPr>
            <w:r/>
            <w:r>
              <w:rPr>
                <w:rFonts w:ascii="Times New Roman" w:hAnsi="Times New Roman"/>
                <w:b w:val="0"/>
                <w:sz w:val="18"/>
              </w:rPr>
              <w:t>40%</w:t>
            </w:r>
          </w:p>
        </w:tc>
      </w:tr>
      <w:tr>
        <w:tc>
          <w:tcPr>
            <w:tcW w:type="dxa" w:w="9413"/>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1</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652"/>
            <w:shd w:val="clear" w:color="auto" w:fill="F2F2F2"/>
          </w:tcPr>
          <w:p>
            <w:pPr>
              <w:spacing w:after="20"/>
              <w:jc w:val="center"/>
            </w:pPr>
            <w:r/>
            <w:r>
              <w:rPr>
                <w:rFonts w:ascii="Times New Roman" w:hAnsi="Times New Roman"/>
                <w:b/>
                <w:sz w:val="18"/>
              </w:rPr>
              <w:t>2</w:t>
            </w:r>
          </w:p>
        </w:tc>
        <w:tc>
          <w:tcPr>
            <w:tcW w:type="dxa" w:w="963"/>
            <w:shd w:val="clear" w:color="auto" w:fill="F2F2F2"/>
          </w:tcPr>
          <w:p>
            <w:pPr>
              <w:spacing w:after="20"/>
              <w:jc w:val="center"/>
            </w:pPr>
            <w:r/>
            <w:r>
              <w:rPr>
                <w:rFonts w:ascii="Times New Roman" w:hAnsi="Times New Roman"/>
                <w:b/>
                <w:sz w:val="18"/>
              </w:rPr>
              <w:t>10</w:t>
            </w:r>
          </w:p>
        </w:tc>
        <w:tc>
          <w:tcPr>
            <w:tcW w:type="dxa" w:w="850"/>
            <w:shd w:val="clear" w:color="auto" w:fill="F2F2F2"/>
          </w:tcPr>
          <w:p>
            <w:pPr>
              <w:spacing w:after="20"/>
              <w:jc w:val="center"/>
            </w:pPr>
            <w:r/>
            <w:r>
              <w:rPr>
                <w:rFonts w:ascii="Times New Roman" w:hAnsi="Times New Roman"/>
                <w:b/>
                <w:sz w:val="18"/>
              </w:rPr>
              <w:t>100%</w:t>
            </w:r>
          </w:p>
        </w:tc>
      </w:tr>
      <w:tr>
        <w:tc>
          <w:tcPr>
            <w:tcW w:type="dxa" w:w="9413"/>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4 điểm</w:t>
            </w:r>
          </w:p>
        </w:tc>
        <w:tc>
          <w:tcPr>
            <w:tcW w:type="dxa" w:w="1956"/>
            <w:gridSpan w:val="3"/>
            <w:shd w:val="clear" w:color="auto" w:fill="F2F2F2"/>
          </w:tcPr>
          <w:p>
            <w:pPr>
              <w:spacing w:after="20"/>
              <w:jc w:val="center"/>
            </w:pPr>
            <w:r/>
            <w:r>
              <w:rPr>
                <w:rFonts w:ascii="Times New Roman" w:hAnsi="Times New Roman"/>
                <w:b/>
                <w:sz w:val="18"/>
              </w:rPr>
              <w:t>6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9413"/>
            <w:gridSpan w:val="3"/>
            <w:shd w:val="clear" w:color="auto" w:fill="F2F2F2"/>
          </w:tcPr>
          <w:p>
            <w:pPr>
              <w:spacing w:after="20"/>
              <w:jc w:val="left"/>
            </w:pPr>
            <w:r/>
            <w:r>
              <w:rPr>
                <w:rFonts w:ascii="Times New Roman" w:hAnsi="Times New Roman"/>
                <w:b/>
                <w:sz w:val="18"/>
              </w:rPr>
              <w:t>Tỉ lệ theo mức độ (NB – TH – VD)</w:t>
            </w:r>
          </w:p>
        </w:tc>
        <w:tc>
          <w:tcPr>
            <w:tcW w:type="dxa" w:w="5725"/>
            <w:gridSpan w:val="8"/>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1,0 điểm. Phần II: câu 1 (đoạn văn) 2,0 điểm, câu 2 (bài văn) 4,0 điểm; điểm phần Viết chia theo mức độ, mỗi ý 1,0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7939"/>
        <w:gridCol w:w="567"/>
        <w:gridCol w:w="567"/>
        <w:gridCol w:w="567"/>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7939"/>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3402"/>
            <w:gridSpan w:val="6"/>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7939"/>
            <w:vMerge/>
          </w:tcPr>
          <w:p/>
        </w:tc>
        <w:tc>
          <w:tcPr>
            <w:tcW w:type="dxa" w:w="1701"/>
            <w:gridSpan w:val="3"/>
            <w:shd w:val="clear" w:color="auto" w:fill="D9E2F3"/>
          </w:tcPr>
          <w:p>
            <w:pPr>
              <w:spacing w:after="20"/>
              <w:jc w:val="center"/>
            </w:pPr>
            <w:r/>
            <w:r>
              <w:rPr>
                <w:rFonts w:ascii="Times New Roman" w:hAnsi="Times New Roman"/>
                <w:b/>
                <w:sz w:val="18"/>
              </w:rPr>
              <w:t>Đọc hiểu</w:t>
            </w:r>
          </w:p>
        </w:tc>
        <w:tc>
          <w:tcPr>
            <w:tcW w:type="dxa" w:w="1701"/>
            <w:gridSpan w:val="3"/>
            <w:shd w:val="clear" w:color="auto" w:fill="D9E2F3"/>
          </w:tcPr>
          <w:p>
            <w:pPr>
              <w:spacing w:after="20"/>
              <w:jc w:val="center"/>
            </w:pPr>
            <w:r/>
            <w:r>
              <w:rPr>
                <w:rFonts w:ascii="Times New Roman" w:hAnsi="Times New Roman"/>
                <w:b/>
                <w:sz w:val="18"/>
              </w:rPr>
              <w:t>Viết (ý)</w:t>
            </w:r>
          </w:p>
        </w:tc>
      </w:tr>
      <w:tr>
        <w:tc>
          <w:tcPr>
            <w:tcW w:type="dxa" w:w="510"/>
            <w:vMerge/>
          </w:tcPr>
          <w:p/>
        </w:tc>
        <w:tc>
          <w:tcPr>
            <w:tcW w:type="dxa" w:w="1360"/>
            <w:vMerge/>
          </w:tcPr>
          <w:p/>
        </w:tc>
        <w:tc>
          <w:tcPr>
            <w:tcW w:type="dxa" w:w="1927"/>
            <w:vMerge/>
          </w:tcPr>
          <w:p/>
        </w:tc>
        <w:tc>
          <w:tcPr>
            <w:tcW w:type="dxa" w:w="7939"/>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tcPr>
          <w:p>
            <w:pPr>
              <w:spacing w:after="20"/>
              <w:jc w:val="center"/>
            </w:pPr>
            <w:r/>
            <w:r>
              <w:rPr>
                <w:rFonts w:ascii="Times New Roman" w:hAnsi="Times New Roman"/>
                <w:b w:val="0"/>
                <w:sz w:val="18"/>
              </w:rPr>
              <w:t>1</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Ngữ liệu ngoài sách giáo khoa: Nguyễn Trãi – “Dành còn để trợ dân này” (văn bản nghị luận trung đại, thơ chữ Hán và chữ Nôm của Nguyễn Trãi); Quyền năng của người kể chuyện (tiểu thuyết, truyện ngắn)</w:t>
            </w:r>
          </w:p>
        </w:tc>
        <w:tc>
          <w:tcPr>
            <w:tcW w:type="dxa" w:w="7939"/>
          </w:tcPr>
          <w:p>
            <w:r/>
            <w:r>
              <w:rPr>
                <w:b/>
                <w:sz w:val="18"/>
              </w:rPr>
              <w:t>Nhận biết:</w:t>
            </w:r>
          </w:p>
          <w:p>
            <w:pPr>
              <w:spacing w:after="0"/>
            </w:pPr>
            <w:r>
              <w:rPr>
                <w:sz w:val="18"/>
              </w:rPr>
              <w:t>- Nhận biết được vấn đề, ý kiến, lí lẽ và bằng chứng trong văn bản nghị luận trung đại, thơ chữ Hán và chữ Nôm của Nguyễn Trãi.</w:t>
            </w:r>
          </w:p>
          <w:p>
            <w:pPr>
              <w:spacing w:after="0"/>
            </w:pPr>
            <w:r>
              <w:rPr>
                <w:sz w:val="18"/>
              </w:rPr>
              <w:t>- Nhận biết được ngôi kể, người kể chuyện, chi tiết tiêu biểu, nhân vật, sự việc trong văn bản tiểu thuyết, truyện ngắn.</w:t>
            </w:r>
          </w:p>
          <w:p>
            <w:r>
              <w:rPr>
                <w:b/>
                <w:sz w:val="18"/>
              </w:rPr>
              <w:t>Thông hiểu:</w:t>
            </w:r>
          </w:p>
          <w:p>
            <w:pPr>
              <w:spacing w:after="0"/>
            </w:pPr>
            <w:r>
              <w:rPr>
                <w:sz w:val="18"/>
              </w:rPr>
              <w:t>- Chỉ ra được mối quan hệ giữa ý kiến, lí lẽ và bằng chứng; hiểu được mục đích, quan điểm của người viết.</w:t>
            </w:r>
          </w:p>
          <w:p>
            <w:pPr>
              <w:spacing w:after="0"/>
            </w:pPr>
            <w:r>
              <w:rPr>
                <w:sz w:val="18"/>
              </w:rPr>
              <w:t>- Tóm tắt được nội dung chính; nêu được chủ đề, thông điệp của văn bản.</w:t>
            </w:r>
          </w:p>
          <w:p>
            <w:pPr>
              <w:spacing w:after="0"/>
            </w:pPr>
            <w:r>
              <w:rPr>
                <w:sz w:val="18"/>
              </w:rPr>
              <w:t>- Phân tích được đặc điểm nhân vật và tác dụng của chi tiết, cách kể chuyện.</w:t>
            </w:r>
          </w:p>
          <w:p>
            <w:pPr>
              <w:spacing w:after="0"/>
            </w:pPr>
            <w:r>
              <w:rPr>
                <w:sz w:val="18"/>
              </w:rPr>
              <w:t>- Nêu được tác dụng của sử dụng từ Hán Việt (tiếp theo); biện pháp chêm xen, biện pháp liệt kê trong văn bản.</w:t>
            </w:r>
          </w:p>
          <w:p>
            <w:r>
              <w:rPr>
                <w:b/>
                <w:sz w:val="18"/>
              </w:rPr>
              <w:t>Vận dụng:</w:t>
            </w:r>
          </w:p>
          <w:p>
            <w:pPr>
              <w:spacing w:after="0"/>
            </w:pPr>
            <w:r>
              <w:rPr>
                <w:sz w:val="18"/>
              </w:rPr>
              <w:t>- Nêu được ý kiến của bản thân (đồng tình hoặc không) về vấn đề đặt ra trong văn bản và lí giải.</w:t>
            </w:r>
          </w:p>
          <w:p>
            <w:pPr>
              <w:spacing w:after="0"/>
            </w:pPr>
            <w:r>
              <w:rPr>
                <w:sz w:val="18"/>
              </w:rPr>
              <w:t>- Nêu được bài học về cách nghĩ, cách ứng xử gợi ra từ văn bản; liên hệ với trải nghiệm của bản thân.</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r>
      <w:tr>
        <w:tc>
          <w:tcPr>
            <w:tcW w:type="dxa" w:w="510"/>
            <w:vMerge w:val="restart"/>
          </w:tcPr>
          <w:p>
            <w:pPr>
              <w:spacing w:after="20"/>
              <w:jc w:val="center"/>
            </w:pPr>
            <w:r/>
            <w:r>
              <w:rPr>
                <w:rFonts w:ascii="Times New Roman" w:hAnsi="Times New Roman"/>
                <w:b w:val="0"/>
                <w:sz w:val="18"/>
              </w:rPr>
              <w:t>2</w:t>
            </w:r>
          </w:p>
        </w:tc>
        <w:tc>
          <w:tcPr>
            <w:tcW w:type="dxa" w:w="1360"/>
            <w:vMerge w:val="restart"/>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Viết đoạn văn nghị luận (khoảng 200 chữ) về một vấn đề gợi ra từ văn bản ở phần Đọc hiểu</w:t>
            </w:r>
          </w:p>
        </w:tc>
        <w:tc>
          <w:tcPr>
            <w:tcW w:type="dxa" w:w="7939"/>
          </w:tcPr>
          <w:p>
            <w:r/>
            <w:r>
              <w:rPr>
                <w:b/>
                <w:sz w:val="18"/>
              </w:rPr>
              <w:t>Thông hiểu:</w:t>
            </w:r>
          </w:p>
          <w:p>
            <w:pPr>
              <w:spacing w:after="0"/>
            </w:pPr>
            <w:r>
              <w:rPr>
                <w:sz w:val="18"/>
              </w:rPr>
              <w:t>- Giải thích được vấn đề; trình bày ý kiến bằng lí lẽ và bằng chứng xác thực.</w:t>
            </w:r>
          </w:p>
          <w:p>
            <w:r>
              <w:rPr>
                <w:b/>
                <w:sz w:val="18"/>
              </w:rPr>
              <w:t>Vận dụng:</w:t>
            </w:r>
          </w:p>
          <w:p>
            <w:pPr>
              <w:spacing w:after="0"/>
            </w:pPr>
            <w:r>
              <w:rPr>
                <w:sz w:val="18"/>
              </w:rPr>
              <w:t>- Đề xuất được giải pháp hoặc bài học phù hợp; diễn đạt mạch lạc, có sức thuyết phục.</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Viết văn bản nghị luận về một vấn đề xã hội hoặc Viết bài văn nghị luận phân tích, đánh giá một tác phẩm văn học (Chủ đề và nhân vật trong tác phẩm truyện)</w:t>
            </w:r>
          </w:p>
        </w:tc>
        <w:tc>
          <w:tcPr>
            <w:tcW w:type="dxa" w:w="7939"/>
          </w:tcPr>
          <w:p>
            <w:r/>
            <w:r>
              <w:rPr>
                <w:b/>
                <w:sz w:val="18"/>
              </w:rPr>
              <w:t>Nhận biết:</w:t>
            </w:r>
          </w:p>
          <w:p>
            <w:pPr>
              <w:spacing w:after="0"/>
            </w:pPr>
            <w:r>
              <w:rPr>
                <w:sz w:val="18"/>
              </w:rPr>
              <w:t>- Xác định được vấn đề cần bàn luận; bảo đảm bố cục bài văn nghị luận.</w:t>
            </w:r>
          </w:p>
          <w:p>
            <w:pPr>
              <w:spacing w:after="0"/>
            </w:pPr>
            <w:r>
              <w:rPr>
                <w:sz w:val="18"/>
              </w:rPr>
              <w:t>- Xác định được yêu cầu của đề, tác phẩm cần bàn; bảo đảm bố cục bài văn nghị luận.</w:t>
            </w:r>
          </w:p>
          <w:p>
            <w:r>
              <w:rPr>
                <w:b/>
                <w:sz w:val="18"/>
              </w:rPr>
              <w:t>Thông hiểu:</w:t>
            </w:r>
          </w:p>
          <w:p>
            <w:pPr>
              <w:spacing w:after="0"/>
            </w:pPr>
            <w:r>
              <w:rPr>
                <w:sz w:val="18"/>
              </w:rPr>
              <w:t>- Giải thích được vấn đề; trình bày ý kiến bằng lí lẽ và bằng chứng xác thực.</w:t>
            </w:r>
          </w:p>
          <w:p>
            <w:pPr>
              <w:spacing w:after="0"/>
            </w:pPr>
            <w:r>
              <w:rPr>
                <w:sz w:val="18"/>
              </w:rPr>
              <w:t>- Phân tích được chủ đề và những nét đặc sắc về nội dung, nghệ thuật, có dẫn chứng từ tác phẩm.</w:t>
            </w:r>
          </w:p>
          <w:p>
            <w:r>
              <w:rPr>
                <w:b/>
                <w:sz w:val="18"/>
              </w:rPr>
              <w:t>Vận dụng:</w:t>
            </w:r>
          </w:p>
          <w:p>
            <w:pPr>
              <w:spacing w:after="0"/>
            </w:pPr>
            <w:r>
              <w:rPr>
                <w:sz w:val="18"/>
              </w:rPr>
              <w:t>- Đề xuất được giải pháp hoặc bài học phù hợp; diễn đạt mạch lạc, có sức thuyết phục.</w:t>
            </w:r>
          </w:p>
          <w:p>
            <w:pPr>
              <w:spacing w:after="0"/>
            </w:pPr>
            <w:r>
              <w:rPr>
                <w:sz w:val="18"/>
              </w:rPr>
              <w:t>- Viết được bài văn mạch lạc, lập luận thuyết phục; nêu được đánh giá, cảm nhận riêng.</w:t>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1</w:t>
            </w:r>
          </w:p>
        </w:tc>
        <w:tc>
          <w:tcPr>
            <w:tcW w:type="dxa" w:w="567"/>
          </w:tcPr>
          <w:p>
            <w:pPr>
              <w:spacing w:after="20"/>
              <w:jc w:val="center"/>
            </w:pPr>
            <w:r/>
            <w:r>
              <w:rPr>
                <w:rFonts w:ascii="Times New Roman" w:hAnsi="Times New Roman"/>
                <w:b w:val="0"/>
                <w:sz w:val="18"/>
              </w:rPr>
              <w:t>1</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smarttest.vn/vi/ma-tran-de-kiem-tra/lop-10/ngu-van/giua-ki-2</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0/ngu-van/giua-ki-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ii Ngữ văn 10</dc:title>
  <dc:subject>Ngữ văn 10 – Kết nối tri thức</dc:subject>
  <dc:creator>SmartTest</dc:creator>
  <cp:keywords>ma trận đề kiểm tra, bản đặc tả, ngữ văn 10, giữa học kì ii</cp:keywords>
  <dc:description/>
  <cp:lastModifiedBy>SmartTest</cp:lastModifiedBy>
  <cp:revision>1</cp:revision>
  <dcterms:created xsi:type="dcterms:W3CDTF">2026-10-30T05:28:11Z</dcterms:created>
  <dcterms:modified xsi:type="dcterms:W3CDTF">2026-10-30T05:28:11Z</dcterms:modified>
  <cp:category/>
</cp:coreProperties>
</file>