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Chu kì tế bào và phân bào; Chủ đề 2 – Sinh học vi sinh vật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Chu kì tế bào và phân bào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 kì tế bào và nguyên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Giảm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tế bào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học vi sinh vật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đa dạng và phương pháp nghiên cứu vi sinh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Trao đổi chất, sinh trưởng và sinh sản ở vi sinh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Chu kì tế bào và phân bào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 kì tế bào và nguyên phân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các pha của chu kì tế bào; diễn biến các kì của nguyên phân; ý nghĩa của nguyên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cơ chế điều hoà chu kì tế bào; hậu quả của rối loạn điều hoà (ung thư).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tập số NST, số tế bào con qua nguyên phân; đề xuất biện pháp phòng tránh ung thư.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Giảm phân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diễn biến các kì của giảm phân I, giảm phân II; ý nghĩa của giảm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nguyên phân và giảm phân; giải thích cơ sở của biến dị tổ hợp.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tập số giao tử, số NST qua giảm phân; phân tích mối quan hệ nguyên phân – giảm phân – thụ tinh.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tế bào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nguyên lí của công nghệ tế bào; tính toàn năng của tế bào.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quy trình nuôi cấy mô tế bào thực vật, nhân bản vô tính động vật.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thành tựu và triển vọng của công nghệ tế bào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học vi sinh vật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đa dạng và phương pháp nghiên cứu vi sinh vật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đặc điểm của vi sinh vật; các kiểu dinh dưỡng; một số phương pháp nghiên cứu vi sinh vật.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các kiểu dinh dưỡng ở vi sinh vật dựa vào nguồn năng lượng và nguồn carbon.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phương pháp nghiên cứu vi sinh vật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Trao đổi chất, sinh trưởng và sinh sản ở vi sinh vật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tổng hợp, phân giải ở vi sinh vật; các pha sinh trưởng của quần thể vi khuẩn; các hình thức sinh sản.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các yếu tố ảnh hưởng đến sinh trưởng; đặc điểm sinh trưởng trong nuôi cấy liên tục, không liên tục.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số tế bào, thời gian thế hệ; vận dụng trong bảo quản thực phẩm, sử dụng kháng sinh hợp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smarttest.vn/vi/ma-tran-de-kiem-tra/lop-10/sinh-hoc/giua-ki-2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sinh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Sinh học 10</dc:title>
  <dc:subject>Sinh học 10 – Kết nối tri thức</dc:subject>
  <dc:creator>SmartTest</dc:creator>
  <cp:keywords>ma trận đề kiểm tra, bản đặc tả, sinh học 10, giữa học kì ii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