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Giải quyết vấn đề với sự trợ giúp của máy tính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rẽ nhánh if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lặp for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lặp while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Kiểu dữ liệu danh sách; Một số lệnh làm việc với dữ liệu danh sách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Xâu kí tự; Một số lệnh làm việc với xâu kí tự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rẽ nhánh if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if, if-else và biểu thức lôgic.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hoạt động của câu lệnh rẽ nhánh trong chương trình.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câu lệnh rẽ nhánh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lặp for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for và hàm range().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lần lặp và kết quả của vòng lặp for.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lệnh lặp for.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Câu lệnh lặp while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while.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lặp với số lần biết trước và chưa biết trước; xác định được kết quả vòng lặp while.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sử dụng lệnh lặp while.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Kiểu dữ liệu danh sách; Một số lệnh làm việc với dữ liệu danh sách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danh sách, cách khởi tạo và truy cập phần tử.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append(), insert(), remove(), clear() và toán tử 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duyệt danh sách bằng vòng lặp.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các lệnh thao tác trên danh sách.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xử lí dữ liệu danh sách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các lệnh làm việc với danh sách để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Xâu kí tự; Một số lệnh làm việc với xâu kí tự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xâu kí tự và cách truy cập kí tự của xâu.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find(), split(), join() với xâu.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duyệt xâu và toán tử in với xâu.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của các lệnh xử lí xâu.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xử lí xâu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các lệnh xử lí xâu để giải quyết bài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10</dc:title>
  <dc:subject>Tin học 10 – Kết nối tri thức</dc:subject>
  <dc:creator>SmartTest</dc:creator>
  <cp:keywords>ma trận đề kiểm tra, bản đặc tả, tin học 10, giữa học kì ii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