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Hàm số, đồ thị và ứng dụng; Chủ đề 2 – Phương pháp toạ độ trong mặt phẳng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số, đồ thị và ứng dụng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số; Hàm số bậc hai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Dấu của tam thức bậc hai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quy về phương trình bậc hai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pháp toạ độ trong mặt phẳng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đường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số, đồ thị và ứng dụng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số; Hàm số bậc hai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hàm số, tập xác định, đồ thị; nêu được dạng đồ thị, đỉnh, trục đối xứng của hàm số bậc hai.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bảng biến thiên, khoảng đồng biến, nghịch biến, giá trị lớn nhất, nhỏ nhất của hàm số bậc hai.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hàm số bậc hai giải bài toán thực tiễn (quỹ đạo, lợi nhuận tối đa).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Dấu của tam thức bậc hai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tam thức bậc hai, định lí về dấu của tam thức bậc hai.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Xét được dấu tam thức bậc hai; giải được bất phương trình bậc hai một ẩn.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chứa tham số hoặc bài toán thực tiễn bằng dấu tam thức bậc hai.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quy về phương trình bậc hai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dạng phương trình chứa căn √(ax² + bx + c) = √(dx² + ex + f) và √(ax² + bx + c) = dx + 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 chứa căn đơn giản quy về phương trình bậc hai.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pháp toạ độ trong mặt phẳng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đường thẳng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vectơ chỉ phương, vectơ pháp tuyến; dạng phương trình tổng quát, phương trình tham số của đường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Lập được phương trình đường thẳng khi biết các yếu tố xác định đường thẳng.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phương trình đường thẳng giải bài toán hình học toạ độ,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smarttest.vn/vi/ma-tran-de-kiem-tra/lop-10/toan/giua-ki-2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to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Toán 10</dc:title>
  <dc:subject>Toán 10 – Kết nối tri thức</dc:subject>
  <dc:creator>SmartTest</dc:creator>
  <cp:keywords>ma trận đề kiểm tra, bản đặc tả, toán 10, giữa học kì ii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