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Công nghệ cơ khí: Giới thiệu chung về cơ khí chế tạo; Chủ đề 2 – Vật liệu cơ khí; Chủ đề 3 – Các phương pháp gia công cơ khí; Chủ đề 4 – Sản xuất cơ khí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cơ khí: Giới thiệu chung về cơ khí chế tạo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cơ khí chế tạo; Ngành nghề trong lĩnh vực cơ khí chế tạo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Vật liệu cơ khí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Tổng quan về vật liệu cơ khí; Vật liệu kim loại và hợp kim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Vật liệu phi kim loại; Vật liệu mới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phương pháp gia công cơ khí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gia công cơ khí; Một số phương pháp gia công cơ khí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trình công nghệ gia công chi tiết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án: Chế tạo sản phẩm bằng phương pháp gia công cắt gọt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Sản xuất cơ khí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Quá trình sản xuất cơ khí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Dây chuyền sản xuất tự động với sự tham gia của robot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động hoá quá trình sản xuất dưới tác động của Cách mạng công nghiệp lần thứ 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An toàn lao động và bảo vệ môi trường trong sản xuất cơ khí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cơ khí: Giới thiệu chung về cơ khí chế tạo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cơ khí chế tạo; Ngành nghề trong lĩnh vực cơ khí chế tạo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vai trò, đặc điểm của cơ khí chế tạo.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ngành nghề phổ biến trong lĩnh vực cơ khí chế tạo.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quy trình chế tạo cơ khí.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điểm, yêu cầu của các ngành nghề trong lĩnh vực cơ khí chế tạo.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vai trò của cơ khí chế tạo trong sản xuất, đời sống ở địa phương.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các ngành nghề cơ khí chế tạo.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Vật liệu cơ khí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Tổng quan về vật liệu cơ khí; Vật liệu kim loại và hợp kim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phân loại vật liệu cơ khí.</w:t>
            </w:r>
          </w:p>
          <w:p>
            <w:pPr>
              <w:spacing w:after="0"/>
            </w:pPr>
            <w:r>
              <w:rPr>
                <w:sz w:val="18"/>
              </w:rPr>
              <w:t>- Nêu được thành phần, tính chất, ứng dụng của gang, thép, kim loại màu và hợp kim.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tính chất cơ bản của vật liệu cơ khí.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một số vật liệu kim loại và hợp kim thông dụng.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Vật liệu phi kim loại; Vật liệu mới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tính chất, ứng dụng của một số vật liệu phi kim loại: chất dẻo, cao su, gốm, vật liệu composite.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vật liệu mới: vật liệu nano, vật liệu composite nền kim loại, vật liệu thông minh.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một số vật liệu phi kim loại thông dụng.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tính chất, ứng dụng của một số vật liệu mới.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vật liệu phi kim loại phù hợp cho một sản phẩm cụ thể.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triển vọng ứng dụng của vật liệu mới trong lĩnh vực cơ khí.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phương pháp gia công cơ khí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gia công cơ khí; Một số phương pháp gia công cơ khí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bản chất, vai trò của gia công cơ khí.</w:t>
            </w:r>
          </w:p>
          <w:p>
            <w:pPr>
              <w:spacing w:after="0"/>
            </w:pPr>
            <w:r>
              <w:rPr>
                <w:sz w:val="18"/>
              </w:rPr>
              <w:t>- Nêu được bản chất, ưu, nhược điểm của các phương pháp đúc, gia công áp lực, hàn, gia công cắt gọt.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loại được các phương pháp gia công cơ khí (gia công không phoi, gia công có phoi).</w:t>
            </w:r>
          </w:p>
          <w:p>
            <w:pPr>
              <w:spacing w:after="0"/>
            </w:pPr>
            <w:r>
              <w:rPr>
                <w:sz w:val="18"/>
              </w:rPr>
              <w:t>- Mô tả được quy trình của một số phương pháp gia công cơ khí.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phương pháp gia công dùng để tạo ra một số sản phẩm quen thuộc.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phương pháp gia công phù hợp cho một chi tiết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trình công nghệ gia công chi tiết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các bước của quy trình công nghệ gia công chi tiết.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Đọc được quy trình công nghệ gia công một chi tiết đơn giản.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Lập được quy trình công nghệ gia công một chi tiết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án: Chế tạo sản phẩm bằng phương pháp gia công cắt gọt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yêu cầu và các bước thực hiện dự án chế tạo sản phẩm.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Lập được kế hoạch chế tạo một sản phẩm đơn giản bằng phương pháp gia công cắt gọt.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Sản xuất cơ khí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Quá trình sản xuất cơ khí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các bước của quá trình sản xuất cơ khí.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mối quan hệ giữa các bước trong quá trình sản xuất cơ khí.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Mô tả được quá trình sản xuất một sản phẩm cơ khí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Dây chuyền sản xuất tự động với sự tham gia của robot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cấu tạo, ứng dụng của dây chuyền sản xuất tự động và robot công nghiệp.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ứng dụng của robot trong một dây chuyền sản xuất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động hoá quá trình sản xuất dưới tác động của Cách mạng công nghiệp lần thứ 4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thay đổi của sản xuất cơ khí dưới tác động của Cách mạng công nghiệp lần thứ tư.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của sản xuất thông minh, nhà máy thông minh.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tác động của tự động hoá tới lao động, việc làm trong lĩnh vực cơ khí.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An toàn lao động và bảo vệ môi trường trong sản xuất cơ khí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nhân gây mất an toàn lao động và ô nhiễm môi trường trong sản xuất cơ khí.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biện pháp an toàn lao động và bảo vệ môi trường trong sản xuất cơ khí.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smarttest.vn/vi/ma-tran-de-kiem-tra/lop-11/cong-nghe/cuoi-ki-1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cong-nghe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Công nghệ 11</dc:title>
  <dc:subject>Công nghệ 11 – Kết nối tri thức</dc:subject>
  <dc:creator>SmartTest</dc:creator>
  <cp:keywords>ma trận đề kiểm tra, bản đặc tả, công nghệ 11, cuối học kì i</cp:keywords>
  <dc:description/>
  <cp:lastModifiedBy>SmartTest</cp:lastModifiedBy>
  <cp:revision>1</cp:revision>
  <dcterms:created xsi:type="dcterms:W3CDTF">2026-10-30T05:28:19Z</dcterms:created>
  <dcterms:modified xsi:type="dcterms:W3CDTF">2026-10-30T05:28:19Z</dcterms:modified>
  <cp:category/>
</cp:coreProperties>
</file>