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Cách mạng tư sản và sự phát triển của chủ nghĩa tư bản; Chủ đề 2 – Chủ nghĩa xã hội từ năm 1917 đến nay; Chủ đề 3 – Quá trình giành độc lập dân tộc của các quốc gia Đông Nam Á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tư sản và sự phát triển của chủ nghĩa tư bản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chung về cách mạng tư sản; Sự xác lập và phát triển của chủ nghĩa tư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Chủ nghĩa xã hội từ năm 1917 đến nay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Liên bang Cộng hoà xã hội chủ nghĩa Xô viết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phát triển của chủ nghĩa xã hội từ sau Chiến tranh thế giới thứ hai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Quá trình giành độc lập dân tộc của các quốc gia Đông Nam Á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xâm lược và cai trị của chủ nghĩa thực dân ở Đông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Hành trình đi đến độc lập dân tộc ở Đông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tư sản và sự phát triển của chủ nghĩa tư bản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chung về cách mạng tư sản; Sự xác lập và phát triển của chủ nghĩa tư bản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tiền đề kinh tế, chính trị, tư tưởng của các cuộc cách mạng tư sản.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xác lập chủ nghĩa tư bản ở châu Âu và Bắc Mỹ; sự hình thành chủ nghĩa đế quốc.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mục tiêu, nhiệm vụ, giai cấp lãnh đạo, động lực, kết quả và ý nghĩa của các cuộc cách mạng tư sản.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tiềm năng và hạn chế của chủ nghĩa tư bản hiện đại.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các cuộc cách mạng tư sản tiêu biểu.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tác động của chủ nghĩa tư bản đối với thế giới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Chủ nghĩa xã hội từ năm 1917 đến nay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Liên bang Cộng hoà xã hội chủ nghĩa Xô viết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sự ra đời của Liên bang Cộng hoà xã hội chủ nghĩa Xô viết.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thành tựu và ý nghĩa của công cuộc xây dựng chủ nghĩa xã hội ở Liên Xô.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sự ra đời Liên Xô đối với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phát triển của chủ nghĩa xã hội từ sau Chiến tranh thế giới thứ hai đến nay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mở rộng của chủ nghĩa xã hội ở châu Âu, châu Á, Mỹ La-tinh sau Chiến tranh thế giới thứ hai.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nhân sụp đổ của chế độ xã hội chủ nghĩa ở Liên Xô và Đông Âu; thành tựu của chủ nghĩa xã hội từ năm 1991 đến nay.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thành tựu của công cuộc cải cách, đổi mới ở Trung Quốc, Việt Nam, Lào, Cu-ba.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Quá trình giành độc lập dân tộc của các quốc gia Đông Nam 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xâm lược và cai trị của chủ nghĩa thực dân ở Đông Nam 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xâm lược của chủ nghĩa thực dân ở Đông Nam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nét chính về chính sách cai trị của chủ nghĩa thực dân ở Đông Nam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hệ quả của chính sách cai trị thực dân đối với các nước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Hành trình đi đến độc lập dân tộc ở Đông Nam 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chung về phong trào đấu tranh giành độc lập dân tộc ở Đông Nam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đấu tranh giành độc lập dân tộc của các nước Đông Nam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đặc điểm của phong trào giải phóng dân tộc ở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smarttest.vn/vi/ma-tran-de-kiem-tra/lop-11/lich-su/cuoi-ki-1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lich-su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11</dc:title>
  <dc:subject>Lịch sử 11 – Kết nối tri thức</dc:subject>
  <dc:creator>SmartTest</dc:creator>
  <cp:keywords>ma trận đề kiểm tra, bản đặc tả, lịch sử 11, cuối học kì 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