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xã hội tri thức; Chủ đề 2 – Tổ chức lưu trữ, tìm kiếm và trao đổi thông tin; Chủ đề 3 – Đạo đức, pháp luật và văn hoá trong môi trường số; Chủ đề 4 – Giới thiệu các hệ cơ sở dữ liệu; Chủ đề 5 – Hướng nghiệp với tin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điều hành; Thực hành sử dụng hệ điều hành; Phần mềm nguồn mở và phần mềm chạy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Bên trong máy tính; Kết nối máy tính với các thiết bị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và chia sẻ tệp tin trên Internet; Thực hành tìm kiếm thông tin trên Internet; Thực hành nâng cao sử dụng thư điện tử và mạng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an toàn trên Internet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thiệu các hệ cơ sở dữ liệu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dữ liệu và khai thác thông tin phục vụ quản lí; Cơ sở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quản trị cơ sở dữ liệu và hệ cơ sở dữ liệu; Cơ sở dữ liệu quan hệ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SQL – Ngôn ngữ truy vấn có cấu trúc; Bảo mật và an toàn hệ cơ sở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việc quản trị cơ sở dữ liệu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xã hội tri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điều hành; Thực hành sử dụng hệ điều hành; Phần mềm nguồn mở và phần mềm chạy trên Internet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lược lịch sử phát triển, chức năng của hệ điều hành và một số hệ điều hành thông dụng.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phần mềm nguồn mở, phần mềm thương mại, phần mềm chạy trên Internet.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hệ điều hành; phân biệt được hệ điều hành cho máy tính và cho thiết bị di động.</w:t>
            </w:r>
          </w:p>
          <w:p>
            <w:pPr>
              <w:spacing w:after="0"/>
            </w:pPr>
            <w:r>
              <w:rPr>
                <w:sz w:val="18"/>
              </w:rPr>
              <w:t>- So sánh được phần mềm nguồn mở và phần mềm thương mại; nêu được vai trò của giấy phép phần mềm.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Bên trong máy tính; Kết nối máy tính với các thiết bị số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thành phần chính bên trong máy tính: CPU, RAM, bộ nhớ ngoài; các cổng lôgic AND, OR, NOT.</w:t>
            </w:r>
          </w:p>
          <w:p>
            <w:pPr>
              <w:spacing w:after="0"/>
            </w:pPr>
            <w:r>
              <w:rPr>
                <w:sz w:val="18"/>
              </w:rPr>
              <w:t>- Nêu được các cổng kết nối thông dụng và thiết bị ngoại vi.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chức năng của các thành phần và ảnh hưởng tới hiệu năng máy tính.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kết nối và thiết đặt thiết bị số với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hiểu được thông số kĩ thuật của máy tính; tính được kết quả mạch lôgic đơn giản.</w:t>
            </w:r>
          </w:p>
          <w:p>
            <w:pPr>
              <w:spacing w:after="0"/>
            </w:pPr>
            <w:r>
              <w:rPr>
                <w:sz w:val="18"/>
              </w:rPr>
              <w:t>- Kết nối được máy tính với thiết bị số thông dụng như máy in, máy chiếu, điện thoại.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và chia sẻ tệp tin trên Internet; Thực hành tìm kiếm thông tin trên Internet; Thực hành nâng cao sử dụng thư điện tử và mạng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dịch vụ lưu trữ trực tuyến và chức năng chia sẻ tệp.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dịch vụ lưu trữ trực tuyến để tải lên và chia sẻ tệp.</w:t>
            </w:r>
          </w:p>
          <w:p>
            <w:pPr>
              <w:spacing w:after="0"/>
            </w:pPr>
            <w:r>
              <w:rPr>
                <w:sz w:val="18"/>
              </w:rPr>
              <w:t>- Tìm kiếm được thông tin theo yêu cầu bằng máy tìm kiếm và trang web chuyên ngành.</w:t>
            </w:r>
          </w:p>
          <w:p>
            <w:pPr>
              <w:spacing w:after="0"/>
            </w:pPr>
            <w:r>
              <w:rPr>
                <w:sz w:val="18"/>
              </w:rPr>
              <w:t>- Sử dụng được tính năng nâng cao của thư điện tử, mạng xã hội: lọc thư, quản lí danh bạ, thiết đặt quyền riêng tư.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Giao tiếp an toàn trên Internet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dạng lừa đảo phổ biến và nguy cơ khi giao tiếp trên Internet.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ứng xử an toàn trong tình huống giao tiếp cụ thể trên Internet.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thiệu các hệ cơ sở dữ liệu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Lưu trữ dữ liệu và khai thác thông tin phục vụ quản lí; Cơ sở dữ liệu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nhu cầu lưu trữ dữ liệu và khai thác thông tin trong bài toán quản lí.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cơ sở dữ liệu và các tính chất: độc lập, nhất quán, không dư thừa, toàn vẹn.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công việc cập nhật, truy xuất dữ liệu trong bài toán quản lí.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ích của việc lưu trữ dữ liệu dưới dạng cơ sở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dữ liệu cần lưu trữ cho một bài toán quản lí cụ thể.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cơ sở dữ liệu trong thực tế và chỉ ra các tính chất.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quản trị cơ sở dữ liệu và hệ cơ sở dữ liệu; Cơ sở dữ liệu quan hệ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chức năng của hệ quản trị cơ sở dữ liệu, hệ cơ sở dữ liệu.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mô hình dữ liệu quan hệ, bảng, bản ghi, trường, khoá chính, khoá ngoài.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cơ sở dữ liệu, hệ quản trị cơ sở dữ liệu, hệ cơ sở dữ liệu; cơ sở dữ liệu tập trung và phân tán.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khoá chính, khoá ngoài và liên kết giữa các bảng.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Chỉ ra được các thành phần của hệ cơ sở dữ liệu trong một ứng dụng quản lí cụ thể.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khoá chính, khoá ngoài cho các bảng của một cơ sở dữ liệu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SQL – Ngôn ngữ truy vấn có cấu trúc; Bảo mật và an toàn hệ cơ sở dữ liệu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SQL và các câu lệnh CREATE, INSERT, UPDATE, DELETE, SELECT.</w:t>
            </w:r>
          </w:p>
          <w:p>
            <w:pPr>
              <w:spacing w:after="0"/>
            </w:pPr>
            <w:r>
              <w:rPr>
                <w:sz w:val="18"/>
              </w:rPr>
              <w:t>- Nêu được các nguy cơ mất an toàn và biện pháp bảo mật hệ cơ sở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kết quả của câu truy vấn SELECT đơn giản.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phân quyền, sao lưu dữ liệu trong bảo vệ cơ sở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câu truy vấn SQL đơn giản để tạo bảng, cập nhật và truy xuất dữ liệu.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biện pháp bảo vệ dữ liệu cho một hệ cơ sở dữ liệu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Hướng nghiệp với tin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việc quản trị cơ sở dữ liệu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công việc chính của người quản trị cơ sở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yêu cầu về kiến thức, kĩ năng của nghề quản trị cơ sở dữ liệu.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Tìm hiểu được thông tin về ngành học, nhu cầu nhân lực liên quan đến quản trị cơ sở dữ liệu.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smarttest.vn/vi/ma-tran-de-kiem-tra/lop-11/tin-hoc/cuoi-ki-1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in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Tin học 11</dc:title>
  <dc:subject>Tin học 11 – Kết nối tri thức</dc:subject>
  <dc:creator>SmartTest</dc:creator>
  <cp:keywords>ma trận đề kiểm tra, bản đặc tả, tin học 11, cuối học kì 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