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CÔNG NGHỆ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Công nghệ cơ khí: Giới thiệu chung về cơ khí động lực; Chủ đề 2 – Động cơ đốt trong; Chủ đề 3 – Ô tô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Công nghệ cơ khí: Giới thiệu chung về cơ khí động lực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cơ khí động lực; Ngành nghề trong lĩnh vực cơ khí động lực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Động cơ đốt trong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Đại cương về động cơ đốt trong; Nguyên lí làm việc của động cơ đốt trong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cơ cấu trong động cơ đốt trong; Các hệ thống trong động cơ đốt trong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Ô tô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chung về ô tô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thống truyền lực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Bánh xe và hệ thống treo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thống lái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thống phanh và an toàn khi tham gia giao thông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Công nghệ cơ khí: Giới thiệu chung về cơ khí động lực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cơ khí động lực; Ngành nghề trong lĩnh vực cơ khí động lực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khái niệm, vai trò của cơ khí động lực; cấu tạo chung của máy động lực.</w:t>
            </w:r>
          </w:p>
          <w:p>
            <w:pPr>
              <w:spacing w:after="0"/>
            </w:pPr>
            <w:r>
              <w:rPr>
                <w:sz w:val="18"/>
              </w:rPr>
              <w:t>- Kể tên được một số ngành nghề phổ biến trong lĩnh vực cơ khí động lực.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diện được một số máy, phương tiện động lực trong thực tế.</w:t>
            </w:r>
          </w:p>
          <w:p>
            <w:pPr>
              <w:spacing w:after="0"/>
            </w:pPr>
            <w:r>
              <w:rPr>
                <w:sz w:val="18"/>
              </w:rPr>
              <w:t>- Đánh giá được sự phù hợp của bản thân với các ngành nghề cơ khí động lực.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Động cơ đốt trong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Đại cương về động cơ đốt trong; Nguyên lí làm việc của động cơ đốt trong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phân loại và cấu tạo chung của động cơ đốt trong.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nguyên lí làm việc của động cơ 4 kì, động cơ 2 kì.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 thuật ngữ cơ bản: điểm chết, hành trình piston, thể tích công tác, tỉ số nén.</w:t>
            </w:r>
          </w:p>
          <w:p>
            <w:pPr>
              <w:spacing w:after="0"/>
            </w:pPr>
            <w:r>
              <w:rPr>
                <w:sz w:val="18"/>
              </w:rPr>
              <w:t>- So sánh được nguyên lí làm việc của động cơ xăng và động cơ diesel, động cơ 4 kì và động cơ 2 kì.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Tính được một số thông số cơ bản của động cơ đốt trong.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một số hiện tượng thực tế dựa trên nguyên lí làm việc của động cơ.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cơ cấu trong động cơ đốt trong; Các hệ thống trong động cơ đốt trong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nhiệm vụ, cấu tạo của cơ cấu trục khuỷu thanh truyền và cơ cấu phân phối khí.</w:t>
            </w:r>
          </w:p>
          <w:p>
            <w:pPr>
              <w:spacing w:after="0"/>
            </w:pPr>
            <w:r>
              <w:rPr>
                <w:sz w:val="18"/>
              </w:rPr>
              <w:t>- Nêu được nhiệm vụ, cấu tạo của các hệ thống bôi trơn, làm mát, cung cấp nhiên liệu và không khí, đánh lửa, khởi động.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nguyên lí làm việc của các cơ cấu trong động cơ đốt trong.</w:t>
            </w:r>
          </w:p>
          <w:p>
            <w:pPr>
              <w:spacing w:after="0"/>
            </w:pPr>
            <w:r>
              <w:rPr>
                <w:sz w:val="18"/>
              </w:rPr>
              <w:t>- Mô tả được nguyên lí làm việc của các hệ thống trong động cơ đốt trong.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các chi tiết của các cơ cấu trên động cơ thực tế hoặc mô hình.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cách sử dụng, bảo dưỡng động cơ đốt trong đúng kĩ thuật.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Ô tô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chung về ô tô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vai trò, phân loại và cấu tạo chung của ô tô.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nhiệm vụ của các bộ phận chính trên ô tô.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thống truyền lực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nhiệm vụ, cấu tạo của hệ thống truyền lực: li hợp, hộp số, truyền lực các đăng, truyền lực chính, bộ vi sai.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nguyên lí làm việc của các bộ phận trong hệ thống truyền lực.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một số hiện tượng thực tế khi vận hành hệ thống truyền lực.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Bánh xe và hệ thống treo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nhiệm vụ, cấu tạo của bánh xe và hệ thống treo.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cách sử dụng, bảo dưỡng bánh xe, hệ thống treo đúng kĩ thuật.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thống lái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nhiệm vụ, yêu cầu và cấu tạo của hệ thống lái.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nguyên lí làm việc của hệ thống lái.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một số hiện tượng thực tế liên quan đến hệ thống lái.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thống phanh và an toàn khi tham gia giao thông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nhiệm vụ, cấu tạo của hệ thống phanh.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nguyên lí làm việc của hệ thống phanh và một số hệ thống hỗ trợ an toàn.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cách sử dụng phanh an toàn; có ý thức an toàn khi tham gia giao thông.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smarttest.vn/vi/ma-tran-de-kiem-tra/lop-11/cong-nghe/cuoi-ki-2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cong-nghe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Công nghệ 11</dc:title>
  <dc:subject>Công nghệ 11 – Kết nối tri thức</dc:subject>
  <dc:creator>SmartTest</dc:creator>
  <cp:keywords>ma trận đề kiểm tra, bản đặc tả, công nghệ 11, cuối học kì ii</cp:keywords>
  <dc:description/>
  <cp:lastModifiedBy>SmartTest</cp:lastModifiedBy>
  <cp:revision>1</cp:revision>
  <dcterms:created xsi:type="dcterms:W3CDTF">2026-10-30T05:28:19Z</dcterms:created>
  <dcterms:modified xsi:type="dcterms:W3CDTF">2026-10-30T05:28:19Z</dcterms:modified>
  <cp:category/>
</cp:coreProperties>
</file>