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Chiến tranh bảo vệ Tổ quốc và chiến tranh giải phóng dân tộc trong lịch sử Việt Nam (trước Cách mạng tháng Tám năm 1945); Chủ đề 2 – Một số cuộc cải cách lớn trong lịch sử Việt Nam (trước năm 1858); Chủ đề 3 – Lịch sử bảo vệ chủ quyền, các quyền và lợi ích hợp pháp của Việt Nam ở Biển Đông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Chiến tranh bảo vệ Tổ quốc và chiến tranh giải phóng dân tộc trong lịch sử Việt Nam (trước Cách mạng tháng Tám năm 1945)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chiến tranh bảo vệ Tổ quốc trong lịch sử Việt Nam; Một số cuộc khởi nghĩa và chiến tranh giải phóng trong lịch sử Việt Nam (từ thế kỉ III trước Công nguyên đến cuối thế kỉ XIX)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cuộc cải cách lớn trong lịch sử Việt Nam (trước năm 1858)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cải cách của Hồ Quý Ly và Triều Hồ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cải cách của Lê Thánh Tông (thế kỉ XV)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cải cách của Minh Mạng (nửa đầu thế kỉ XIX)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 bảo vệ chủ quyền, các quyền và lợi ích hợp pháp của Việt Nam ở Biển Đông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và tầm quan trọng của Biển Đông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và Biển Đông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Chiến tranh bảo vệ Tổ quốc và chiến tranh giải phóng dân tộc trong lịch sử Việt Nam (trước Cách mạng tháng Tám năm 1945)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chiến tranh bảo vệ Tổ quốc trong lịch sử Việt Nam; Một số cuộc khởi nghĩa và chiến tranh giải phóng trong lịch sử Việt Nam (từ thế kỉ III trước Công nguyên đến cuối thế kỉ XIX)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chiến lược của Việt Nam và các cuộc kháng chiến bảo vệ Tổ quốc tiêu biểu.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của các cuộc khởi nghĩa tiêu biểu thời Bắc thuộc, khởi nghĩa Lam Sơn và phong trào Tây Sơn.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thắng lợi và nguyên nhân không thành công của một số cuộc kháng chiến chống xâm lược.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 và ý nghĩa lịch sử của khởi nghĩa Lam Sơn và phong trào Tây Sơn.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Rút ra được bài học lịch sử từ các cuộc kháng chiến bảo vệ Tổ quốc.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các nhân vật lịch sử tiêu biểu trong các cuộc khởi nghĩa và chiến tranh giải phóng.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cuộc cải cách lớn trong lịch sử Việt Nam (trước năm 1858)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cải cách của Hồ Quý Ly và Triều Hồ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bối cảnh lịch sử và nội dung chính của cuộc cải cách của Hồ Quý Ly và Triều Hồ.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kết quả, ý nghĩa của cuộc cải cách của Hồ Quý Ly.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những mặt tích cực và hạn chế của cuộc cải cách của Hồ Quý Ly.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cải cách của Lê Thánh Tông (thế kỉ XV)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bối cảnh lịch sử và nội dung chính của cuộc cải cách của Lê Thánh Tông.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kết quả, ý nghĩa của cuộc cải cách của Lê Thánh Tông.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những đóng góp của Lê Thánh Tông đối với sự phát triển của Đại Việt.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cải cách của Minh Mạng (nửa đầu thế kỉ XIX)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bối cảnh lịch sử và nội dung chính của cuộc cải cách của Minh Mạng.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kết quả, ý nghĩa của cuộc cải cách của Minh Mạng.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giá trị của cải cách hành chính thời Minh Mạng với công cuộc cải cách hành chính hiện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 bảo vệ chủ quyền, các quyền và lợi ích hợp pháp của Việt Nam ở Biển Đông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và tầm quan trọng của Biển Đông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và tầm quan trọng của Biển Đông về giao thông biển, kinh tế và an ninh.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tầm quan trọng chiến lược của các đảo, quần đảo ở Biển Đông, trong đó có quần đảo Hoàng Sa và Trường Sa.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tầm quan trọng của Biển Đông đối với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và Biển Đông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xác lập và thực thi chủ quyền của Việt Nam đối với quần đảo Hoàng Sa và quần đảo Trường Sa trong lịch sử.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chủ trương của Việt Nam giải quyết các tranh chấp ở Biển Đông bằng biện pháp hoà bình.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trách nhiệm của công dân trong việc bảo vệ chủ quyền, các quyền và lợi ích hợp pháp của Việt Nam ở Biển Đông.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smarttest.vn/vi/ma-tran-de-kiem-tra/lop-11/lich-su/cuoi-ki-2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lich-su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Lịch sử 11</dc:title>
  <dc:subject>Lịch sử 11 – Kết nối tri thức</dc:subject>
  <dc:creator>SmartTest</dc:creator>
  <cp:keywords>ma trận đề kiểm tra, bản đặc tả, lịch sử 11, cuối học kì ii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