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Preserving our heritage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Education options for school-leavers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Becoming independent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Social issues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The ecosystem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statements, commands, and lists; intonation in Wh- and Yes/No questions; intonation in invitations, suggestions, and polite requests (Units 6–8)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6–8)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6–8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6–8)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choice questions; intonation in question tags (Units 9–10)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9–10)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9–10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9–10)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Preserving our heritage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bảo tồn di sản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mệnh đề động từ nguyên mẫu có to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"Preserving our heritage"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mệnh đề động từ nguyên mẫu có to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mệnh đề động từ nguyên mẫu có to cùng từ vựng chủ điểm "Preserving our heritage"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Education options for school-leavers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lựa chọn học tập sau khi tốt nghiệp phổ thông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danh động từ hoàn thành và mệnh đề phân từ hoàn thành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"Education options for school-leavers"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danh động từ hoàn thành và mệnh đề phân từ hoàn thành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danh động từ hoàn thành và mệnh đề phân từ hoàn thành cùng từ vựng chủ điểm "Education options for school-leavers"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Becoming independent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sự tự lập của thanh thiếu niên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chẻ It is / was ... that / who ...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"Becoming independent"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chẻ It is / was ... that / who ...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chẻ It is / was ... that / who ... cùng từ vựng chủ điểm "Becoming independent"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Social issues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vấn đề xã hội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và cụm từ nối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"Social issues"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từ và cụm từ nối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từ và cụm từ nối cùng từ vựng chủ điểm "Social issues"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10: The ecosystem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hệ sinh thái (Unit 10).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danh từ ghép (Unit 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"The ecosystem" trong ngữ cảnh (Unit 10).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danh từ ghép trong ngữ cảnh (Unit 10).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danh từ ghép cùng từ vựng chủ điểm "The ecosystem" để hoàn thành câu, viết lại câu (Unit 10).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statements, commands, and lists; intonation in Wh- and Yes/No questions; intonation in invitations, suggestions, and polite requests (Units 6–8)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ngữ điệu trong câu trần thuật, câu mệnh lệnh và khi liệt kê; ngữ điệu trong câu hỏi Wh- và Yes/No; ngữ điệu trong lời mời, lời gợi ý và lời yêu cầu lịch sự (Units 6–8).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bảo tồn di sản; lựa chọn học tập sau phổ thông; trở nên tự lập.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6–8.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6–8)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bảo tồn di sản; lựa chọn học tập sau phổ thông; trở nên tự lập (Units 6–8).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bảo tồn di sản; lựa chọn học tập sau phổ thông; trở nên tự lập (Units 6–8).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6–8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bảo tồn di sản; lựa chọn học tập sau phổ thông; trở nên tự lập (Units 6–8).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6–8.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6–8)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mệnh đề động từ nguyên mẫu có to; danh động từ hoàn thành và mệnh đề phân từ hoàn thành; câu chẻ It is / was ... that / who ... (Units 6–8).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6–8.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bảo tồn di sản; lựa chọn học tập sau phổ thông; trở nên tự lập.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choice questions; intonation in question tags (Units 9–10)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ngữ điệu trong câu hỏi lựa chọn; ngữ điệu trong câu hỏi đuôi (Units 9–10).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các vấn đề xã hội; hệ sinh thái.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9–10.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9–10)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các vấn đề xã hội; hệ sinh thái (Units 9–10).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các vấn đề xã hội; hệ sinh thái (Units 9–10).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9–10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các vấn đề xã hội; hệ sinh thái (Units 9–10).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các vấn đề xã hội; hệ sinh thái.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9–10.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9–10)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từ và cụm từ nối; danh từ ghép (Units 9–10).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9–10.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các vấn đề xã hội; hệ sinh thái.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smarttest.vn/vi/ma-tran-de-kiem-tra/lop-11/tieng-anh/cuoi-ki-2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eng-anh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Tiếng Anh 11</dc:title>
  <dc:subject>Tiếng Anh 11 – Kết nối tri thức</dc:subject>
  <dc:creator>SmartTest</dc:creator>
  <cp:keywords>ma trận đề kiểm tra, bản đặc tả, tiếng anh 11, cuối học kì ii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