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Thực hành tạo và khai thác cơ sở dữ liệu (định hướng Tin học ứng dụng); Chủ đề 2 – Phần mềm chỉnh sửa ảnh và làm video (định hướng Tin học ứng dụng)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Thực hành tạo và khai thác cơ sở dữ liệu (định hướng Tin học ứng dụng)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trị cơ sở dữ liệu trên máy tính; Thực hành xác định cấu trúc bảng và các trường khoá; Thực hành tạo lập cơ sở dữ liệu và các bảng; Thực hành tạo lập các bảng có khoá ngoài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cập nhật và truy xuất dữ liệu các bảng; Thực hành cập nhật bảng dữ liệu có tham chiếu; Thực hành truy xuất dữ liệu qua liên kết các bảng; Thực hành sao lưu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Phần mềm chỉnh sửa ảnh và làm video (định hướng Tin học ứng dụng)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Phần mềm chỉnh sửa ảnh; Công cụ tinh chỉnh màu sắc và công cụ chọn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cụ vẽ và một số ứng dụng; Tạo ảnh động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Khám phá phần mềm làm phim; Biên tập phim; Thực hành tạo phim hoạt hình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Thực hành tạo và khai thác cơ sở dữ liệu (định hướng Tin học ứng dụng)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trị cơ sở dữ liệu trên máy tính; Thực hành xác định cấu trúc bảng và các trường khoá; Thực hành tạo lập cơ sở dữ liệu và các bảng; Thực hành tạo lập các bảng có khoá ngoài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phần mềm quản trị cơ sở dữ liệu; các kiểu dữ liệu của trường, khoá chính, khoá ngoài.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xác định cấu trúc bảng, trường khoá và ràng buộc tham chiếu.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lập được cơ sở dữ liệu và các bảng có khoá chính, khoá ngoài theo thiết kế.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cập nhật và truy xuất dữ liệu các bảng; Thực hành cập nhật bảng dữ liệu có tham chiếu; Thực hành truy xuất dữ liệu qua liên kết các bảng; Thực hành sao lưu dữ liệu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thao tác thêm, sửa, xoá, truy xuất dữ liệu; vai trò của sao lưu dữ liệu.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ràng buộc khoá ngoài khi cập nhật và kết quả truy vấn liên kết các bảng.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Cập nhật, truy xuất được dữ liệu từ nhiều bảng liên kết; sao lưu và phục hồi được cơ sở dữ liệu.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Phần mềm chỉnh sửa ảnh và làm video (định hướng Tin học ứng dụng)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Phần mềm chỉnh sửa ảnh; Công cụ tinh chỉnh màu sắc và công cụ chọn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cơ bản của phần mềm chỉnh sửa ảnh và khái niệm lớp ảnh.</w:t>
            </w:r>
          </w:p>
          <w:p>
            <w:pPr>
              <w:spacing w:after="0"/>
            </w:pPr>
            <w:r>
              <w:rPr>
                <w:sz w:val="18"/>
              </w:rPr>
              <w:t>- Nêu được các công cụ chọn và công cụ tinh chỉnh màu sắc.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lớp ảnh và các thao tác cơ bản với ảnh.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từng công cụ chọn, tinh chỉnh màu sắc.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thao tác cơ bản: mở, cắt, thay đổi kích thước, lưu và xuất ảnh.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công cụ chọn, tinh chỉnh màu sắc để chỉnh sửa ảnh.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cụ vẽ và một số ứng dụng; Tạo ảnh động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công cụ vẽ, tẩy, sao chép mẫu, xoá vết.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lí tạo ảnh động từ các lớp ảnh.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dùng công cụ vẽ để phục hồi, tô màu ảnh.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lớp và thời gian hiển thị khung hình trong ảnh động.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công cụ vẽ để chỉnh sửa, phục hồi ảnh.</w:t>
            </w:r>
          </w:p>
          <w:p>
            <w:pPr>
              <w:spacing w:after="0"/>
            </w:pPr>
            <w:r>
              <w:rPr>
                <w:sz w:val="18"/>
              </w:rPr>
              <w:t>- Tạo được ảnh động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Khám phá phần mềm làm phim; Biên tập phim; Thực hành tạo phim hoạt hình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cơ bản của phần mềm làm phim và các thành phần của phim.</w:t>
            </w:r>
          </w:p>
          <w:p>
            <w:pPr>
              <w:spacing w:after="0"/>
            </w:pPr>
            <w:r>
              <w:rPr>
                <w:sz w:val="18"/>
              </w:rPr>
              <w:t>- Nêu được các công cụ biên tập: cắt, ghép, chuyển cảnh, chèn chữ, âm thanh.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quy trình tạo phim từ tư liệu ảnh, video, âm thanh.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hiệu ứng, chuyển cảnh trong phim.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dự án phim đơn giản từ tư liệu có sẵn.</w:t>
            </w:r>
          </w:p>
          <w:p>
            <w:pPr>
              <w:spacing w:after="0"/>
            </w:pPr>
            <w:r>
              <w:rPr>
                <w:sz w:val="18"/>
              </w:rPr>
              <w:t>- Biên tập và xuất được đoạn phim theo kịch bản.</w:t>
            </w:r>
          </w:p>
          <w:p>
            <w:pPr>
              <w:spacing w:after="0"/>
            </w:pPr>
            <w:r>
              <w:rPr>
                <w:sz w:val="18"/>
              </w:rPr>
              <w:t>- Tạo được phim hoạt hình đơn giản theo kịch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smarttest.vn/vi/ma-tran-de-kiem-tra/lop-11/tin-hoc/cuoi-ki-2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tin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Tin học 11</dc:title>
  <dc:subject>Tin học 11 – Kết nối tri thức</dc:subject>
  <dc:creator>SmartTest</dc:creator>
  <cp:keywords>ma trận đề kiểm tra, bản đặc tả, tin học 11, cuối học kì ii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