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TOÁN 11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90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3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6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Giới hạn. Hàm số liên tục; Chủ đề 2 – Hàm số mũ và hàm số lôgarit; Chủ đề 3 – Quan hệ vuông góc trong không gian; Chủ đề 4 – Các quy tắc tính xác suất; Chủ đề 5 – Đạo hàm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5347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534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5868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Giới hạn. Hàm số liên tục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Giới hạn của dãy số; Giới hạn của hàm số; Hàm số liên tục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Hàm số mũ và hàm số lôgarit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Luỹ thừa với số mũ thực; Lôgarit; Hàm số mũ và hàm số lôgarit; Phương trình, bất phương trình mũ và lôgarit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Quan hệ vuông góc trong không gian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Hai đường thẳng vuông góc; Đường thẳng vuông góc với mặt phẳng; Phép chiếu vuông góc. Góc giữa đường thẳng và mặt phẳng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Hai mặt phẳng vuông góc; Khoảng cách; Thể tích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22,5%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Các quy tắc tính xác suất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Biến cố hợp, biến cố giao, biến cố độc lập; Công thức cộng xác suất; Công thức nhân xác suất cho hai biến cố độc lập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Đạo hàm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Định nghĩa và ý nghĩa của đạo hàm; Các quy tắc tính đạo hàm; Đạo hàm cấp hai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22,5%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34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7681"/>
            <w:gridSpan w:val="11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62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6238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5103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Giới hạn. Hàm số liên tục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Giới hạn của dãy số; Giới hạn của hàm số; Hàm số liên tục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giới hạn của dãy số, tổng của cấp số nhân lùi vô hạn.</w:t>
            </w:r>
          </w:p>
          <w:p>
            <w:pPr>
              <w:spacing w:after="0"/>
            </w:pPr>
            <w:r>
              <w:rPr>
                <w:sz w:val="18"/>
              </w:rPr>
              <w:t>- Nhận biết giới hạn của hàm số, giới hạn một bên, giới hạn vô cực; định nghĩa hàm số liên tục.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giới hạn của dãy số.</w:t>
            </w:r>
          </w:p>
          <w:p>
            <w:pPr>
              <w:spacing w:after="0"/>
            </w:pPr>
            <w:r>
              <w:rPr>
                <w:sz w:val="18"/>
              </w:rPr>
              <w:t>- Tính được giới hạn hàm số; xét tính liên tục của hàm số tại một điểm, trên một khoảng.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bài toán thực tiễn (số thập phân vô hạn tuần hoàn, quãng đường) bằng giới hạn.</w:t>
            </w:r>
          </w:p>
          <w:p>
            <w:pPr>
              <w:spacing w:after="0"/>
            </w:pPr>
            <w:r>
              <w:rPr>
                <w:sz w:val="18"/>
              </w:rPr>
              <w:t>- Giải bài toán tìm tham số để hàm số liên tục; ứng dụng thực tiễn.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Hàm số mũ và hàm số lôgarit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Luỹ thừa với số mũ thực; Lôgarit; Hàm số mũ và hàm số lôgarit; Phương trình, bất phương trình mũ và lôgarit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luỹ thừa với số mũ thực, lôgarit và tính chất.</w:t>
            </w:r>
          </w:p>
          <w:p>
            <w:pPr>
              <w:spacing w:after="0"/>
            </w:pPr>
            <w:r>
              <w:rPr>
                <w:sz w:val="18"/>
              </w:rPr>
              <w:t>- Nhận biết hàm số mũ, hàm số lôgarit, đồ thị; dạng phương trình, bất phương trình mũ, lôgarit.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Tính, rút gọn biểu thức luỹ thừa, lôgarit.</w:t>
            </w:r>
          </w:p>
          <w:p>
            <w:pPr>
              <w:spacing w:after="0"/>
            </w:pPr>
            <w:r>
              <w:rPr>
                <w:sz w:val="18"/>
              </w:rPr>
              <w:t>- Giải được phương trình, bất phương trình mũ và lôgarit đơn giản.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lôgarit giải bài toán thực tiễn (lãi suất, độ pH).</w:t>
            </w:r>
          </w:p>
          <w:p>
            <w:pPr>
              <w:spacing w:after="0"/>
            </w:pPr>
            <w:r>
              <w:rPr>
                <w:sz w:val="18"/>
              </w:rPr>
              <w:t>- Giải bài toán thực tiễn (tăng trưởng, phân rã) bằng mô hình mũ, lôgarit.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Quan hệ vuông góc trong không gian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Hai đường thẳng vuông góc; Đường thẳng vuông góc với mặt phẳng; Phép chiếu vuông góc. Góc giữa đường thẳng và mặt phẳng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góc giữa hai đường thẳng, đường thẳng vuông góc với mặt phẳng, phép chiếu vuông góc.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Hai mặt phẳng vuông góc; Khoảng cách; Thể tích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góc nhị diện, hai mặt phẳng vuông góc; công thức khoảng cách, thể tích khối chóp, khối lăng trụ.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khoảng cách, góc nhị diện, thể tích của khối chóp, khối lăng trụ đơn giản.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tính thể tích, khoảng cách trong bài toán thực tiễn.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Các quy tắc tính xác suất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Biến cố hợp, biến cố giao, biến cố độc lập; Công thức cộng xác suất; Công thức nhân xác suất cho hai biến cố độc lập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biến cố hợp, giao, xung khắc, độc lập; công thức cộng, nhân xác suất.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xác suất của biến cố hợp, biến cố giao.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công thức cộng, công thức nhân xác suất và sơ đồ hình cây giải bài toán thực tiễn.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Đạo hàm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Định nghĩa và ý nghĩa của đạo hàm; Các quy tắc tính đạo hàm; Đạo hàm cấp hai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định nghĩa, ý nghĩa hình học, ý nghĩa vật lí của đạo hàm; các quy tắc tính đạo hàm; đạo hàm cấp hai.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đạo hàm, đạo hàm cấp hai của hàm số; viết được phương trình tiếp tuyến.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bài toán chuyển động (vận tốc, gia tốc), tốc độ thay đổi của đại lượng trong thực tiễn bằng đạo hàm.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smarttest.vn/vi/ma-tran-de-kiem-tra/lop-11/toan/cuoi-ki-2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1/toan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ii Toán 11</dc:title>
  <dc:subject>Toán 11 – Kết nối tri thức</dc:subject>
  <dc:creator>SmartTest</dc:creator>
  <cp:keywords>ma trận đề kiểm tra, bản đặc tả, toán 11, cuối học kì ii</cp:keywords>
  <dc:description/>
  <cp:lastModifiedBy>SmartTest</cp:lastModifiedBy>
  <cp:revision>1</cp:revision>
  <dcterms:created xsi:type="dcterms:W3CDTF">2026-10-30T05:28:15Z</dcterms:created>
  <dcterms:modified xsi:type="dcterms:W3CDTF">2026-10-30T05:28:15Z</dcterms:modified>
  <cp:category/>
</cp:coreProperties>
</file>